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ŠTETL FEST 2026 PRESS ACCREDITATION FORM</w:t>
      </w:r>
    </w:p>
    <w:p>
      <w:r>
        <w:t>Please send the completed application form to:</w:t>
        <w:br/>
      </w:r>
      <w:r>
        <w:rPr>
          <w:b/>
        </w:rPr>
        <w:t>propagace@stetlfest.cz</w:t>
      </w:r>
    </w:p>
    <w:p>
      <w:r>
        <w:t>1. Full Name:</w:t>
      </w:r>
    </w:p>
    <w:p>
      <w:r>
        <w:t>____________________________________________________________</w:t>
      </w:r>
    </w:p>
    <w:p>
      <w:r>
        <w:t>2. E-mail:</w:t>
      </w:r>
    </w:p>
    <w:p>
      <w:r>
        <w:t>____________________________________________________________</w:t>
      </w:r>
    </w:p>
    <w:p>
      <w:r>
        <w:t>3. Phone Number:</w:t>
      </w:r>
    </w:p>
    <w:p>
      <w:r>
        <w:t>____________________________________________________________</w:t>
      </w:r>
    </w:p>
    <w:p>
      <w:r>
        <w:t>4. Media Outlet / Publication:</w:t>
      </w:r>
    </w:p>
    <w:p>
      <w:r>
        <w:t>____________________________________________________________</w:t>
      </w:r>
    </w:p>
    <w:p>
      <w:r>
        <w:t>5. Type of Media:</w:t>
      </w:r>
    </w:p>
    <w:p>
      <w:r>
        <w:t>____________________________________________________________</w:t>
      </w:r>
    </w:p>
    <w:p>
      <w:r>
        <w:t>☐ Print    ☐ Online    ☐ Radio    ☐ Television    ☐ Photography    ☐ Other: ____________________</w:t>
      </w:r>
    </w:p>
    <w:p>
      <w:r>
        <w:t>6. Media Outlet Website:</w:t>
      </w:r>
    </w:p>
    <w:p>
      <w:r>
        <w:t>____________________________________________________________</w:t>
      </w:r>
    </w:p>
    <w:p>
      <w:r>
        <w:t>7. Position (e.g. journalist, photographer, camera operator):</w:t>
      </w:r>
    </w:p>
    <w:p>
      <w:r>
        <w:t>____________________________________________________________</w:t>
      </w:r>
    </w:p>
    <w:p>
      <w:r>
        <w:t>8. Planned Coverage (e.g. article, report, photo gallery, etc.):</w:t>
      </w:r>
    </w:p>
    <w:p>
      <w:r>
        <w:t>____________________________________________________________</w:t>
      </w:r>
    </w:p>
    <w:p>
      <w:r>
        <w:t>9. Technical Requirements (optional):</w:t>
      </w:r>
    </w:p>
    <w:p>
      <w:r>
        <w:t>____________________________________________________________</w:t>
      </w:r>
    </w:p>
    <w:p>
      <w:r>
        <w:t>Date:</w:t>
      </w:r>
    </w:p>
    <w:p>
      <w:r>
        <w:t>____________________________________________________________</w:t>
      </w:r>
    </w:p>
    <w:p>
      <w:r>
        <w:t>Signature:</w:t>
      </w:r>
    </w:p>
    <w:p>
      <w:r>
        <w:t>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