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593C5" w14:textId="1FD93C0F" w:rsidR="00A30B7F" w:rsidRPr="00B57F6D" w:rsidRDefault="00000000">
      <w:pPr>
        <w:pStyle w:val="Nzev"/>
      </w:pPr>
      <w:r w:rsidRPr="00B57F6D">
        <w:rPr>
          <w:sz w:val="32"/>
        </w:rPr>
        <w:t>ŽÁDOST O AKREDITACI</w:t>
      </w:r>
      <w:r w:rsidR="0042350E" w:rsidRPr="00B57F6D">
        <w:rPr>
          <w:sz w:val="32"/>
        </w:rPr>
        <w:t xml:space="preserve"> ŠTETL FEST 202</w:t>
      </w:r>
      <w:r w:rsidR="006E1DDD">
        <w:rPr>
          <w:sz w:val="32"/>
        </w:rPr>
        <w:t>6</w:t>
      </w:r>
    </w:p>
    <w:p w14:paraId="7AC2A1B0" w14:textId="4A859C31" w:rsidR="00A30B7F" w:rsidRPr="00303013" w:rsidRDefault="00000000">
      <w:pPr>
        <w:rPr>
          <w:b/>
          <w:bCs/>
          <w:u w:val="single"/>
        </w:rPr>
      </w:pPr>
      <w:r w:rsidRPr="00303013">
        <w:rPr>
          <w:b/>
          <w:bCs/>
          <w:u w:val="single"/>
        </w:rPr>
        <w:t xml:space="preserve">Prosím, </w:t>
      </w:r>
      <w:r w:rsidR="00303013" w:rsidRPr="00303013">
        <w:rPr>
          <w:b/>
          <w:bCs/>
          <w:u w:val="single"/>
        </w:rPr>
        <w:t>vyplněnou žádost odešlete na propagace@stetlfest.cz</w:t>
      </w:r>
    </w:p>
    <w:p w14:paraId="17C1D4D3" w14:textId="77777777" w:rsidR="00A30B7F" w:rsidRPr="00B57F6D" w:rsidRDefault="00000000">
      <w:r w:rsidRPr="00B57F6D">
        <w:t>1. Jméno a příjmení:</w:t>
      </w:r>
    </w:p>
    <w:p w14:paraId="020E6E1C" w14:textId="77777777" w:rsidR="00A30B7F" w:rsidRPr="00B57F6D" w:rsidRDefault="00000000">
      <w:r w:rsidRPr="00B57F6D">
        <w:t>................................................................................</w:t>
      </w:r>
    </w:p>
    <w:p w14:paraId="7EA2D846" w14:textId="77777777" w:rsidR="00A30B7F" w:rsidRPr="00B57F6D" w:rsidRDefault="00000000">
      <w:r w:rsidRPr="00B57F6D">
        <w:t>2. E-mail:</w:t>
      </w:r>
    </w:p>
    <w:p w14:paraId="484FE6CC" w14:textId="77777777" w:rsidR="00A30B7F" w:rsidRPr="00B57F6D" w:rsidRDefault="00000000">
      <w:r w:rsidRPr="00B57F6D">
        <w:t>................................................................................</w:t>
      </w:r>
    </w:p>
    <w:p w14:paraId="3C560A22" w14:textId="77777777" w:rsidR="00A30B7F" w:rsidRPr="00B57F6D" w:rsidRDefault="00000000">
      <w:r w:rsidRPr="00B57F6D">
        <w:t>3. Telefon:</w:t>
      </w:r>
    </w:p>
    <w:p w14:paraId="4BCF9504" w14:textId="77777777" w:rsidR="00A30B7F" w:rsidRPr="00B57F6D" w:rsidRDefault="00000000">
      <w:r w:rsidRPr="00B57F6D">
        <w:t>................................................................................</w:t>
      </w:r>
    </w:p>
    <w:p w14:paraId="75948C0C" w14:textId="77777777" w:rsidR="00A30B7F" w:rsidRPr="00B57F6D" w:rsidRDefault="00000000">
      <w:r w:rsidRPr="00B57F6D">
        <w:t>4. Název redakce / média:</w:t>
      </w:r>
    </w:p>
    <w:p w14:paraId="5ECDA124" w14:textId="77777777" w:rsidR="00A30B7F" w:rsidRPr="00B57F6D" w:rsidRDefault="00000000">
      <w:r w:rsidRPr="00B57F6D">
        <w:t>................................................................................</w:t>
      </w:r>
    </w:p>
    <w:p w14:paraId="11ABDACA" w14:textId="75842514" w:rsidR="00A30B7F" w:rsidRPr="00B57F6D" w:rsidRDefault="00000000">
      <w:r w:rsidRPr="00B57F6D">
        <w:t>5. Typ média:</w:t>
      </w:r>
      <w:r w:rsidRPr="00B57F6D">
        <w:br/>
        <w:t xml:space="preserve">☐ </w:t>
      </w:r>
      <w:r w:rsidR="00B57F6D" w:rsidRPr="00B57F6D">
        <w:t xml:space="preserve">Tištěné </w:t>
      </w:r>
      <w:r w:rsidR="00B57F6D" w:rsidRPr="00B57F6D">
        <w:rPr>
          <w:rFonts w:ascii="Segoe UI Symbol" w:hAnsi="Segoe UI Symbol" w:cs="Segoe UI Symbol"/>
        </w:rPr>
        <w:t>☐</w:t>
      </w:r>
      <w:r w:rsidRPr="00B57F6D">
        <w:t xml:space="preserve"> </w:t>
      </w:r>
      <w:r w:rsidR="00B57F6D" w:rsidRPr="00B57F6D">
        <w:t xml:space="preserve">Online </w:t>
      </w:r>
      <w:r w:rsidR="00B57F6D" w:rsidRPr="00B57F6D">
        <w:rPr>
          <w:rFonts w:ascii="Segoe UI Symbol" w:hAnsi="Segoe UI Symbol" w:cs="Segoe UI Symbol"/>
        </w:rPr>
        <w:t>☐</w:t>
      </w:r>
      <w:r w:rsidRPr="00B57F6D">
        <w:t xml:space="preserve"> </w:t>
      </w:r>
      <w:r w:rsidR="00B57F6D" w:rsidRPr="00B57F6D">
        <w:t xml:space="preserve">Rádio </w:t>
      </w:r>
      <w:r w:rsidR="00B57F6D" w:rsidRPr="00B57F6D">
        <w:rPr>
          <w:rFonts w:ascii="Segoe UI Symbol" w:hAnsi="Segoe UI Symbol" w:cs="Segoe UI Symbol"/>
        </w:rPr>
        <w:t>☐</w:t>
      </w:r>
      <w:r w:rsidRPr="00B57F6D">
        <w:t xml:space="preserve"> </w:t>
      </w:r>
      <w:r w:rsidR="00B57F6D" w:rsidRPr="00B57F6D">
        <w:t xml:space="preserve">Televize </w:t>
      </w:r>
      <w:r w:rsidR="00B57F6D" w:rsidRPr="00B57F6D">
        <w:rPr>
          <w:rFonts w:ascii="Segoe UI Symbol" w:hAnsi="Segoe UI Symbol" w:cs="Segoe UI Symbol"/>
        </w:rPr>
        <w:t>☐</w:t>
      </w:r>
      <w:r w:rsidRPr="00B57F6D">
        <w:t xml:space="preserve"> </w:t>
      </w:r>
      <w:r w:rsidR="00B57F6D" w:rsidRPr="00B57F6D">
        <w:t xml:space="preserve">Foto </w:t>
      </w:r>
      <w:r w:rsidR="00B57F6D" w:rsidRPr="00B57F6D">
        <w:rPr>
          <w:rFonts w:ascii="Segoe UI Symbol" w:hAnsi="Segoe UI Symbol" w:cs="Segoe UI Symbol"/>
        </w:rPr>
        <w:t>☐</w:t>
      </w:r>
      <w:r w:rsidRPr="00B57F6D">
        <w:t xml:space="preserve"> Jiné: ....................</w:t>
      </w:r>
    </w:p>
    <w:p w14:paraId="08F542C4" w14:textId="77777777" w:rsidR="00A30B7F" w:rsidRPr="00B57F6D" w:rsidRDefault="00000000">
      <w:r w:rsidRPr="00B57F6D">
        <w:t>................................................................................</w:t>
      </w:r>
    </w:p>
    <w:p w14:paraId="440F0257" w14:textId="1A8C9B56" w:rsidR="00A30B7F" w:rsidRPr="00B57F6D" w:rsidRDefault="00000000">
      <w:r w:rsidRPr="00B57F6D">
        <w:t>6. Webové stránky redakce:</w:t>
      </w:r>
    </w:p>
    <w:p w14:paraId="0ED992BC" w14:textId="77777777" w:rsidR="00A30B7F" w:rsidRPr="00B57F6D" w:rsidRDefault="00000000">
      <w:r w:rsidRPr="00B57F6D">
        <w:t>................................................................................</w:t>
      </w:r>
    </w:p>
    <w:p w14:paraId="4BDEE294" w14:textId="77777777" w:rsidR="00A30B7F" w:rsidRPr="00B57F6D" w:rsidRDefault="00000000">
      <w:r w:rsidRPr="00B57F6D">
        <w:t>7. Pozice v redakci (např. redaktor, fotograf, kameraman):</w:t>
      </w:r>
    </w:p>
    <w:p w14:paraId="40A72F04" w14:textId="77777777" w:rsidR="00A30B7F" w:rsidRPr="00B57F6D" w:rsidRDefault="00000000">
      <w:r w:rsidRPr="00B57F6D">
        <w:t>................................................................................</w:t>
      </w:r>
    </w:p>
    <w:p w14:paraId="68C391D4" w14:textId="77777777" w:rsidR="00A30B7F" w:rsidRPr="00B57F6D" w:rsidRDefault="00000000">
      <w:r w:rsidRPr="00B57F6D">
        <w:t>8. Plánovaná forma výstupu (článek, reportáž, fotogalerie, aj.):</w:t>
      </w:r>
    </w:p>
    <w:p w14:paraId="31BE6901" w14:textId="77777777" w:rsidR="00A30B7F" w:rsidRPr="00B57F6D" w:rsidRDefault="00000000">
      <w:r w:rsidRPr="00B57F6D">
        <w:t>................................................................................</w:t>
      </w:r>
    </w:p>
    <w:p w14:paraId="70CF0FEC" w14:textId="77777777" w:rsidR="00A30B7F" w:rsidRPr="00B57F6D" w:rsidRDefault="00000000">
      <w:r w:rsidRPr="00B57F6D">
        <w:t>9. Požadavky na technické zázemí (nepovinné):</w:t>
      </w:r>
    </w:p>
    <w:p w14:paraId="52A2B24A" w14:textId="77777777" w:rsidR="00A30B7F" w:rsidRPr="00B57F6D" w:rsidRDefault="00000000">
      <w:r w:rsidRPr="00B57F6D">
        <w:t>................................................................................</w:t>
      </w:r>
    </w:p>
    <w:p w14:paraId="469EADE7" w14:textId="1F2FE529" w:rsidR="00A30B7F" w:rsidRPr="00B57F6D" w:rsidRDefault="00000000">
      <w:r w:rsidRPr="00B57F6D">
        <w:br/>
      </w:r>
    </w:p>
    <w:p w14:paraId="50825BC5" w14:textId="77777777" w:rsidR="00A30B7F" w:rsidRPr="00B57F6D" w:rsidRDefault="00000000">
      <w:r w:rsidRPr="00B57F6D">
        <w:br/>
        <w:t>Datum:</w:t>
      </w:r>
    </w:p>
    <w:p w14:paraId="44886D32" w14:textId="0404704C" w:rsidR="00A30B7F" w:rsidRDefault="00000000">
      <w:r w:rsidRPr="00B57F6D">
        <w:t>.............................................................................</w:t>
      </w:r>
      <w:r w:rsidR="0042350E" w:rsidRPr="00B57F6D">
        <w:t xml:space="preserve">     </w:t>
      </w:r>
      <w:r w:rsidR="00B57F6D" w:rsidRPr="00B57F6D">
        <w:t>Podpis: ................................................................................</w:t>
      </w:r>
    </w:p>
    <w:sectPr w:rsidR="00A30B7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55682489">
    <w:abstractNumId w:val="8"/>
  </w:num>
  <w:num w:numId="2" w16cid:durableId="1054700361">
    <w:abstractNumId w:val="6"/>
  </w:num>
  <w:num w:numId="3" w16cid:durableId="1140685012">
    <w:abstractNumId w:val="5"/>
  </w:num>
  <w:num w:numId="4" w16cid:durableId="1463499046">
    <w:abstractNumId w:val="4"/>
  </w:num>
  <w:num w:numId="5" w16cid:durableId="32116366">
    <w:abstractNumId w:val="7"/>
  </w:num>
  <w:num w:numId="6" w16cid:durableId="1781100530">
    <w:abstractNumId w:val="3"/>
  </w:num>
  <w:num w:numId="7" w16cid:durableId="503982789">
    <w:abstractNumId w:val="2"/>
  </w:num>
  <w:num w:numId="8" w16cid:durableId="1597402149">
    <w:abstractNumId w:val="1"/>
  </w:num>
  <w:num w:numId="9" w16cid:durableId="8050023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C7BDF"/>
    <w:rsid w:val="00303013"/>
    <w:rsid w:val="00326F90"/>
    <w:rsid w:val="0042350E"/>
    <w:rsid w:val="004C4CA8"/>
    <w:rsid w:val="006E1DDD"/>
    <w:rsid w:val="0088382C"/>
    <w:rsid w:val="00A30B7F"/>
    <w:rsid w:val="00AA1D8D"/>
    <w:rsid w:val="00B47730"/>
    <w:rsid w:val="00B57F6D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8CF704"/>
  <w14:defaultImageDpi w14:val="300"/>
  <w15:docId w15:val="{491887E6-300D-46EE-9E7E-4D7FD9F51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  <w:rPr>
      <w:lang w:val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197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Kateřina Höferová</cp:lastModifiedBy>
  <cp:revision>5</cp:revision>
  <dcterms:created xsi:type="dcterms:W3CDTF">2013-12-23T23:15:00Z</dcterms:created>
  <dcterms:modified xsi:type="dcterms:W3CDTF">2026-08-02T21:20:00Z</dcterms:modified>
  <cp:category/>
</cp:coreProperties>
</file>