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Training Pilot Checklist</w:t>
      </w:r>
    </w:p>
    <w:p>
      <w:r>
        <w:rPr>
          <w:color w:val="5A5766"/>
          <w:sz w:val="22"/>
        </w:rPr>
        <w:t>Questions to answer before you pilot a change to a course, an induction or any training, so the pilot can tell you whether the change worked. A planning sheet by Coursebox that applies the Plan, Do, Check, Act cycle to training. It has no score and does not certify a course; a hypothetical hotel is filled in as an example.</w:t>
      </w:r>
    </w:p>
    <w:p>
      <w:r>
        <w:rPr>
          <w:i/>
          <w:color w:val="5A5766"/>
          <w:sz w:val="18"/>
        </w:rPr>
        <w:t>From the Coursebox blog: coursebox.ai/blog/what-is-pdca-and-how-to-use-it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How to use this checklist</w:t>
      </w:r>
    </w:p>
    <w:p>
      <w:pPr>
        <w:pStyle w:val="ListBullet"/>
      </w:pPr>
      <w:r>
        <w:t>Treat the training change as a test, not a fix. Training on its own can be a weak change, so check that it moves a result at work.</w:t>
      </w:r>
    </w:p>
    <w:p>
      <w:pPr>
        <w:pStyle w:val="ListBullet"/>
      </w:pPr>
      <w:r>
        <w:t>Answer every question before the pilot starts. If you cannot answer one, that is the gap to close first.</w:t>
      </w:r>
    </w:p>
    <w:p>
      <w:pPr>
        <w:pStyle w:val="ListBullet"/>
      </w:pPr>
      <w:r>
        <w:t>Pick a measure from the work itself, such as an inspection result, an error rate or an observed task, not only completion or a satisfaction survey.</w:t>
      </w:r>
    </w:p>
    <w:p>
      <w:pPr>
        <w:pStyle w:val="ListBullet"/>
      </w:pPr>
      <w:r>
        <w:t>Keep the pilot small: one site or team and the next few new starters or learners.</w:t>
      </w:r>
    </w:p>
    <w:p>
      <w:pPr>
        <w:pStyle w:val="ListBullet"/>
      </w:pPr>
      <w:r>
        <w:t>When the pilot ends, compare the results with the baseline and your prediction, then decide to adopt, adjust or abandon the change.</w:t>
      </w:r>
    </w:p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Worked example: a new induction for room attendants</w:t>
      </w:r>
    </w:p>
    <w:p>
      <w:r>
        <w:t>Hypothetical example. A hotel group pilots a new induction for room attendants at one of its six hotels. All figures are illustrative.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260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Why it counts</w:t>
            </w:r>
          </w:p>
        </w:tc>
        <w:tc>
          <w:tcPr>
            <w:tcW w:type="dxa" w:w="419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Hotel example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before="60" w:after="60"/>
            </w:pPr>
            <w:r>
              <w:rPr>
                <w:b/>
              </w:rPr>
              <w:t>What result at work should the change move?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>
              <w:t>A course can be completed and liked without changing the work</w:t>
            </w:r>
          </w:p>
        </w:tc>
        <w:tc>
          <w:tcPr>
            <w:tcW w:type="dxa" w:w="4195"/>
          </w:tcPr>
          <w:p>
            <w:pPr>
              <w:spacing w:before="60" w:after="60"/>
            </w:pPr>
            <w:r>
              <w:t>First-time inspection pass rate for new room attendants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Where does the baseline come from?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>
              <w:t>Without a starting figure there is nothing to compare against</w:t>
            </w:r>
          </w:p>
        </w:tc>
        <w:tc>
          <w:tcPr>
            <w:tcW w:type="dxa" w:w="4195"/>
            <w:shd w:val="clear" w:color="auto" w:fill="F7F0FB"/>
          </w:tcPr>
          <w:p>
            <w:pPr>
              <w:spacing w:before="60" w:after="60"/>
            </w:pPr>
            <w:r>
              <w:t>Last 4 weeks of the supervisors' inspection log: 64 passes in 100 for new attendants, 91 for experienced ones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before="60" w:after="60"/>
            </w:pPr>
            <w:r>
              <w:rPr>
                <w:b/>
              </w:rPr>
              <w:t>What do you predict, by when?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>
              <w:t>A written prediction gives the check something to test</w:t>
            </w:r>
          </w:p>
        </w:tc>
        <w:tc>
          <w:tcPr>
            <w:tcW w:type="dxa" w:w="4195"/>
          </w:tcPr>
          <w:p>
            <w:pPr>
              <w:spacing w:before="60" w:after="60"/>
            </w:pPr>
            <w:r>
              <w:t>At least 80% first-time passes within 3 weeks, with no more than 3 extra minutes a room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What exactly is changing?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>
              <w:t>If several things change at once, a good result will not show which one worked</w:t>
            </w:r>
          </w:p>
        </w:tc>
        <w:tc>
          <w:tcPr>
            <w:tcW w:type="dxa" w:w="4195"/>
            <w:shd w:val="clear" w:color="auto" w:fill="F7F0FB"/>
          </w:tcPr>
          <w:p>
            <w:pPr>
              <w:spacing w:before="60" w:after="60"/>
            </w:pPr>
            <w:r>
              <w:t>Side-by-side cleans for the first 5 rooms, a bathroom-first 12-point checklist with photos, a self-check before inspection, and a 45-minute induction instead of 2 hours of slides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before="60" w:after="60"/>
            </w:pPr>
            <w:r>
              <w:rPr>
                <w:b/>
              </w:rPr>
              <w:t>Who is in the pilot, and who is not?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>
              <w:t>A small group limits the harm if the change fails</w:t>
            </w:r>
          </w:p>
        </w:tc>
        <w:tc>
          <w:tcPr>
            <w:tcW w:type="dxa" w:w="4195"/>
          </w:tcPr>
          <w:p>
            <w:pPr>
              <w:spacing w:before="60" w:after="60"/>
            </w:pPr>
            <w:r>
              <w:t>The next 3 new attendants at the pilot hotel only; the other five hotels keep the old induction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How will you know the change was actually delivered?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>
              <w:t>A change that was not done cannot be judged</w:t>
            </w:r>
          </w:p>
        </w:tc>
        <w:tc>
          <w:tcPr>
            <w:tcW w:type="dxa" w:w="4195"/>
            <w:shd w:val="clear" w:color="auto" w:fill="F7F0FB"/>
          </w:tcPr>
          <w:p>
            <w:pPr>
              <w:spacing w:before="60" w:after="60"/>
            </w:pPr>
            <w:r>
              <w:t>Supervisors log whether the self-check was done for each room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before="60" w:after="60"/>
            </w:pPr>
            <w:r>
              <w:rPr>
                <w:b/>
              </w:rPr>
              <w:t>What could get worse?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>
              <w:t>Improvements can cost time or money elsewhere</w:t>
            </w:r>
          </w:p>
        </w:tc>
        <w:tc>
          <w:tcPr>
            <w:tcW w:type="dxa" w:w="4195"/>
          </w:tcPr>
          <w:p>
            <w:pPr>
              <w:spacing w:before="60" w:after="60"/>
            </w:pPr>
            <w:r>
              <w:t>Minutes per departure room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What would make you stop early?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>
              <w:t>Agree the stop point before anyone is invested in the result</w:t>
            </w:r>
          </w:p>
        </w:tc>
        <w:tc>
          <w:tcPr>
            <w:tcW w:type="dxa" w:w="4195"/>
            <w:shd w:val="clear" w:color="auto" w:fill="F7F0FB"/>
          </w:tcPr>
          <w:p>
            <w:pPr>
              <w:spacing w:before="60" w:after="60"/>
            </w:pPr>
            <w:r>
              <w:t>Cleaning time rising by more than 3 minutes a room, or passes falling below 64%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before="60" w:after="60"/>
            </w:pPr>
            <w:r>
              <w:rPr>
                <w:b/>
              </w:rPr>
              <w:t>Who reads the results, and when?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>
              <w:t>Results nobody reviews do not lead to a decision</w:t>
            </w:r>
          </w:p>
        </w:tc>
        <w:tc>
          <w:tcPr>
            <w:tcW w:type="dxa" w:w="4195"/>
          </w:tcPr>
          <w:p>
            <w:pPr>
              <w:spacing w:before="60" w:after="60"/>
            </w:pPr>
            <w:r>
              <w:t>The executive housekeeper, every Friday for 3 weeks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What does standardising mean for this course?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>
              <w:t>The next group should get what worked</w:t>
            </w:r>
          </w:p>
        </w:tc>
        <w:tc>
          <w:tcPr>
            <w:tcW w:type="dxa" w:w="4195"/>
            <w:shd w:val="clear" w:color="auto" w:fill="F7F0FB"/>
          </w:tcPr>
          <w:p>
            <w:pPr>
              <w:spacing w:before="60" w:after="60"/>
            </w:pPr>
            <w:r>
              <w:t>Update the induction, the checklist, the supervisor guide and the course version, then test at a second hotel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Your pilot</w:t>
      </w:r>
    </w:p>
    <w:p>
      <w:r>
        <w:t>Course or training change:                                                  Pilot owner: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317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646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answer</w:t>
            </w:r>
          </w:p>
        </w:tc>
      </w:tr>
      <w:tr>
        <w:trPr>
          <w:cantSplit w:val="true"/>
          <w:trHeight w:val="907"/>
        </w:trPr>
        <w:tc>
          <w:tcPr>
            <w:tcW w:type="dxa" w:w="3175"/>
          </w:tcPr>
          <w:p>
            <w:pPr>
              <w:spacing w:before="60" w:after="60"/>
            </w:pPr>
            <w:r>
              <w:rPr>
                <w:b/>
              </w:rPr>
              <w:t>What result at work should the change move?</w:t>
            </w:r>
          </w:p>
        </w:tc>
        <w:tc>
          <w:tcPr>
            <w:tcW w:type="dxa" w:w="646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Where does the baseline come from, and what is it?</w:t>
            </w:r>
          </w:p>
        </w:tc>
        <w:tc>
          <w:tcPr>
            <w:tcW w:type="dxa" w:w="6463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3175"/>
          </w:tcPr>
          <w:p>
            <w:pPr>
              <w:spacing w:before="60" w:after="60"/>
            </w:pPr>
            <w:r>
              <w:rPr>
                <w:b/>
              </w:rPr>
              <w:t>What do you predict, by when?</w:t>
            </w:r>
          </w:p>
        </w:tc>
        <w:tc>
          <w:tcPr>
            <w:tcW w:type="dxa" w:w="646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What exactly is changing?</w:t>
            </w:r>
          </w:p>
        </w:tc>
        <w:tc>
          <w:tcPr>
            <w:tcW w:type="dxa" w:w="6463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3175"/>
          </w:tcPr>
          <w:p>
            <w:pPr>
              <w:spacing w:before="60" w:after="60"/>
            </w:pPr>
            <w:r>
              <w:rPr>
                <w:b/>
              </w:rPr>
              <w:t>Who is in the pilot, and who is not?</w:t>
            </w:r>
          </w:p>
        </w:tc>
        <w:tc>
          <w:tcPr>
            <w:tcW w:type="dxa" w:w="646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How will you know the change was actually delivered?</w:t>
            </w:r>
          </w:p>
        </w:tc>
        <w:tc>
          <w:tcPr>
            <w:tcW w:type="dxa" w:w="6463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3175"/>
          </w:tcPr>
          <w:p>
            <w:pPr>
              <w:spacing w:before="60" w:after="60"/>
            </w:pPr>
            <w:r>
              <w:rPr>
                <w:b/>
              </w:rPr>
              <w:t>What could get worse, and how will you measure it?</w:t>
            </w:r>
          </w:p>
        </w:tc>
        <w:tc>
          <w:tcPr>
            <w:tcW w:type="dxa" w:w="646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What would make you stop early?</w:t>
            </w:r>
          </w:p>
        </w:tc>
        <w:tc>
          <w:tcPr>
            <w:tcW w:type="dxa" w:w="6463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3175"/>
          </w:tcPr>
          <w:p>
            <w:pPr>
              <w:spacing w:before="60" w:after="60"/>
            </w:pPr>
            <w:r>
              <w:rPr>
                <w:b/>
              </w:rPr>
              <w:t>Who reads the results, and when?</w:t>
            </w:r>
          </w:p>
        </w:tc>
        <w:tc>
          <w:tcPr>
            <w:tcW w:type="dxa" w:w="646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What does standardising mean for this course?</w:t>
            </w:r>
          </w:p>
        </w:tc>
        <w:tc>
          <w:tcPr>
            <w:tcW w:type="dxa" w:w="6463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rPr>
          <w:i/>
          <w:color w:val="5A5766"/>
        </w:rPr>
        <w:t>A Coursebox checklist applying the Plan, Do, Check, Act cycle to training pilots. The questions and the hotel example are Coursebox's own. It gives no score and does not certify that a course or a change works.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