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[Host Organisation Name] - Toolbox Talk, JSA and Hazard Report Pack for Agency Workers</w:t>
      </w:r>
    </w:p>
    <w:p>
      <w:r>
        <w:t>Editable host-site forms for warehouse, manufacturing and logistics teams in Victoria and NSW. Version: [Version] | Site: [Site / suburb] | Document owner: [Host WHS Lead] | Review date: [Date].</w:t>
      </w:r>
    </w:p>
    <w:p>
      <w:pPr>
        <w:pStyle w:val="Heading2"/>
      </w:pPr>
      <w:r>
        <w:t>How to use this pack</w:t>
      </w:r>
    </w:p>
    <w:p>
      <w:r>
        <w:t>Use Part A to prepare and deliver a short, task-specific toolbox talk before a shift or changed task. Use Part B with the people doing the work to assess each task step and agree controls before work starts. Use Part C for a hazard or near miss, including immediate action, follow-up and feedback to the reporting worker. The host supervisor owns site controls and records; the agency contact must receive relevant changes and safety concerns. Duplicate blank rows or forms as needed. These records support, but do not replace, worker consultation, site procedures, competence checks or an assessment of jurisdiction-specific duties.</w:t>
      </w:r>
    </w:p>
    <w:p>
      <w:r>
        <w:t>Escalation rule: if work, equipment, location or controls change, pause the affected activity, make the area safe, consult affected workers and the agency contact, revise the JSA and brief the team before authorising a restart. For a serious event, follow the site emergency and applicable regulator-notification process; this template is not a notification decision tool.</w:t>
      </w:r>
    </w:p>
    <w:p>
      <w:pPr>
        <w:pStyle w:val="Heading2"/>
      </w:pPr>
      <w:r>
        <w:t>Part A. Toolbox talk run sheet and attendance</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shd w:fill="173D59"/>
            <w:vAlign w:val="center"/>
          </w:tcPr>
          <w:p>
            <w:pPr>
              <w:spacing w:after="40" w:before="40"/>
            </w:pPr>
            <w:r>
              <w:rPr>
                <w:b/>
                <w:color w:val="FFFFFF"/>
              </w:rPr>
              <w:t>Session detail</w:t>
            </w:r>
          </w:p>
        </w:tc>
        <w:tc>
          <w:tcPr>
            <w:tcW w:type="dxa" w:w="2498"/>
            <w:shd w:fill="173D59"/>
            <w:vAlign w:val="center"/>
          </w:tcPr>
          <w:p>
            <w:pPr>
              <w:spacing w:after="40" w:before="40"/>
            </w:pPr>
            <w:r>
              <w:rPr>
                <w:b/>
                <w:color w:val="FFFFFF"/>
              </w:rPr>
              <w:t>Record</w:t>
            </w:r>
          </w:p>
        </w:tc>
        <w:tc>
          <w:tcPr>
            <w:tcW w:type="dxa" w:w="2498"/>
            <w:shd w:fill="173D59"/>
            <w:vAlign w:val="center"/>
          </w:tcPr>
          <w:p>
            <w:pPr>
              <w:spacing w:after="40" w:before="40"/>
            </w:pPr>
            <w:r>
              <w:rPr>
                <w:b/>
                <w:color w:val="FFFFFF"/>
              </w:rPr>
              <w:t>Session detail</w:t>
            </w:r>
          </w:p>
        </w:tc>
        <w:tc>
          <w:tcPr>
            <w:tcW w:type="dxa" w:w="2498"/>
            <w:shd w:fill="173D59"/>
            <w:vAlign w:val="center"/>
          </w:tcPr>
          <w:p>
            <w:pPr>
              <w:spacing w:after="40" w:before="40"/>
            </w:pPr>
            <w:r>
              <w:rPr>
                <w:b/>
                <w:color w:val="FFFFFF"/>
              </w:rPr>
              <w:t>Record</w:t>
            </w:r>
          </w:p>
        </w:tc>
      </w:tr>
      <w:tr>
        <w:tc>
          <w:tcPr>
            <w:tcW w:type="dxa" w:w="2498"/>
            <w:vAlign w:val="center"/>
          </w:tcPr>
          <w:p>
            <w:pPr>
              <w:spacing w:after="40" w:before="40"/>
            </w:pPr>
            <w:r>
              <w:t>Talk topic / task</w:t>
            </w:r>
          </w:p>
        </w:tc>
        <w:tc>
          <w:tcPr>
            <w:tcW w:type="dxa" w:w="2498"/>
            <w:vAlign w:val="center"/>
          </w:tcPr>
          <w:p>
            <w:pPr>
              <w:spacing w:after="40" w:before="40"/>
            </w:pPr>
            <w:r>
              <w:t>[Topic]</w:t>
            </w:r>
          </w:p>
        </w:tc>
        <w:tc>
          <w:tcPr>
            <w:tcW w:type="dxa" w:w="2498"/>
            <w:vAlign w:val="center"/>
          </w:tcPr>
          <w:p>
            <w:pPr>
              <w:spacing w:after="40" w:before="40"/>
            </w:pPr>
            <w:r>
              <w:t>Date, time, shift</w:t>
            </w:r>
          </w:p>
        </w:tc>
        <w:tc>
          <w:tcPr>
            <w:tcW w:type="dxa" w:w="2498"/>
            <w:vAlign w:val="center"/>
          </w:tcPr>
          <w:p>
            <w:pPr>
              <w:spacing w:after="40" w:before="40"/>
            </w:pPr>
            <w:r>
              <w:t>[Date / time / shift]</w:t>
            </w:r>
          </w:p>
        </w:tc>
      </w:tr>
      <w:tr>
        <w:tc>
          <w:tcPr>
            <w:tcW w:type="dxa" w:w="2498"/>
            <w:vAlign w:val="center"/>
          </w:tcPr>
          <w:p>
            <w:pPr>
              <w:spacing w:after="40" w:before="40"/>
            </w:pPr>
            <w:r>
              <w:t>Work area / site</w:t>
            </w:r>
          </w:p>
        </w:tc>
        <w:tc>
          <w:tcPr>
            <w:tcW w:type="dxa" w:w="2498"/>
            <w:vAlign w:val="center"/>
          </w:tcPr>
          <w:p>
            <w:pPr>
              <w:spacing w:after="40" w:before="40"/>
            </w:pPr>
            <w:r>
              <w:t>[Area]</w:t>
            </w:r>
          </w:p>
        </w:tc>
        <w:tc>
          <w:tcPr>
            <w:tcW w:type="dxa" w:w="2498"/>
            <w:vAlign w:val="center"/>
          </w:tcPr>
          <w:p>
            <w:pPr>
              <w:spacing w:after="40" w:before="40"/>
            </w:pPr>
            <w:r>
              <w:t>Host facilitator</w:t>
            </w:r>
          </w:p>
        </w:tc>
        <w:tc>
          <w:tcPr>
            <w:tcW w:type="dxa" w:w="2498"/>
            <w:vAlign w:val="center"/>
          </w:tcPr>
          <w:p>
            <w:pPr>
              <w:spacing w:after="40" w:before="40"/>
            </w:pPr>
            <w:r>
              <w:t>[Name / role]</w:t>
            </w:r>
          </w:p>
        </w:tc>
      </w:tr>
      <w:tr>
        <w:tc>
          <w:tcPr>
            <w:tcW w:type="dxa" w:w="2498"/>
            <w:vAlign w:val="center"/>
          </w:tcPr>
          <w:p>
            <w:pPr>
              <w:spacing w:after="40" w:before="40"/>
            </w:pPr>
            <w:r>
              <w:t>Agency / contact</w:t>
            </w:r>
          </w:p>
        </w:tc>
        <w:tc>
          <w:tcPr>
            <w:tcW w:type="dxa" w:w="2498"/>
            <w:vAlign w:val="center"/>
          </w:tcPr>
          <w:p>
            <w:pPr>
              <w:spacing w:after="40" w:before="40"/>
            </w:pPr>
            <w:r>
              <w:t>[Agency / contact / phone]</w:t>
            </w:r>
          </w:p>
        </w:tc>
        <w:tc>
          <w:tcPr>
            <w:tcW w:type="dxa" w:w="2498"/>
            <w:vAlign w:val="center"/>
          </w:tcPr>
          <w:p>
            <w:pPr>
              <w:spacing w:after="40" w:before="40"/>
            </w:pPr>
            <w:r>
              <w:t>JSA / procedure reference</w:t>
            </w:r>
          </w:p>
        </w:tc>
        <w:tc>
          <w:tcPr>
            <w:tcW w:type="dxa" w:w="2498"/>
            <w:vAlign w:val="center"/>
          </w:tcPr>
          <w:p>
            <w:pPr>
              <w:spacing w:after="40" w:before="40"/>
            </w:pPr>
            <w:r>
              <w:t>[Document ID / revision]</w:t>
            </w:r>
          </w:p>
        </w:tc>
      </w:tr>
      <w:tr>
        <w:tc>
          <w:tcPr>
            <w:tcW w:type="dxa" w:w="2498"/>
            <w:vAlign w:val="center"/>
          </w:tcPr>
          <w:p>
            <w:pPr>
              <w:spacing w:after="40" w:before="40"/>
            </w:pPr>
            <w:r>
              <w:t>Language or access needs</w:t>
            </w:r>
          </w:p>
        </w:tc>
        <w:tc>
          <w:tcPr>
            <w:tcW w:type="dxa" w:w="2498"/>
            <w:vAlign w:val="center"/>
          </w:tcPr>
          <w:p>
            <w:pPr>
              <w:spacing w:after="40" w:before="40"/>
            </w:pPr>
            <w:r>
              <w:t>[Interpreter / visual aid / none]</w:t>
            </w:r>
          </w:p>
        </w:tc>
        <w:tc>
          <w:tcPr>
            <w:tcW w:type="dxa" w:w="2498"/>
            <w:vAlign w:val="center"/>
          </w:tcPr>
          <w:p>
            <w:pPr>
              <w:spacing w:after="40" w:before="40"/>
            </w:pPr>
            <w:r>
              <w:t>Next review / trigger</w:t>
            </w:r>
          </w:p>
        </w:tc>
        <w:tc>
          <w:tcPr>
            <w:tcW w:type="dxa" w:w="2498"/>
            <w:vAlign w:val="center"/>
          </w:tcPr>
          <w:p>
            <w:pPr>
              <w:spacing w:after="40" w:before="40"/>
            </w:pPr>
            <w:r>
              <w:t>[Date / change trigger]</w:t>
            </w:r>
          </w:p>
        </w:tc>
      </w:tr>
    </w:tbl>
    <w:p>
      <w:pPr>
        <w:pStyle w:val="Heading3"/>
      </w:pPr>
      <w:r>
        <w:t>Facilitator sequence</w:t>
      </w:r>
    </w:p>
    <w:p>
      <w:pPr>
        <w:pStyle w:val="ListBullet"/>
      </w:pPr>
      <w:r>
        <w:t>Before the talk | Host supervisor checks current task, work area, incidents, control changes and relevant JSA. Invite agency workers and direct workers doing the task; arrange accessible explanation where needed.</w:t>
      </w:r>
    </w:p>
    <w:p>
      <w:pPr>
        <w:pStyle w:val="ListBullet"/>
      </w:pPr>
      <w:r>
        <w:t>Open | State the task boundaries and who is supervising. Ask workers what has changed since the last shift and what hazards they have noticed. Record concerns rather than assuming silence means agreement.</w:t>
      </w:r>
    </w:p>
    <w:p>
      <w:pPr>
        <w:pStyle w:val="ListBullet"/>
      </w:pPr>
      <w:r>
        <w:t>Walk through | Demonstrate task steps and site controls at the actual work area where practicable. Cover pedestrian and vehicle interfaces, equipment isolation, manual handling or other hazards relevant to this task, not a generic checklist.</w:t>
      </w:r>
    </w:p>
    <w:p>
      <w:pPr>
        <w:pStyle w:val="ListBullet"/>
      </w:pPr>
      <w:r>
        <w:t>Confirm | Ask workers to explain or demonstrate the critical controls in their own words. Resolve gaps before work begins. Explain how to report a hazard or near miss and who to contact if the task changes.</w:t>
      </w:r>
    </w:p>
    <w:p>
      <w:pPr>
        <w:pStyle w:val="ListBullet"/>
      </w:pPr>
      <w:r>
        <w:t>Close | Allocate each outstanding action, deadline and interim control. Give the agency contact the relevant change or concern, confirm receipt, and store attendance with the JSA.</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shd w:fill="173D59"/>
            <w:vAlign w:val="center"/>
          </w:tcPr>
          <w:p>
            <w:pPr>
              <w:spacing w:after="40" w:before="40"/>
            </w:pPr>
            <w:r>
              <w:rPr>
                <w:b/>
                <w:color w:val="FFFFFF"/>
              </w:rPr>
              <w:t>Agenda / worker input</w:t>
            </w:r>
          </w:p>
        </w:tc>
        <w:tc>
          <w:tcPr>
            <w:tcW w:type="dxa" w:w="2498"/>
            <w:shd w:fill="173D59"/>
            <w:vAlign w:val="center"/>
          </w:tcPr>
          <w:p>
            <w:pPr>
              <w:spacing w:after="40" w:before="40"/>
            </w:pPr>
            <w:r>
              <w:rPr>
                <w:b/>
                <w:color w:val="FFFFFF"/>
              </w:rPr>
              <w:t>Control or decision agreed</w:t>
            </w:r>
          </w:p>
        </w:tc>
        <w:tc>
          <w:tcPr>
            <w:tcW w:type="dxa" w:w="2498"/>
            <w:shd w:fill="173D59"/>
            <w:vAlign w:val="center"/>
          </w:tcPr>
          <w:p>
            <w:pPr>
              <w:spacing w:after="40" w:before="40"/>
            </w:pPr>
            <w:r>
              <w:rPr>
                <w:b/>
                <w:color w:val="FFFFFF"/>
              </w:rPr>
              <w:t>Owner</w:t>
            </w:r>
          </w:p>
        </w:tc>
        <w:tc>
          <w:tcPr>
            <w:tcW w:type="dxa" w:w="2498"/>
            <w:shd w:fill="173D59"/>
            <w:vAlign w:val="center"/>
          </w:tcPr>
          <w:p>
            <w:pPr>
              <w:spacing w:after="40" w:before="40"/>
            </w:pPr>
            <w:r>
              <w:rPr>
                <w:b/>
                <w:color w:val="FFFFFF"/>
              </w:rPr>
              <w:t>Due / evidence</w:t>
            </w:r>
          </w:p>
        </w:tc>
      </w:tr>
      <w:tr>
        <w:tc>
          <w:tcPr>
            <w:tcW w:type="dxa" w:w="2498"/>
            <w:vAlign w:val="center"/>
          </w:tcPr>
          <w:p>
            <w:pPr>
              <w:spacing w:after="40" w:before="40"/>
            </w:pPr>
            <w:r>
              <w:t>[Task boundary and changes]</w:t>
            </w:r>
          </w:p>
        </w:tc>
        <w:tc>
          <w:tcPr>
            <w:tcW w:type="dxa" w:w="2498"/>
            <w:vAlign w:val="center"/>
          </w:tcPr>
          <w:p>
            <w:pPr>
              <w:spacing w:after="40" w:before="40"/>
            </w:pPr>
            <w:r>
              <w:t>[Agreed control]</w:t>
            </w:r>
          </w:p>
        </w:tc>
        <w:tc>
          <w:tcPr>
            <w:tcW w:type="dxa" w:w="2498"/>
            <w:vAlign w:val="center"/>
          </w:tcPr>
          <w:p>
            <w:pPr>
              <w:spacing w:after="40" w:before="40"/>
            </w:pPr>
            <w:r>
              <w:t>[Name]</w:t>
            </w:r>
          </w:p>
        </w:tc>
        <w:tc>
          <w:tcPr>
            <w:tcW w:type="dxa" w:w="2498"/>
            <w:vAlign w:val="center"/>
          </w:tcPr>
          <w:p>
            <w:pPr>
              <w:spacing w:after="40" w:before="40"/>
            </w:pPr>
            <w:r>
              <w:t>[Date / photo or JSA ID]</w:t>
            </w:r>
          </w:p>
        </w:tc>
      </w:tr>
      <w:tr>
        <w:tc>
          <w:tcPr>
            <w:tcW w:type="dxa" w:w="2498"/>
            <w:vAlign w:val="center"/>
          </w:tcPr>
          <w:p>
            <w:pPr>
              <w:spacing w:after="40" w:before="40"/>
            </w:pPr>
            <w:r>
              <w:t>[Hazards raised by workers]</w:t>
            </w:r>
          </w:p>
        </w:tc>
        <w:tc>
          <w:tcPr>
            <w:tcW w:type="dxa" w:w="2498"/>
            <w:vAlign w:val="center"/>
          </w:tcPr>
          <w:p>
            <w:pPr>
              <w:spacing w:after="40" w:before="40"/>
            </w:pPr>
            <w:r>
              <w:t>[Interim measure and longer-term action]</w:t>
            </w:r>
          </w:p>
        </w:tc>
        <w:tc>
          <w:tcPr>
            <w:tcW w:type="dxa" w:w="2498"/>
            <w:vAlign w:val="center"/>
          </w:tcPr>
          <w:p>
            <w:pPr>
              <w:spacing w:after="40" w:before="40"/>
            </w:pPr>
            <w:r>
              <w:t>[Name]</w:t>
            </w:r>
          </w:p>
        </w:tc>
        <w:tc>
          <w:tcPr>
            <w:tcW w:type="dxa" w:w="2498"/>
            <w:vAlign w:val="center"/>
          </w:tcPr>
          <w:p>
            <w:pPr>
              <w:spacing w:after="40" w:before="40"/>
            </w:pPr>
            <w:r>
              <w:t>[Date / record]</w:t>
            </w:r>
          </w:p>
        </w:tc>
      </w:tr>
      <w:tr>
        <w:tc>
          <w:tcPr>
            <w:tcW w:type="dxa" w:w="2498"/>
            <w:vAlign w:val="center"/>
          </w:tcPr>
          <w:p>
            <w:pPr>
              <w:spacing w:after="40" w:before="40"/>
            </w:pPr>
            <w:r>
              <w:t>[Reporting route and agency contact]</w:t>
            </w:r>
          </w:p>
        </w:tc>
        <w:tc>
          <w:tcPr>
            <w:tcW w:type="dxa" w:w="2498"/>
            <w:vAlign w:val="center"/>
          </w:tcPr>
          <w:p>
            <w:pPr>
              <w:spacing w:after="40" w:before="40"/>
            </w:pPr>
            <w:r>
              <w:t>[Message to agency / acknowledgement]</w:t>
            </w:r>
          </w:p>
        </w:tc>
        <w:tc>
          <w:tcPr>
            <w:tcW w:type="dxa" w:w="2498"/>
            <w:vAlign w:val="center"/>
          </w:tcPr>
          <w:p>
            <w:pPr>
              <w:spacing w:after="40" w:before="40"/>
            </w:pPr>
            <w:r>
              <w:t>[Name]</w:t>
            </w:r>
          </w:p>
        </w:tc>
        <w:tc>
          <w:tcPr>
            <w:tcW w:type="dxa" w:w="2498"/>
            <w:vAlign w:val="center"/>
          </w:tcPr>
          <w:p>
            <w:pPr>
              <w:spacing w:after="40" w:before="40"/>
            </w:pPr>
            <w:r>
              <w:t>[Date / message ID]</w:t>
            </w:r>
          </w:p>
        </w:tc>
      </w:tr>
    </w:tbl>
    <w:p>
      <w:r>
        <w:t>Record the next part below.</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shd w:fill="173D59"/>
            <w:vAlign w:val="center"/>
          </w:tcPr>
          <w:p>
            <w:pPr>
              <w:spacing w:after="40" w:before="40"/>
            </w:pPr>
            <w:r>
              <w:rPr>
                <w:b/>
                <w:color w:val="FFFFFF"/>
              </w:rPr>
              <w:t>Attendee name / employer</w:t>
            </w:r>
          </w:p>
        </w:tc>
        <w:tc>
          <w:tcPr>
            <w:tcW w:type="dxa" w:w="2498"/>
            <w:shd w:fill="173D59"/>
            <w:vAlign w:val="center"/>
          </w:tcPr>
          <w:p>
            <w:pPr>
              <w:spacing w:after="40" w:before="40"/>
            </w:pPr>
            <w:r>
              <w:rPr>
                <w:b/>
                <w:color w:val="FFFFFF"/>
              </w:rPr>
              <w:t>Role / work area</w:t>
            </w:r>
          </w:p>
        </w:tc>
        <w:tc>
          <w:tcPr>
            <w:tcW w:type="dxa" w:w="2498"/>
            <w:shd w:fill="173D59"/>
            <w:vAlign w:val="center"/>
          </w:tcPr>
          <w:p>
            <w:pPr>
              <w:spacing w:after="40" w:before="40"/>
            </w:pPr>
            <w:r>
              <w:rPr>
                <w:b/>
                <w:color w:val="FFFFFF"/>
              </w:rPr>
              <w:t>Understanding confirmed (how)</w:t>
            </w:r>
          </w:p>
        </w:tc>
        <w:tc>
          <w:tcPr>
            <w:tcW w:type="dxa" w:w="2498"/>
            <w:shd w:fill="173D59"/>
            <w:vAlign w:val="center"/>
          </w:tcPr>
          <w:p>
            <w:pPr>
              <w:spacing w:after="40" w:before="40"/>
            </w:pPr>
            <w:r>
              <w:rPr>
                <w:b/>
                <w:color w:val="FFFFFF"/>
              </w:rPr>
              <w:t>Signature / date</w:t>
            </w:r>
          </w:p>
        </w:tc>
      </w:tr>
      <w:tr>
        <w:tc>
          <w:tcPr>
            <w:tcW w:type="dxa" w:w="2498"/>
            <w:vAlign w:val="center"/>
          </w:tcPr>
          <w:p>
            <w:pPr>
              <w:spacing w:after="40" w:before="40"/>
            </w:pPr>
            <w:r>
              <w:t>[Worker 1 / host or agency]</w:t>
            </w:r>
          </w:p>
        </w:tc>
        <w:tc>
          <w:tcPr>
            <w:tcW w:type="dxa" w:w="2498"/>
            <w:vAlign w:val="center"/>
          </w:tcPr>
          <w:p>
            <w:pPr>
              <w:spacing w:after="40" w:before="40"/>
            </w:pPr>
            <w:r>
              <w:t>[Role]</w:t>
            </w:r>
          </w:p>
        </w:tc>
        <w:tc>
          <w:tcPr>
            <w:tcW w:type="dxa" w:w="2498"/>
            <w:vAlign w:val="center"/>
          </w:tcPr>
          <w:p>
            <w:pPr>
              <w:spacing w:after="40" w:before="40"/>
            </w:pPr>
            <w:r>
              <w:t>[Explain / demonstrate]</w:t>
            </w:r>
          </w:p>
        </w:tc>
        <w:tc>
          <w:tcPr>
            <w:tcW w:type="dxa" w:w="2498"/>
            <w:vAlign w:val="center"/>
          </w:tcPr>
          <w:p>
            <w:pPr>
              <w:spacing w:after="40" w:before="40"/>
            </w:pPr>
            <w:r>
              <w:t>[Signature / date]</w:t>
            </w:r>
          </w:p>
        </w:tc>
      </w:tr>
      <w:tr>
        <w:tc>
          <w:tcPr>
            <w:tcW w:type="dxa" w:w="2498"/>
            <w:vAlign w:val="center"/>
          </w:tcPr>
          <w:p>
            <w:pPr>
              <w:spacing w:after="40" w:before="40"/>
            </w:pPr>
            <w:r>
              <w:t>[Worker 2 / host or agency]</w:t>
            </w:r>
          </w:p>
        </w:tc>
        <w:tc>
          <w:tcPr>
            <w:tcW w:type="dxa" w:w="2498"/>
            <w:vAlign w:val="center"/>
          </w:tcPr>
          <w:p>
            <w:pPr>
              <w:spacing w:after="40" w:before="40"/>
            </w:pPr>
            <w:r>
              <w:t>[Role]</w:t>
            </w:r>
          </w:p>
        </w:tc>
        <w:tc>
          <w:tcPr>
            <w:tcW w:type="dxa" w:w="2498"/>
            <w:vAlign w:val="center"/>
          </w:tcPr>
          <w:p>
            <w:pPr>
              <w:spacing w:after="40" w:before="40"/>
            </w:pPr>
            <w:r>
              <w:t>[Explain / demonstrate]</w:t>
            </w:r>
          </w:p>
        </w:tc>
        <w:tc>
          <w:tcPr>
            <w:tcW w:type="dxa" w:w="2498"/>
            <w:vAlign w:val="center"/>
          </w:tcPr>
          <w:p>
            <w:pPr>
              <w:spacing w:after="40" w:before="40"/>
            </w:pPr>
            <w:r>
              <w:t>[Signature / date]</w:t>
            </w:r>
          </w:p>
        </w:tc>
      </w:tr>
      <w:tr>
        <w:tc>
          <w:tcPr>
            <w:tcW w:type="dxa" w:w="2498"/>
            <w:vAlign w:val="center"/>
          </w:tcPr>
          <w:p>
            <w:pPr>
              <w:spacing w:after="40" w:before="40"/>
            </w:pPr>
            <w:r>
              <w:t>[Worker 3 / host or agency]</w:t>
            </w:r>
          </w:p>
        </w:tc>
        <w:tc>
          <w:tcPr>
            <w:tcW w:type="dxa" w:w="2498"/>
            <w:vAlign w:val="center"/>
          </w:tcPr>
          <w:p>
            <w:pPr>
              <w:spacing w:after="40" w:before="40"/>
            </w:pPr>
            <w:r>
              <w:t>[Role]</w:t>
            </w:r>
          </w:p>
        </w:tc>
        <w:tc>
          <w:tcPr>
            <w:tcW w:type="dxa" w:w="2498"/>
            <w:vAlign w:val="center"/>
          </w:tcPr>
          <w:p>
            <w:pPr>
              <w:spacing w:after="40" w:before="40"/>
            </w:pPr>
            <w:r>
              <w:t>[Explain / demonstrate]</w:t>
            </w:r>
          </w:p>
        </w:tc>
        <w:tc>
          <w:tcPr>
            <w:tcW w:type="dxa" w:w="2498"/>
            <w:vAlign w:val="center"/>
          </w:tcPr>
          <w:p>
            <w:pPr>
              <w:spacing w:after="40" w:before="40"/>
            </w:pPr>
            <w:r>
              <w:t>[Signature / date]</w:t>
            </w:r>
          </w:p>
        </w:tc>
      </w:tr>
      <w:tr>
        <w:tc>
          <w:tcPr>
            <w:tcW w:type="dxa" w:w="2498"/>
            <w:vAlign w:val="center"/>
          </w:tcPr>
          <w:p>
            <w:pPr>
              <w:spacing w:after="40" w:before="40"/>
            </w:pPr>
            <w:r>
              <w:t>[Worker 4 / host or agency]</w:t>
            </w:r>
          </w:p>
        </w:tc>
        <w:tc>
          <w:tcPr>
            <w:tcW w:type="dxa" w:w="2498"/>
            <w:vAlign w:val="center"/>
          </w:tcPr>
          <w:p>
            <w:pPr>
              <w:spacing w:after="40" w:before="40"/>
            </w:pPr>
            <w:r>
              <w:t>[Role]</w:t>
            </w:r>
          </w:p>
        </w:tc>
        <w:tc>
          <w:tcPr>
            <w:tcW w:type="dxa" w:w="2498"/>
            <w:vAlign w:val="center"/>
          </w:tcPr>
          <w:p>
            <w:pPr>
              <w:spacing w:after="40" w:before="40"/>
            </w:pPr>
            <w:r>
              <w:t>[Explain / demonstrate]</w:t>
            </w:r>
          </w:p>
        </w:tc>
        <w:tc>
          <w:tcPr>
            <w:tcW w:type="dxa" w:w="2498"/>
            <w:vAlign w:val="center"/>
          </w:tcPr>
          <w:p>
            <w:pPr>
              <w:spacing w:after="40" w:before="40"/>
            </w:pPr>
            <w:r>
              <w:t>[Signature / date]</w:t>
            </w:r>
          </w:p>
        </w:tc>
      </w:tr>
    </w:tbl>
    <w:p>
      <w:r>
        <w:t>Record the next part below.</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shd w:fill="173D59"/>
            <w:vAlign w:val="center"/>
          </w:tcPr>
          <w:p>
            <w:pPr>
              <w:spacing w:after="40" w:before="40"/>
            </w:pPr>
            <w:r>
              <w:rPr>
                <w:b/>
                <w:color w:val="FFFFFF"/>
              </w:rPr>
              <w:t>Open action</w:t>
            </w:r>
          </w:p>
        </w:tc>
        <w:tc>
          <w:tcPr>
            <w:tcW w:type="dxa" w:w="2498"/>
            <w:shd w:fill="173D59"/>
            <w:vAlign w:val="center"/>
          </w:tcPr>
          <w:p>
            <w:pPr>
              <w:spacing w:after="40" w:before="40"/>
            </w:pPr>
            <w:r>
              <w:rPr>
                <w:b/>
                <w:color w:val="FFFFFF"/>
              </w:rPr>
              <w:t>Interim protection until closed</w:t>
            </w:r>
          </w:p>
        </w:tc>
        <w:tc>
          <w:tcPr>
            <w:tcW w:type="dxa" w:w="2498"/>
            <w:shd w:fill="173D59"/>
            <w:vAlign w:val="center"/>
          </w:tcPr>
          <w:p>
            <w:pPr>
              <w:spacing w:after="40" w:before="40"/>
            </w:pPr>
            <w:r>
              <w:rPr>
                <w:b/>
                <w:color w:val="FFFFFF"/>
              </w:rPr>
              <w:t>Owner / due</w:t>
            </w:r>
          </w:p>
        </w:tc>
        <w:tc>
          <w:tcPr>
            <w:tcW w:type="dxa" w:w="2498"/>
            <w:shd w:fill="173D59"/>
            <w:vAlign w:val="center"/>
          </w:tcPr>
          <w:p>
            <w:pPr>
              <w:spacing w:after="40" w:before="40"/>
            </w:pPr>
            <w:r>
              <w:rPr>
                <w:b/>
                <w:color w:val="FFFFFF"/>
              </w:rPr>
              <w:t>Closure evidence / verifier / date</w:t>
            </w:r>
          </w:p>
        </w:tc>
      </w:tr>
      <w:tr>
        <w:tc>
          <w:tcPr>
            <w:tcW w:type="dxa" w:w="2498"/>
            <w:vAlign w:val="center"/>
          </w:tcPr>
          <w:p>
            <w:pPr>
              <w:spacing w:after="40" w:before="40"/>
            </w:pPr>
            <w:r>
              <w:t>[Action 1]</w:t>
            </w:r>
          </w:p>
        </w:tc>
        <w:tc>
          <w:tcPr>
            <w:tcW w:type="dxa" w:w="2498"/>
            <w:vAlign w:val="center"/>
          </w:tcPr>
          <w:p>
            <w:pPr>
              <w:spacing w:after="40" w:before="40"/>
            </w:pPr>
            <w:r>
              <w:t>[Protection]</w:t>
            </w:r>
          </w:p>
        </w:tc>
        <w:tc>
          <w:tcPr>
            <w:tcW w:type="dxa" w:w="2498"/>
            <w:vAlign w:val="center"/>
          </w:tcPr>
          <w:p>
            <w:pPr>
              <w:spacing w:after="40" w:before="40"/>
            </w:pPr>
            <w:r>
              <w:t>[Name / date]</w:t>
            </w:r>
          </w:p>
        </w:tc>
        <w:tc>
          <w:tcPr>
            <w:tcW w:type="dxa" w:w="2498"/>
            <w:vAlign w:val="center"/>
          </w:tcPr>
          <w:p>
            <w:pPr>
              <w:spacing w:after="40" w:before="40"/>
            </w:pPr>
            <w:r>
              <w:t>[Evidence / name / date]</w:t>
            </w:r>
          </w:p>
        </w:tc>
      </w:tr>
      <w:tr>
        <w:tc>
          <w:tcPr>
            <w:tcW w:type="dxa" w:w="2498"/>
            <w:vAlign w:val="center"/>
          </w:tcPr>
          <w:p>
            <w:pPr>
              <w:spacing w:after="40" w:before="40"/>
            </w:pPr>
            <w:r>
              <w:t>[Action 2]</w:t>
            </w:r>
          </w:p>
        </w:tc>
        <w:tc>
          <w:tcPr>
            <w:tcW w:type="dxa" w:w="2498"/>
            <w:vAlign w:val="center"/>
          </w:tcPr>
          <w:p>
            <w:pPr>
              <w:spacing w:after="40" w:before="40"/>
            </w:pPr>
            <w:r>
              <w:t>[Protection]</w:t>
            </w:r>
          </w:p>
        </w:tc>
        <w:tc>
          <w:tcPr>
            <w:tcW w:type="dxa" w:w="2498"/>
            <w:vAlign w:val="center"/>
          </w:tcPr>
          <w:p>
            <w:pPr>
              <w:spacing w:after="40" w:before="40"/>
            </w:pPr>
            <w:r>
              <w:t>[Name / date]</w:t>
            </w:r>
          </w:p>
        </w:tc>
        <w:tc>
          <w:tcPr>
            <w:tcW w:type="dxa" w:w="2498"/>
            <w:vAlign w:val="center"/>
          </w:tcPr>
          <w:p>
            <w:pPr>
              <w:spacing w:after="40" w:before="40"/>
            </w:pPr>
            <w:r>
              <w:t>[Evidence / name / date]</w:t>
            </w:r>
          </w:p>
        </w:tc>
      </w:tr>
    </w:tbl>
    <w:p>
      <w:r>
        <w:t>Talk sign-off: Host facilitator [Name / signature / date] | Host supervisor [Name / signature / date] | Agency contact advised [Name / channel / date / acknowledgement].</w:t>
      </w:r>
    </w:p>
    <w:p>
      <w:pPr>
        <w:pStyle w:val="Heading2"/>
      </w:pPr>
      <w:r>
        <w:t>Part B. Job safety analysis (JSA)</w:t>
      </w:r>
    </w:p>
    <w:p>
      <w:r>
        <w:t>Complete at the task and involve workers who will do it. Describe specific hazards and practical controls for each step; do not mark all rows “low” without checking actual conditions. Site risk-rating method: [Site matrix / reference]. If no adequate control is agreed, do not start that step. A signed JSA records a conversation and decision, not proof that work is safe.</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shd w:fill="173D59"/>
            <w:vAlign w:val="center"/>
          </w:tcPr>
          <w:p>
            <w:pPr>
              <w:spacing w:after="40" w:before="40"/>
            </w:pPr>
            <w:r>
              <w:rPr>
                <w:b/>
                <w:color w:val="FFFFFF"/>
              </w:rPr>
              <w:t>JSA field</w:t>
            </w:r>
          </w:p>
        </w:tc>
        <w:tc>
          <w:tcPr>
            <w:tcW w:type="dxa" w:w="2498"/>
            <w:shd w:fill="173D59"/>
            <w:vAlign w:val="center"/>
          </w:tcPr>
          <w:p>
            <w:pPr>
              <w:spacing w:after="40" w:before="40"/>
            </w:pPr>
            <w:r>
              <w:rPr>
                <w:b/>
                <w:color w:val="FFFFFF"/>
              </w:rPr>
              <w:t>Entry</w:t>
            </w:r>
          </w:p>
        </w:tc>
        <w:tc>
          <w:tcPr>
            <w:tcW w:type="dxa" w:w="2498"/>
            <w:shd w:fill="173D59"/>
            <w:vAlign w:val="center"/>
          </w:tcPr>
          <w:p>
            <w:pPr>
              <w:spacing w:after="40" w:before="40"/>
            </w:pPr>
            <w:r>
              <w:rPr>
                <w:b/>
                <w:color w:val="FFFFFF"/>
              </w:rPr>
              <w:t>JSA field</w:t>
            </w:r>
          </w:p>
        </w:tc>
        <w:tc>
          <w:tcPr>
            <w:tcW w:type="dxa" w:w="2498"/>
            <w:shd w:fill="173D59"/>
            <w:vAlign w:val="center"/>
          </w:tcPr>
          <w:p>
            <w:pPr>
              <w:spacing w:after="40" w:before="40"/>
            </w:pPr>
            <w:r>
              <w:rPr>
                <w:b/>
                <w:color w:val="FFFFFF"/>
              </w:rPr>
              <w:t>Entry</w:t>
            </w:r>
          </w:p>
        </w:tc>
      </w:tr>
      <w:tr>
        <w:tc>
          <w:tcPr>
            <w:tcW w:type="dxa" w:w="2498"/>
            <w:vAlign w:val="center"/>
          </w:tcPr>
          <w:p>
            <w:pPr>
              <w:spacing w:after="40" w:before="40"/>
            </w:pPr>
            <w:r>
              <w:t>Task and boundary</w:t>
            </w:r>
          </w:p>
        </w:tc>
        <w:tc>
          <w:tcPr>
            <w:tcW w:type="dxa" w:w="2498"/>
            <w:vAlign w:val="center"/>
          </w:tcPr>
          <w:p>
            <w:pPr>
              <w:spacing w:after="40" w:before="40"/>
            </w:pPr>
            <w:r>
              <w:t>[Task / what is excluded]</w:t>
            </w:r>
          </w:p>
        </w:tc>
        <w:tc>
          <w:tcPr>
            <w:tcW w:type="dxa" w:w="2498"/>
            <w:vAlign w:val="center"/>
          </w:tcPr>
          <w:p>
            <w:pPr>
              <w:spacing w:after="40" w:before="40"/>
            </w:pPr>
            <w:r>
              <w:t>Site / exact location</w:t>
            </w:r>
          </w:p>
        </w:tc>
        <w:tc>
          <w:tcPr>
            <w:tcW w:type="dxa" w:w="2498"/>
            <w:vAlign w:val="center"/>
          </w:tcPr>
          <w:p>
            <w:pPr>
              <w:spacing w:after="40" w:before="40"/>
            </w:pPr>
            <w:r>
              <w:t>[Site / bay / line]</w:t>
            </w:r>
          </w:p>
        </w:tc>
      </w:tr>
      <w:tr>
        <w:tc>
          <w:tcPr>
            <w:tcW w:type="dxa" w:w="2498"/>
            <w:vAlign w:val="center"/>
          </w:tcPr>
          <w:p>
            <w:pPr>
              <w:spacing w:after="40" w:before="40"/>
            </w:pPr>
            <w:r>
              <w:t>Date / shift</w:t>
            </w:r>
          </w:p>
        </w:tc>
        <w:tc>
          <w:tcPr>
            <w:tcW w:type="dxa" w:w="2498"/>
            <w:vAlign w:val="center"/>
          </w:tcPr>
          <w:p>
            <w:pPr>
              <w:spacing w:after="40" w:before="40"/>
            </w:pPr>
            <w:r>
              <w:t>[Date / shift]</w:t>
            </w:r>
          </w:p>
        </w:tc>
        <w:tc>
          <w:tcPr>
            <w:tcW w:type="dxa" w:w="2498"/>
            <w:vAlign w:val="center"/>
          </w:tcPr>
          <w:p>
            <w:pPr>
              <w:spacing w:after="40" w:before="40"/>
            </w:pPr>
            <w:r>
              <w:t>JSA ID / revision</w:t>
            </w:r>
          </w:p>
        </w:tc>
        <w:tc>
          <w:tcPr>
            <w:tcW w:type="dxa" w:w="2498"/>
            <w:vAlign w:val="center"/>
          </w:tcPr>
          <w:p>
            <w:pPr>
              <w:spacing w:after="40" w:before="40"/>
            </w:pPr>
            <w:r>
              <w:t>[ID / version]</w:t>
            </w:r>
          </w:p>
        </w:tc>
      </w:tr>
      <w:tr>
        <w:tc>
          <w:tcPr>
            <w:tcW w:type="dxa" w:w="2498"/>
            <w:vAlign w:val="center"/>
          </w:tcPr>
          <w:p>
            <w:pPr>
              <w:spacing w:after="40" w:before="40"/>
            </w:pPr>
            <w:r>
              <w:t>Host supervisor</w:t>
            </w:r>
          </w:p>
        </w:tc>
        <w:tc>
          <w:tcPr>
            <w:tcW w:type="dxa" w:w="2498"/>
            <w:vAlign w:val="center"/>
          </w:tcPr>
          <w:p>
            <w:pPr>
              <w:spacing w:after="40" w:before="40"/>
            </w:pPr>
            <w:r>
              <w:t>[Name / phone]</w:t>
            </w:r>
          </w:p>
        </w:tc>
        <w:tc>
          <w:tcPr>
            <w:tcW w:type="dxa" w:w="2498"/>
            <w:vAlign w:val="center"/>
          </w:tcPr>
          <w:p>
            <w:pPr>
              <w:spacing w:after="40" w:before="40"/>
            </w:pPr>
            <w:r>
              <w:t>Agency contact</w:t>
            </w:r>
          </w:p>
        </w:tc>
        <w:tc>
          <w:tcPr>
            <w:tcW w:type="dxa" w:w="2498"/>
            <w:vAlign w:val="center"/>
          </w:tcPr>
          <w:p>
            <w:pPr>
              <w:spacing w:after="40" w:before="40"/>
            </w:pPr>
            <w:r>
              <w:t>[Name / phone]</w:t>
            </w:r>
          </w:p>
        </w:tc>
      </w:tr>
      <w:tr>
        <w:tc>
          <w:tcPr>
            <w:tcW w:type="dxa" w:w="2498"/>
            <w:vAlign w:val="center"/>
          </w:tcPr>
          <w:p>
            <w:pPr>
              <w:spacing w:after="40" w:before="40"/>
            </w:pPr>
            <w:r>
              <w:t>Workers consulted</w:t>
            </w:r>
          </w:p>
        </w:tc>
        <w:tc>
          <w:tcPr>
            <w:tcW w:type="dxa" w:w="2498"/>
            <w:vAlign w:val="center"/>
          </w:tcPr>
          <w:p>
            <w:pPr>
              <w:spacing w:after="40" w:before="40"/>
            </w:pPr>
            <w:r>
              <w:t>[Names / roles]</w:t>
            </w:r>
          </w:p>
        </w:tc>
        <w:tc>
          <w:tcPr>
            <w:tcW w:type="dxa" w:w="2498"/>
            <w:vAlign w:val="center"/>
          </w:tcPr>
          <w:p>
            <w:pPr>
              <w:spacing w:after="40" w:before="40"/>
            </w:pPr>
            <w:r>
              <w:t>Equipment / materials</w:t>
            </w:r>
          </w:p>
        </w:tc>
        <w:tc>
          <w:tcPr>
            <w:tcW w:type="dxa" w:w="2498"/>
            <w:vAlign w:val="center"/>
          </w:tcPr>
          <w:p>
            <w:pPr>
              <w:spacing w:after="40" w:before="40"/>
            </w:pPr>
            <w:r>
              <w:t>[Plant / materials]</w:t>
            </w:r>
          </w:p>
        </w:tc>
      </w:tr>
      <w:tr>
        <w:tc>
          <w:tcPr>
            <w:tcW w:type="dxa" w:w="2498"/>
            <w:vAlign w:val="center"/>
          </w:tcPr>
          <w:p>
            <w:pPr>
              <w:spacing w:after="40" w:before="40"/>
            </w:pPr>
            <w:r>
              <w:t>Required competencies checked</w:t>
            </w:r>
          </w:p>
        </w:tc>
        <w:tc>
          <w:tcPr>
            <w:tcW w:type="dxa" w:w="2498"/>
            <w:vAlign w:val="center"/>
          </w:tcPr>
          <w:p>
            <w:pPr>
              <w:spacing w:after="40" w:before="40"/>
            </w:pPr>
            <w:r>
              <w:t>[Evidence / checked by / date]</w:t>
            </w:r>
          </w:p>
        </w:tc>
        <w:tc>
          <w:tcPr>
            <w:tcW w:type="dxa" w:w="2498"/>
            <w:vAlign w:val="center"/>
          </w:tcPr>
          <w:p>
            <w:pPr>
              <w:spacing w:after="40" w:before="40"/>
            </w:pPr>
            <w:r>
              <w:t>Related procedure or permit</w:t>
            </w:r>
          </w:p>
        </w:tc>
        <w:tc>
          <w:tcPr>
            <w:tcW w:type="dxa" w:w="2498"/>
            <w:vAlign w:val="center"/>
          </w:tcPr>
          <w:p>
            <w:pPr>
              <w:spacing w:after="40" w:before="40"/>
            </w:pPr>
            <w:r>
              <w:t>[ID / N/A with reason]</w:t>
            </w:r>
          </w:p>
        </w:tc>
      </w:tr>
    </w:tbl>
    <w:p>
      <w:r>
        <w:t>Record the next part below.</w:t>
      </w:r>
    </w:p>
    <w:tbl>
      <w:tblPr>
        <w:tblStyle w:val="TableGrid"/>
        <w:tblW w:type="auto" w:w="0"/>
        <w:jc w:val="center"/>
        <w:tblLook w:firstColumn="1" w:firstRow="1" w:lastColumn="0" w:lastRow="0" w:noHBand="0" w:noVBand="1" w:val="04A0"/>
      </w:tblPr>
      <w:tblGrid>
        <w:gridCol w:w="1999"/>
        <w:gridCol w:w="1999"/>
        <w:gridCol w:w="1999"/>
        <w:gridCol w:w="1999"/>
        <w:gridCol w:w="1999"/>
      </w:tblGrid>
      <w:tr>
        <w:tc>
          <w:tcPr>
            <w:tcW w:type="dxa" w:w="1999"/>
            <w:shd w:fill="173D59"/>
            <w:vAlign w:val="center"/>
          </w:tcPr>
          <w:p>
            <w:pPr>
              <w:spacing w:after="40" w:before="40"/>
            </w:pPr>
            <w:r>
              <w:rPr>
                <w:b/>
                <w:color w:val="FFFFFF"/>
              </w:rPr>
              <w:t>Task step / sequence</w:t>
            </w:r>
          </w:p>
        </w:tc>
        <w:tc>
          <w:tcPr>
            <w:tcW w:type="dxa" w:w="1999"/>
            <w:shd w:fill="173D59"/>
            <w:vAlign w:val="center"/>
          </w:tcPr>
          <w:p>
            <w:pPr>
              <w:spacing w:after="40" w:before="40"/>
            </w:pPr>
            <w:r>
              <w:rPr>
                <w:b/>
                <w:color w:val="FFFFFF"/>
              </w:rPr>
              <w:t>Hazard and who may be affected</w:t>
            </w:r>
          </w:p>
        </w:tc>
        <w:tc>
          <w:tcPr>
            <w:tcW w:type="dxa" w:w="1999"/>
            <w:shd w:fill="173D59"/>
            <w:vAlign w:val="center"/>
          </w:tcPr>
          <w:p>
            <w:pPr>
              <w:spacing w:after="40" w:before="40"/>
            </w:pPr>
            <w:r>
              <w:rPr>
                <w:b/>
                <w:color w:val="FFFFFF"/>
              </w:rPr>
              <w:t>Controls to implement / check</w:t>
            </w:r>
          </w:p>
        </w:tc>
        <w:tc>
          <w:tcPr>
            <w:tcW w:type="dxa" w:w="1999"/>
            <w:shd w:fill="173D59"/>
            <w:vAlign w:val="center"/>
          </w:tcPr>
          <w:p>
            <w:pPr>
              <w:spacing w:after="40" w:before="40"/>
            </w:pPr>
            <w:r>
              <w:rPr>
                <w:b/>
                <w:color w:val="FFFFFF"/>
              </w:rPr>
              <w:t>Initial risk / residual risk*</w:t>
            </w:r>
          </w:p>
        </w:tc>
        <w:tc>
          <w:tcPr>
            <w:tcW w:type="dxa" w:w="1999"/>
            <w:shd w:fill="173D59"/>
            <w:vAlign w:val="center"/>
          </w:tcPr>
          <w:p>
            <w:pPr>
              <w:spacing w:after="40" w:before="40"/>
            </w:pPr>
            <w:r>
              <w:rPr>
                <w:b/>
                <w:color w:val="FFFFFF"/>
              </w:rPr>
              <w:t>Control owner / verification evidence</w:t>
            </w:r>
          </w:p>
        </w:tc>
      </w:tr>
      <w:tr>
        <w:tc>
          <w:tcPr>
            <w:tcW w:type="dxa" w:w="1999"/>
            <w:vAlign w:val="center"/>
          </w:tcPr>
          <w:p>
            <w:pPr>
              <w:spacing w:after="40" w:before="40"/>
            </w:pPr>
            <w:r>
              <w:t>1. [Prepare area and identify interfaces]</w:t>
            </w:r>
          </w:p>
        </w:tc>
        <w:tc>
          <w:tcPr>
            <w:tcW w:type="dxa" w:w="1999"/>
            <w:vAlign w:val="center"/>
          </w:tcPr>
          <w:p>
            <w:pPr>
              <w:spacing w:after="40" w:before="40"/>
            </w:pPr>
            <w:r>
              <w:t>[Hazard / workers affected]</w:t>
            </w:r>
          </w:p>
        </w:tc>
        <w:tc>
          <w:tcPr>
            <w:tcW w:type="dxa" w:w="1999"/>
            <w:vAlign w:val="center"/>
          </w:tcPr>
          <w:p>
            <w:pPr>
              <w:spacing w:after="40" w:before="40"/>
            </w:pPr>
            <w:r>
              <w:t>[Specific separation, inspection or other control]</w:t>
            </w:r>
          </w:p>
        </w:tc>
        <w:tc>
          <w:tcPr>
            <w:tcW w:type="dxa" w:w="1999"/>
            <w:vAlign w:val="center"/>
          </w:tcPr>
          <w:p>
            <w:pPr>
              <w:spacing w:after="40" w:before="40"/>
            </w:pPr>
            <w:r>
              <w:t>[Rating / rating]</w:t>
            </w:r>
          </w:p>
        </w:tc>
        <w:tc>
          <w:tcPr>
            <w:tcW w:type="dxa" w:w="1999"/>
            <w:vAlign w:val="center"/>
          </w:tcPr>
          <w:p>
            <w:pPr>
              <w:spacing w:after="40" w:before="40"/>
            </w:pPr>
            <w:r>
              <w:t>[Name / observation / date]</w:t>
            </w:r>
          </w:p>
        </w:tc>
      </w:tr>
      <w:tr>
        <w:tc>
          <w:tcPr>
            <w:tcW w:type="dxa" w:w="1999"/>
            <w:vAlign w:val="center"/>
          </w:tcPr>
          <w:p>
            <w:pPr>
              <w:spacing w:after="40" w:before="40"/>
            </w:pPr>
            <w:r>
              <w:t>2. [Set up equipment]</w:t>
            </w:r>
          </w:p>
        </w:tc>
        <w:tc>
          <w:tcPr>
            <w:tcW w:type="dxa" w:w="1999"/>
            <w:vAlign w:val="center"/>
          </w:tcPr>
          <w:p>
            <w:pPr>
              <w:spacing w:after="40" w:before="40"/>
            </w:pPr>
            <w:r>
              <w:t>[Hazard / workers affected]</w:t>
            </w:r>
          </w:p>
        </w:tc>
        <w:tc>
          <w:tcPr>
            <w:tcW w:type="dxa" w:w="1999"/>
            <w:vAlign w:val="center"/>
          </w:tcPr>
          <w:p>
            <w:pPr>
              <w:spacing w:after="40" w:before="40"/>
            </w:pPr>
            <w:r>
              <w:t>[Isolation, condition check or site control]</w:t>
            </w:r>
          </w:p>
        </w:tc>
        <w:tc>
          <w:tcPr>
            <w:tcW w:type="dxa" w:w="1999"/>
            <w:vAlign w:val="center"/>
          </w:tcPr>
          <w:p>
            <w:pPr>
              <w:spacing w:after="40" w:before="40"/>
            </w:pPr>
            <w:r>
              <w:t>[Rating / rating]</w:t>
            </w:r>
          </w:p>
        </w:tc>
        <w:tc>
          <w:tcPr>
            <w:tcW w:type="dxa" w:w="1999"/>
            <w:vAlign w:val="center"/>
          </w:tcPr>
          <w:p>
            <w:pPr>
              <w:spacing w:after="40" w:before="40"/>
            </w:pPr>
            <w:r>
              <w:t>[Name / check record / date]</w:t>
            </w:r>
          </w:p>
        </w:tc>
      </w:tr>
      <w:tr>
        <w:tc>
          <w:tcPr>
            <w:tcW w:type="dxa" w:w="1999"/>
            <w:vAlign w:val="center"/>
          </w:tcPr>
          <w:p>
            <w:pPr>
              <w:spacing w:after="40" w:before="40"/>
            </w:pPr>
            <w:r>
              <w:t>3. [Perform task]</w:t>
            </w:r>
          </w:p>
        </w:tc>
        <w:tc>
          <w:tcPr>
            <w:tcW w:type="dxa" w:w="1999"/>
            <w:vAlign w:val="center"/>
          </w:tcPr>
          <w:p>
            <w:pPr>
              <w:spacing w:after="40" w:before="40"/>
            </w:pPr>
            <w:r>
              <w:t>[Hazard / workers affected]</w:t>
            </w:r>
          </w:p>
        </w:tc>
        <w:tc>
          <w:tcPr>
            <w:tcW w:type="dxa" w:w="1999"/>
            <w:vAlign w:val="center"/>
          </w:tcPr>
          <w:p>
            <w:pPr>
              <w:spacing w:after="40" w:before="40"/>
            </w:pPr>
            <w:r>
              <w:t>[Safe sequence, supervision and stop-work trigger]</w:t>
            </w:r>
          </w:p>
        </w:tc>
        <w:tc>
          <w:tcPr>
            <w:tcW w:type="dxa" w:w="1999"/>
            <w:vAlign w:val="center"/>
          </w:tcPr>
          <w:p>
            <w:pPr>
              <w:spacing w:after="40" w:before="40"/>
            </w:pPr>
            <w:r>
              <w:t>[Rating / rating]</w:t>
            </w:r>
          </w:p>
        </w:tc>
        <w:tc>
          <w:tcPr>
            <w:tcW w:type="dxa" w:w="1999"/>
            <w:vAlign w:val="center"/>
          </w:tcPr>
          <w:p>
            <w:pPr>
              <w:spacing w:after="40" w:before="40"/>
            </w:pPr>
            <w:r>
              <w:t>[Name / observation / date]</w:t>
            </w:r>
          </w:p>
        </w:tc>
      </w:tr>
      <w:tr>
        <w:tc>
          <w:tcPr>
            <w:tcW w:type="dxa" w:w="1999"/>
            <w:vAlign w:val="center"/>
          </w:tcPr>
          <w:p>
            <w:pPr>
              <w:spacing w:after="40" w:before="40"/>
            </w:pPr>
            <w:r>
              <w:t>4. [Transfer / movement]</w:t>
            </w:r>
          </w:p>
        </w:tc>
        <w:tc>
          <w:tcPr>
            <w:tcW w:type="dxa" w:w="1999"/>
            <w:vAlign w:val="center"/>
          </w:tcPr>
          <w:p>
            <w:pPr>
              <w:spacing w:after="40" w:before="40"/>
            </w:pPr>
            <w:r>
              <w:t>[Hazard / workers affected]</w:t>
            </w:r>
          </w:p>
        </w:tc>
        <w:tc>
          <w:tcPr>
            <w:tcW w:type="dxa" w:w="1999"/>
            <w:vAlign w:val="center"/>
          </w:tcPr>
          <w:p>
            <w:pPr>
              <w:spacing w:after="40" w:before="40"/>
            </w:pPr>
            <w:r>
              <w:t>[Traffic separation or handling control]</w:t>
            </w:r>
          </w:p>
        </w:tc>
        <w:tc>
          <w:tcPr>
            <w:tcW w:type="dxa" w:w="1999"/>
            <w:vAlign w:val="center"/>
          </w:tcPr>
          <w:p>
            <w:pPr>
              <w:spacing w:after="40" w:before="40"/>
            </w:pPr>
            <w:r>
              <w:t>[Rating / rating]</w:t>
            </w:r>
          </w:p>
        </w:tc>
        <w:tc>
          <w:tcPr>
            <w:tcW w:type="dxa" w:w="1999"/>
            <w:vAlign w:val="center"/>
          </w:tcPr>
          <w:p>
            <w:pPr>
              <w:spacing w:after="40" w:before="40"/>
            </w:pPr>
            <w:r>
              <w:t>[Name / observation / date]</w:t>
            </w:r>
          </w:p>
        </w:tc>
      </w:tr>
      <w:tr>
        <w:tc>
          <w:tcPr>
            <w:tcW w:type="dxa" w:w="1999"/>
            <w:vAlign w:val="center"/>
          </w:tcPr>
          <w:p>
            <w:pPr>
              <w:spacing w:after="40" w:before="40"/>
            </w:pPr>
            <w:r>
              <w:t>5. [Finish / handover]</w:t>
            </w:r>
          </w:p>
        </w:tc>
        <w:tc>
          <w:tcPr>
            <w:tcW w:type="dxa" w:w="1999"/>
            <w:vAlign w:val="center"/>
          </w:tcPr>
          <w:p>
            <w:pPr>
              <w:spacing w:after="40" w:before="40"/>
            </w:pPr>
            <w:r>
              <w:t>[Hazard / workers affected]</w:t>
            </w:r>
          </w:p>
        </w:tc>
        <w:tc>
          <w:tcPr>
            <w:tcW w:type="dxa" w:w="1999"/>
            <w:vAlign w:val="center"/>
          </w:tcPr>
          <w:p>
            <w:pPr>
              <w:spacing w:after="40" w:before="40"/>
            </w:pPr>
            <w:r>
              <w:t>[Secure area, remove hazards and handover]</w:t>
            </w:r>
          </w:p>
        </w:tc>
        <w:tc>
          <w:tcPr>
            <w:tcW w:type="dxa" w:w="1999"/>
            <w:vAlign w:val="center"/>
          </w:tcPr>
          <w:p>
            <w:pPr>
              <w:spacing w:after="40" w:before="40"/>
            </w:pPr>
            <w:r>
              <w:t>[Rating / rating]</w:t>
            </w:r>
          </w:p>
        </w:tc>
        <w:tc>
          <w:tcPr>
            <w:tcW w:type="dxa" w:w="1999"/>
            <w:vAlign w:val="center"/>
          </w:tcPr>
          <w:p>
            <w:pPr>
              <w:spacing w:after="40" w:before="40"/>
            </w:pPr>
            <w:r>
              <w:t>[Name / check / date]</w:t>
            </w:r>
          </w:p>
        </w:tc>
      </w:tr>
    </w:tbl>
    <w:p>
      <w:r>
        <w:t>*Use the site risk matrix; “residual” means reassess after the specified controls are in place. Add or delete task-step rows to match the real job. Record rejected options or worker concerns here: [Discussion and decision / date].</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shd w:fill="173D59"/>
            <w:vAlign w:val="center"/>
          </w:tcPr>
          <w:p>
            <w:pPr>
              <w:spacing w:after="40" w:before="40"/>
            </w:pPr>
            <w:r>
              <w:rPr>
                <w:b/>
                <w:color w:val="FFFFFF"/>
              </w:rPr>
              <w:t>Change trigger / observation</w:t>
            </w:r>
          </w:p>
        </w:tc>
        <w:tc>
          <w:tcPr>
            <w:tcW w:type="dxa" w:w="2498"/>
            <w:shd w:fill="173D59"/>
            <w:vAlign w:val="center"/>
          </w:tcPr>
          <w:p>
            <w:pPr>
              <w:spacing w:after="40" w:before="40"/>
            </w:pPr>
            <w:r>
              <w:rPr>
                <w:b/>
                <w:color w:val="FFFFFF"/>
              </w:rPr>
              <w:t>Stop and interim action</w:t>
            </w:r>
          </w:p>
        </w:tc>
        <w:tc>
          <w:tcPr>
            <w:tcW w:type="dxa" w:w="2498"/>
            <w:shd w:fill="173D59"/>
            <w:vAlign w:val="center"/>
          </w:tcPr>
          <w:p>
            <w:pPr>
              <w:spacing w:after="40" w:before="40"/>
            </w:pPr>
            <w:r>
              <w:rPr>
                <w:b/>
                <w:color w:val="FFFFFF"/>
              </w:rPr>
              <w:t>Consult / notify</w:t>
            </w:r>
          </w:p>
        </w:tc>
        <w:tc>
          <w:tcPr>
            <w:tcW w:type="dxa" w:w="2498"/>
            <w:shd w:fill="173D59"/>
            <w:vAlign w:val="center"/>
          </w:tcPr>
          <w:p>
            <w:pPr>
              <w:spacing w:after="40" w:before="40"/>
            </w:pPr>
            <w:r>
              <w:rPr>
                <w:b/>
                <w:color w:val="FFFFFF"/>
              </w:rPr>
              <w:t>Revised control / authorisation</w:t>
            </w:r>
          </w:p>
        </w:tc>
      </w:tr>
      <w:tr>
        <w:tc>
          <w:tcPr>
            <w:tcW w:type="dxa" w:w="2498"/>
            <w:vAlign w:val="center"/>
          </w:tcPr>
          <w:p>
            <w:pPr>
              <w:spacing w:after="40" w:before="40"/>
            </w:pPr>
            <w:r>
              <w:t>[New machine, load, location, crew or hazard]</w:t>
            </w:r>
          </w:p>
        </w:tc>
        <w:tc>
          <w:tcPr>
            <w:tcW w:type="dxa" w:w="2498"/>
            <w:vAlign w:val="center"/>
          </w:tcPr>
          <w:p>
            <w:pPr>
              <w:spacing w:after="40" w:before="40"/>
            </w:pPr>
            <w:r>
              <w:t>[Stop / isolate / protect]</w:t>
            </w:r>
          </w:p>
        </w:tc>
        <w:tc>
          <w:tcPr>
            <w:tcW w:type="dxa" w:w="2498"/>
            <w:vAlign w:val="center"/>
          </w:tcPr>
          <w:p>
            <w:pPr>
              <w:spacing w:after="40" w:before="40"/>
            </w:pPr>
            <w:r>
              <w:t>[Workers + host + agency contact; time]</w:t>
            </w:r>
          </w:p>
        </w:tc>
        <w:tc>
          <w:tcPr>
            <w:tcW w:type="dxa" w:w="2498"/>
            <w:vAlign w:val="center"/>
          </w:tcPr>
          <w:p>
            <w:pPr>
              <w:spacing w:after="40" w:before="40"/>
            </w:pPr>
            <w:r>
              <w:t>[JSA revision / approval / briefing time]</w:t>
            </w:r>
          </w:p>
        </w:tc>
      </w:tr>
      <w:tr>
        <w:tc>
          <w:tcPr>
            <w:tcW w:type="dxa" w:w="2498"/>
            <w:vAlign w:val="center"/>
          </w:tcPr>
          <w:p>
            <w:pPr>
              <w:spacing w:after="40" w:before="40"/>
            </w:pPr>
            <w:r>
              <w:t>[Control failed or near miss]</w:t>
            </w:r>
          </w:p>
        </w:tc>
        <w:tc>
          <w:tcPr>
            <w:tcW w:type="dxa" w:w="2498"/>
            <w:vAlign w:val="center"/>
          </w:tcPr>
          <w:p>
            <w:pPr>
              <w:spacing w:after="40" w:before="40"/>
            </w:pPr>
            <w:r>
              <w:t>[Stop / make safe]</w:t>
            </w:r>
          </w:p>
        </w:tc>
        <w:tc>
          <w:tcPr>
            <w:tcW w:type="dxa" w:w="2498"/>
            <w:vAlign w:val="center"/>
          </w:tcPr>
          <w:p>
            <w:pPr>
              <w:spacing w:after="40" w:before="40"/>
            </w:pPr>
            <w:r>
              <w:t>[Workers + host + agency contact; time]</w:t>
            </w:r>
          </w:p>
        </w:tc>
        <w:tc>
          <w:tcPr>
            <w:tcW w:type="dxa" w:w="2498"/>
            <w:vAlign w:val="center"/>
          </w:tcPr>
          <w:p>
            <w:pPr>
              <w:spacing w:after="40" w:before="40"/>
            </w:pPr>
            <w:r>
              <w:t>[New control / evidence / restart authority]</w:t>
            </w:r>
          </w:p>
        </w:tc>
      </w:tr>
    </w:tbl>
    <w:p>
      <w:r>
        <w:t>Pre-start approval: Host supervisor [Name / signature / time] | Worker representative or workers consulted [Names / signatures / time] | Agency contact informed of relevant scope or control change [Name / channel / time / acknowledgement]. Authorised work start [Time] by [Name].</w:t>
      </w:r>
    </w:p>
    <w:p>
      <w:pPr>
        <w:pStyle w:val="Heading2"/>
      </w:pPr>
      <w:r>
        <w:t>Part C. Hazard and near miss report</w:t>
      </w:r>
    </w:p>
    <w:p>
      <w:r>
        <w:t>Report a condition or event promptly by the site route, including when no injury occurred. First protect people and make the area safe within your authority. Do not wait for this form if urgent assistance is needed. Keep personally identifying information limited to what your site needs and use your incident management process for injuries and notifications.</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shd w:fill="173D59"/>
            <w:vAlign w:val="center"/>
          </w:tcPr>
          <w:p>
            <w:pPr>
              <w:spacing w:after="40" w:before="40"/>
            </w:pPr>
            <w:r>
              <w:rPr>
                <w:b/>
                <w:color w:val="FFFFFF"/>
              </w:rPr>
              <w:t>Report field</w:t>
            </w:r>
          </w:p>
        </w:tc>
        <w:tc>
          <w:tcPr>
            <w:tcW w:type="dxa" w:w="2498"/>
            <w:shd w:fill="173D59"/>
            <w:vAlign w:val="center"/>
          </w:tcPr>
          <w:p>
            <w:pPr>
              <w:spacing w:after="40" w:before="40"/>
            </w:pPr>
            <w:r>
              <w:rPr>
                <w:b/>
                <w:color w:val="FFFFFF"/>
              </w:rPr>
              <w:t>Entry</w:t>
            </w:r>
          </w:p>
        </w:tc>
        <w:tc>
          <w:tcPr>
            <w:tcW w:type="dxa" w:w="2498"/>
            <w:shd w:fill="173D59"/>
            <w:vAlign w:val="center"/>
          </w:tcPr>
          <w:p>
            <w:pPr>
              <w:spacing w:after="40" w:before="40"/>
            </w:pPr>
            <w:r>
              <w:rPr>
                <w:b/>
                <w:color w:val="FFFFFF"/>
              </w:rPr>
              <w:t>Report field</w:t>
            </w:r>
          </w:p>
        </w:tc>
        <w:tc>
          <w:tcPr>
            <w:tcW w:type="dxa" w:w="2498"/>
            <w:shd w:fill="173D59"/>
            <w:vAlign w:val="center"/>
          </w:tcPr>
          <w:p>
            <w:pPr>
              <w:spacing w:after="40" w:before="40"/>
            </w:pPr>
            <w:r>
              <w:rPr>
                <w:b/>
                <w:color w:val="FFFFFF"/>
              </w:rPr>
              <w:t>Entry</w:t>
            </w:r>
          </w:p>
        </w:tc>
      </w:tr>
      <w:tr>
        <w:tc>
          <w:tcPr>
            <w:tcW w:type="dxa" w:w="2498"/>
            <w:vAlign w:val="center"/>
          </w:tcPr>
          <w:p>
            <w:pPr>
              <w:spacing w:after="40" w:before="40"/>
            </w:pPr>
            <w:r>
              <w:t>Report ID / type</w:t>
            </w:r>
          </w:p>
        </w:tc>
        <w:tc>
          <w:tcPr>
            <w:tcW w:type="dxa" w:w="2498"/>
            <w:vAlign w:val="center"/>
          </w:tcPr>
          <w:p>
            <w:pPr>
              <w:spacing w:after="40" w:before="40"/>
            </w:pPr>
            <w:r>
              <w:t>[ID / hazard or near miss]</w:t>
            </w:r>
          </w:p>
        </w:tc>
        <w:tc>
          <w:tcPr>
            <w:tcW w:type="dxa" w:w="2498"/>
            <w:vAlign w:val="center"/>
          </w:tcPr>
          <w:p>
            <w:pPr>
              <w:spacing w:after="40" w:before="40"/>
            </w:pPr>
            <w:r>
              <w:t>Date / time reported</w:t>
            </w:r>
          </w:p>
        </w:tc>
        <w:tc>
          <w:tcPr>
            <w:tcW w:type="dxa" w:w="2498"/>
            <w:vAlign w:val="center"/>
          </w:tcPr>
          <w:p>
            <w:pPr>
              <w:spacing w:after="40" w:before="40"/>
            </w:pPr>
            <w:r>
              <w:t>[Date / time]</w:t>
            </w:r>
          </w:p>
        </w:tc>
      </w:tr>
      <w:tr>
        <w:tc>
          <w:tcPr>
            <w:tcW w:type="dxa" w:w="2498"/>
            <w:vAlign w:val="center"/>
          </w:tcPr>
          <w:p>
            <w:pPr>
              <w:spacing w:after="40" w:before="40"/>
            </w:pPr>
            <w:r>
              <w:t>Event date / time</w:t>
            </w:r>
          </w:p>
        </w:tc>
        <w:tc>
          <w:tcPr>
            <w:tcW w:type="dxa" w:w="2498"/>
            <w:vAlign w:val="center"/>
          </w:tcPr>
          <w:p>
            <w:pPr>
              <w:spacing w:after="40" w:before="40"/>
            </w:pPr>
            <w:r>
              <w:t>[Date / time]</w:t>
            </w:r>
          </w:p>
        </w:tc>
        <w:tc>
          <w:tcPr>
            <w:tcW w:type="dxa" w:w="2498"/>
            <w:vAlign w:val="center"/>
          </w:tcPr>
          <w:p>
            <w:pPr>
              <w:spacing w:after="40" w:before="40"/>
            </w:pPr>
            <w:r>
              <w:t>Site / exact location</w:t>
            </w:r>
          </w:p>
        </w:tc>
        <w:tc>
          <w:tcPr>
            <w:tcW w:type="dxa" w:w="2498"/>
            <w:vAlign w:val="center"/>
          </w:tcPr>
          <w:p>
            <w:pPr>
              <w:spacing w:after="40" w:before="40"/>
            </w:pPr>
            <w:r>
              <w:t>[Site / area]</w:t>
            </w:r>
          </w:p>
        </w:tc>
      </w:tr>
      <w:tr>
        <w:tc>
          <w:tcPr>
            <w:tcW w:type="dxa" w:w="2498"/>
            <w:vAlign w:val="center"/>
          </w:tcPr>
          <w:p>
            <w:pPr>
              <w:spacing w:after="40" w:before="40"/>
            </w:pPr>
            <w:r>
              <w:t>Reported by / employer</w:t>
            </w:r>
          </w:p>
        </w:tc>
        <w:tc>
          <w:tcPr>
            <w:tcW w:type="dxa" w:w="2498"/>
            <w:vAlign w:val="center"/>
          </w:tcPr>
          <w:p>
            <w:pPr>
              <w:spacing w:after="40" w:before="40"/>
            </w:pPr>
            <w:r>
              <w:t>[Name / host or agency]</w:t>
            </w:r>
          </w:p>
        </w:tc>
        <w:tc>
          <w:tcPr>
            <w:tcW w:type="dxa" w:w="2498"/>
            <w:vAlign w:val="center"/>
          </w:tcPr>
          <w:p>
            <w:pPr>
              <w:spacing w:after="40" w:before="40"/>
            </w:pPr>
            <w:r>
              <w:t>Host recipient</w:t>
            </w:r>
          </w:p>
        </w:tc>
        <w:tc>
          <w:tcPr>
            <w:tcW w:type="dxa" w:w="2498"/>
            <w:vAlign w:val="center"/>
          </w:tcPr>
          <w:p>
            <w:pPr>
              <w:spacing w:after="40" w:before="40"/>
            </w:pPr>
            <w:r>
              <w:t>[Name / role / time]</w:t>
            </w:r>
          </w:p>
        </w:tc>
      </w:tr>
      <w:tr>
        <w:tc>
          <w:tcPr>
            <w:tcW w:type="dxa" w:w="2498"/>
            <w:vAlign w:val="center"/>
          </w:tcPr>
          <w:p>
            <w:pPr>
              <w:spacing w:after="40" w:before="40"/>
            </w:pPr>
            <w:r>
              <w:t>Agency contact / notified</w:t>
            </w:r>
          </w:p>
        </w:tc>
        <w:tc>
          <w:tcPr>
            <w:tcW w:type="dxa" w:w="2498"/>
            <w:vAlign w:val="center"/>
          </w:tcPr>
          <w:p>
            <w:pPr>
              <w:spacing w:after="40" w:before="40"/>
            </w:pPr>
            <w:r>
              <w:t>[Name / channel / date and time]</w:t>
            </w:r>
          </w:p>
        </w:tc>
        <w:tc>
          <w:tcPr>
            <w:tcW w:type="dxa" w:w="2498"/>
            <w:vAlign w:val="center"/>
          </w:tcPr>
          <w:p>
            <w:pPr>
              <w:spacing w:after="40" w:before="40"/>
            </w:pPr>
            <w:r>
              <w:t>Other affected people</w:t>
            </w:r>
          </w:p>
        </w:tc>
        <w:tc>
          <w:tcPr>
            <w:tcW w:type="dxa" w:w="2498"/>
            <w:vAlign w:val="center"/>
          </w:tcPr>
          <w:p>
            <w:pPr>
              <w:spacing w:after="40" w:before="40"/>
            </w:pPr>
            <w:r>
              <w:t>[Roles only if possible]</w:t>
            </w:r>
          </w:p>
        </w:tc>
      </w:tr>
    </w:tbl>
    <w:p>
      <w:r>
        <w:t>Record the next part below.</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shd w:fill="173D59"/>
            <w:vAlign w:val="center"/>
          </w:tcPr>
          <w:p>
            <w:pPr>
              <w:spacing w:after="40" w:before="40"/>
            </w:pPr>
            <w:r>
              <w:rPr>
                <w:b/>
                <w:color w:val="FFFFFF"/>
              </w:rPr>
              <w:t>What happened / could have happened</w:t>
            </w:r>
          </w:p>
        </w:tc>
        <w:tc>
          <w:tcPr>
            <w:tcW w:type="dxa" w:w="2498"/>
            <w:shd w:fill="173D59"/>
            <w:vAlign w:val="center"/>
          </w:tcPr>
          <w:p>
            <w:pPr>
              <w:spacing w:after="40" w:before="40"/>
            </w:pPr>
            <w:r>
              <w:rPr>
                <w:b/>
                <w:color w:val="FFFFFF"/>
              </w:rPr>
              <w:t>Immediate protection and status</w:t>
            </w:r>
          </w:p>
        </w:tc>
        <w:tc>
          <w:tcPr>
            <w:tcW w:type="dxa" w:w="2498"/>
            <w:shd w:fill="173D59"/>
            <w:vAlign w:val="center"/>
          </w:tcPr>
          <w:p>
            <w:pPr>
              <w:spacing w:after="40" w:before="40"/>
            </w:pPr>
            <w:r>
              <w:rPr>
                <w:b/>
                <w:color w:val="FFFFFF"/>
              </w:rPr>
              <w:t>Person responsible / time</w:t>
            </w:r>
          </w:p>
        </w:tc>
        <w:tc>
          <w:tcPr>
            <w:tcW w:type="dxa" w:w="2498"/>
            <w:shd w:fill="173D59"/>
            <w:vAlign w:val="center"/>
          </w:tcPr>
          <w:p>
            <w:pPr>
              <w:spacing w:after="40" w:before="40"/>
            </w:pPr>
            <w:r>
              <w:rPr>
                <w:b/>
                <w:color w:val="FFFFFF"/>
              </w:rPr>
              <w:t>Evidence reference</w:t>
            </w:r>
          </w:p>
        </w:tc>
      </w:tr>
      <w:tr>
        <w:tc>
          <w:tcPr>
            <w:tcW w:type="dxa" w:w="2498"/>
            <w:vAlign w:val="center"/>
          </w:tcPr>
          <w:p>
            <w:pPr>
              <w:spacing w:after="40" w:before="40"/>
            </w:pPr>
            <w:r>
              <w:t>[Factual description: task, conditions, sequence; separate observation from assumption]</w:t>
            </w:r>
          </w:p>
        </w:tc>
        <w:tc>
          <w:tcPr>
            <w:tcW w:type="dxa" w:w="2498"/>
            <w:vAlign w:val="center"/>
          </w:tcPr>
          <w:p>
            <w:pPr>
              <w:spacing w:after="40" w:before="40"/>
            </w:pPr>
            <w:r>
              <w:t>[Stop task / isolate / warn / first aid / secure area]</w:t>
            </w:r>
          </w:p>
        </w:tc>
        <w:tc>
          <w:tcPr>
            <w:tcW w:type="dxa" w:w="2498"/>
            <w:vAlign w:val="center"/>
          </w:tcPr>
          <w:p>
            <w:pPr>
              <w:spacing w:after="40" w:before="40"/>
            </w:pPr>
            <w:r>
              <w:t>[Name / time]</w:t>
            </w:r>
          </w:p>
        </w:tc>
        <w:tc>
          <w:tcPr>
            <w:tcW w:type="dxa" w:w="2498"/>
            <w:vAlign w:val="center"/>
          </w:tcPr>
          <w:p>
            <w:pPr>
              <w:spacing w:after="40" w:before="40"/>
            </w:pPr>
            <w:r>
              <w:t>[Photo / location / witness note ID]</w:t>
            </w:r>
          </w:p>
        </w:tc>
      </w:tr>
      <w:tr>
        <w:tc>
          <w:tcPr>
            <w:tcW w:type="dxa" w:w="2498"/>
            <w:vAlign w:val="center"/>
          </w:tcPr>
          <w:p>
            <w:pPr>
              <w:spacing w:after="40" w:before="40"/>
            </w:pPr>
            <w:r>
              <w:t>[Potential harm and people exposed]</w:t>
            </w:r>
          </w:p>
        </w:tc>
        <w:tc>
          <w:tcPr>
            <w:tcW w:type="dxa" w:w="2498"/>
            <w:vAlign w:val="center"/>
          </w:tcPr>
          <w:p>
            <w:pPr>
              <w:spacing w:after="40" w:before="40"/>
            </w:pPr>
            <w:r>
              <w:t>[Interim controls and who may re-enter]</w:t>
            </w:r>
          </w:p>
        </w:tc>
        <w:tc>
          <w:tcPr>
            <w:tcW w:type="dxa" w:w="2498"/>
            <w:vAlign w:val="center"/>
          </w:tcPr>
          <w:p>
            <w:pPr>
              <w:spacing w:after="40" w:before="40"/>
            </w:pPr>
            <w:r>
              <w:t>[Name / time]</w:t>
            </w:r>
          </w:p>
        </w:tc>
        <w:tc>
          <w:tcPr>
            <w:tcW w:type="dxa" w:w="2498"/>
            <w:vAlign w:val="center"/>
          </w:tcPr>
          <w:p>
            <w:pPr>
              <w:spacing w:after="40" w:before="40"/>
            </w:pPr>
            <w:r>
              <w:t>[Barrier / inspection record]</w:t>
            </w:r>
          </w:p>
        </w:tc>
      </w:tr>
    </w:tbl>
    <w:p>
      <w:pPr>
        <w:pStyle w:val="Heading3"/>
      </w:pPr>
      <w:r>
        <w:t>Investigation, corrective action and closure</w:t>
      </w:r>
    </w:p>
    <w:p>
      <w:r>
        <w:t>Host investigator [Name / role] reviews the area and talks with affected workers and the agency contact. Ask what conditions and systems contributed; avoid treating worker error as a complete explanation. Escalate any changed duties or location to the host and agency before assigning further work. Record decisions and confirm effective controls on site.</w:t>
      </w:r>
    </w:p>
    <w:tbl>
      <w:tblPr>
        <w:tblStyle w:val="TableGrid"/>
        <w:tblW w:type="auto" w:w="0"/>
        <w:jc w:val="center"/>
        <w:tblLook w:firstColumn="1" w:firstRow="1" w:lastColumn="0" w:lastRow="0" w:noHBand="0" w:noVBand="1" w:val="04A0"/>
      </w:tblPr>
      <w:tblGrid>
        <w:gridCol w:w="1999"/>
        <w:gridCol w:w="1999"/>
        <w:gridCol w:w="1999"/>
        <w:gridCol w:w="1999"/>
        <w:gridCol w:w="1999"/>
      </w:tblGrid>
      <w:tr>
        <w:tc>
          <w:tcPr>
            <w:tcW w:type="dxa" w:w="1999"/>
            <w:shd w:fill="173D59"/>
            <w:vAlign w:val="center"/>
          </w:tcPr>
          <w:p>
            <w:pPr>
              <w:spacing w:after="40" w:before="40"/>
            </w:pPr>
            <w:r>
              <w:rPr>
                <w:b/>
                <w:color w:val="FFFFFF"/>
              </w:rPr>
              <w:t>Finding / contributing condition</w:t>
            </w:r>
          </w:p>
        </w:tc>
        <w:tc>
          <w:tcPr>
            <w:tcW w:type="dxa" w:w="1999"/>
            <w:shd w:fill="173D59"/>
            <w:vAlign w:val="center"/>
          </w:tcPr>
          <w:p>
            <w:pPr>
              <w:spacing w:after="40" w:before="40"/>
            </w:pPr>
            <w:r>
              <w:rPr>
                <w:b/>
                <w:color w:val="FFFFFF"/>
              </w:rPr>
              <w:t>Corrective action and interim measure</w:t>
            </w:r>
          </w:p>
        </w:tc>
        <w:tc>
          <w:tcPr>
            <w:tcW w:type="dxa" w:w="1999"/>
            <w:shd w:fill="173D59"/>
            <w:vAlign w:val="center"/>
          </w:tcPr>
          <w:p>
            <w:pPr>
              <w:spacing w:after="40" w:before="40"/>
            </w:pPr>
            <w:r>
              <w:rPr>
                <w:b/>
                <w:color w:val="FFFFFF"/>
              </w:rPr>
              <w:t>Owner / due date</w:t>
            </w:r>
          </w:p>
        </w:tc>
        <w:tc>
          <w:tcPr>
            <w:tcW w:type="dxa" w:w="1999"/>
            <w:shd w:fill="173D59"/>
            <w:vAlign w:val="center"/>
          </w:tcPr>
          <w:p>
            <w:pPr>
              <w:spacing w:after="40" w:before="40"/>
            </w:pPr>
            <w:r>
              <w:rPr>
                <w:b/>
                <w:color w:val="FFFFFF"/>
              </w:rPr>
              <w:t>Completion evidence / effectiveness check</w:t>
            </w:r>
          </w:p>
        </w:tc>
        <w:tc>
          <w:tcPr>
            <w:tcW w:type="dxa" w:w="1999"/>
            <w:shd w:fill="173D59"/>
            <w:vAlign w:val="center"/>
          </w:tcPr>
          <w:p>
            <w:pPr>
              <w:spacing w:after="40" w:before="40"/>
            </w:pPr>
            <w:r>
              <w:rPr>
                <w:b/>
                <w:color w:val="FFFFFF"/>
              </w:rPr>
              <w:t>Status / closed by / date</w:t>
            </w:r>
          </w:p>
        </w:tc>
      </w:tr>
      <w:tr>
        <w:tc>
          <w:tcPr>
            <w:tcW w:type="dxa" w:w="1999"/>
            <w:vAlign w:val="center"/>
          </w:tcPr>
          <w:p>
            <w:pPr>
              <w:spacing w:after="40" w:before="40"/>
            </w:pPr>
            <w:r>
              <w:t>[Condition 1]</w:t>
            </w:r>
          </w:p>
        </w:tc>
        <w:tc>
          <w:tcPr>
            <w:tcW w:type="dxa" w:w="1999"/>
            <w:vAlign w:val="center"/>
          </w:tcPr>
          <w:p>
            <w:pPr>
              <w:spacing w:after="40" w:before="40"/>
            </w:pPr>
            <w:r>
              <w:t>[Action; interim protection]</w:t>
            </w:r>
          </w:p>
        </w:tc>
        <w:tc>
          <w:tcPr>
            <w:tcW w:type="dxa" w:w="1999"/>
            <w:vAlign w:val="center"/>
          </w:tcPr>
          <w:p>
            <w:pPr>
              <w:spacing w:after="40" w:before="40"/>
            </w:pPr>
            <w:r>
              <w:t>[Name / date]</w:t>
            </w:r>
          </w:p>
        </w:tc>
        <w:tc>
          <w:tcPr>
            <w:tcW w:type="dxa" w:w="1999"/>
            <w:vAlign w:val="center"/>
          </w:tcPr>
          <w:p>
            <w:pPr>
              <w:spacing w:after="40" w:before="40"/>
            </w:pPr>
            <w:r>
              <w:t>[Photo, inspection, observation / date]</w:t>
            </w:r>
          </w:p>
        </w:tc>
        <w:tc>
          <w:tcPr>
            <w:tcW w:type="dxa" w:w="1999"/>
            <w:vAlign w:val="center"/>
          </w:tcPr>
          <w:p>
            <w:pPr>
              <w:spacing w:after="40" w:before="40"/>
            </w:pPr>
            <w:r>
              <w:t>[Open / closed; name / date]</w:t>
            </w:r>
          </w:p>
        </w:tc>
      </w:tr>
      <w:tr>
        <w:tc>
          <w:tcPr>
            <w:tcW w:type="dxa" w:w="1999"/>
            <w:vAlign w:val="center"/>
          </w:tcPr>
          <w:p>
            <w:pPr>
              <w:spacing w:after="40" w:before="40"/>
            </w:pPr>
            <w:r>
              <w:t>[Condition 2]</w:t>
            </w:r>
          </w:p>
        </w:tc>
        <w:tc>
          <w:tcPr>
            <w:tcW w:type="dxa" w:w="1999"/>
            <w:vAlign w:val="center"/>
          </w:tcPr>
          <w:p>
            <w:pPr>
              <w:spacing w:after="40" w:before="40"/>
            </w:pPr>
            <w:r>
              <w:t>[Action; interim protection]</w:t>
            </w:r>
          </w:p>
        </w:tc>
        <w:tc>
          <w:tcPr>
            <w:tcW w:type="dxa" w:w="1999"/>
            <w:vAlign w:val="center"/>
          </w:tcPr>
          <w:p>
            <w:pPr>
              <w:spacing w:after="40" w:before="40"/>
            </w:pPr>
            <w:r>
              <w:t>[Name / date]</w:t>
            </w:r>
          </w:p>
        </w:tc>
        <w:tc>
          <w:tcPr>
            <w:tcW w:type="dxa" w:w="1999"/>
            <w:vAlign w:val="center"/>
          </w:tcPr>
          <w:p>
            <w:pPr>
              <w:spacing w:after="40" w:before="40"/>
            </w:pPr>
            <w:r>
              <w:t>[Evidence / follow-up date]</w:t>
            </w:r>
          </w:p>
        </w:tc>
        <w:tc>
          <w:tcPr>
            <w:tcW w:type="dxa" w:w="1999"/>
            <w:vAlign w:val="center"/>
          </w:tcPr>
          <w:p>
            <w:pPr>
              <w:spacing w:after="40" w:before="40"/>
            </w:pPr>
            <w:r>
              <w:t>[Open / closed; name / date]</w:t>
            </w:r>
          </w:p>
        </w:tc>
      </w:tr>
      <w:tr>
        <w:tc>
          <w:tcPr>
            <w:tcW w:type="dxa" w:w="1999"/>
            <w:vAlign w:val="center"/>
          </w:tcPr>
          <w:p>
            <w:pPr>
              <w:spacing w:after="40" w:before="40"/>
            </w:pPr>
            <w:r>
              <w:t>[JSA or briefing update needed?]</w:t>
            </w:r>
          </w:p>
        </w:tc>
        <w:tc>
          <w:tcPr>
            <w:tcW w:type="dxa" w:w="1999"/>
            <w:vAlign w:val="center"/>
          </w:tcPr>
          <w:p>
            <w:pPr>
              <w:spacing w:after="40" w:before="40"/>
            </w:pPr>
            <w:r>
              <w:t>[Revision ID and affected crew briefing]</w:t>
            </w:r>
          </w:p>
        </w:tc>
        <w:tc>
          <w:tcPr>
            <w:tcW w:type="dxa" w:w="1999"/>
            <w:vAlign w:val="center"/>
          </w:tcPr>
          <w:p>
            <w:pPr>
              <w:spacing w:after="40" w:before="40"/>
            </w:pPr>
            <w:r>
              <w:t>[Name / date]</w:t>
            </w:r>
          </w:p>
        </w:tc>
        <w:tc>
          <w:tcPr>
            <w:tcW w:type="dxa" w:w="1999"/>
            <w:vAlign w:val="center"/>
          </w:tcPr>
          <w:p>
            <w:pPr>
              <w:spacing w:after="40" w:before="40"/>
            </w:pPr>
            <w:r>
              <w:t>[Updated JSA / attendance / date]</w:t>
            </w:r>
          </w:p>
        </w:tc>
        <w:tc>
          <w:tcPr>
            <w:tcW w:type="dxa" w:w="1999"/>
            <w:vAlign w:val="center"/>
          </w:tcPr>
          <w:p>
            <w:pPr>
              <w:spacing w:after="40" w:before="40"/>
            </w:pPr>
            <w:r>
              <w:t>[Open / closed; name / date]</w:t>
            </w:r>
          </w:p>
        </w:tc>
      </w:tr>
    </w:tbl>
    <w:p>
      <w:r>
        <w:t>Record the next part below.</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shd w:fill="173D59"/>
            <w:vAlign w:val="center"/>
          </w:tcPr>
          <w:p>
            <w:pPr>
              <w:spacing w:after="40" w:before="40"/>
            </w:pPr>
            <w:r>
              <w:rPr>
                <w:b/>
                <w:color w:val="FFFFFF"/>
              </w:rPr>
              <w:t>Communication / sign-off</w:t>
            </w:r>
          </w:p>
        </w:tc>
        <w:tc>
          <w:tcPr>
            <w:tcW w:type="dxa" w:w="2498"/>
            <w:shd w:fill="173D59"/>
            <w:vAlign w:val="center"/>
          </w:tcPr>
          <w:p>
            <w:pPr>
              <w:spacing w:after="40" w:before="40"/>
            </w:pPr>
            <w:r>
              <w:rPr>
                <w:b/>
                <w:color w:val="FFFFFF"/>
              </w:rPr>
              <w:t>Name / method</w:t>
            </w:r>
          </w:p>
        </w:tc>
        <w:tc>
          <w:tcPr>
            <w:tcW w:type="dxa" w:w="2498"/>
            <w:shd w:fill="173D59"/>
            <w:vAlign w:val="center"/>
          </w:tcPr>
          <w:p>
            <w:pPr>
              <w:spacing w:after="40" w:before="40"/>
            </w:pPr>
            <w:r>
              <w:rPr>
                <w:b/>
                <w:color w:val="FFFFFF"/>
              </w:rPr>
              <w:t>Date / time</w:t>
            </w:r>
          </w:p>
        </w:tc>
        <w:tc>
          <w:tcPr>
            <w:tcW w:type="dxa" w:w="2498"/>
            <w:shd w:fill="173D59"/>
            <w:vAlign w:val="center"/>
          </w:tcPr>
          <w:p>
            <w:pPr>
              <w:spacing w:after="40" w:before="40"/>
            </w:pPr>
            <w:r>
              <w:rPr>
                <w:b/>
                <w:color w:val="FFFFFF"/>
              </w:rPr>
              <w:t>Evidence / response</w:t>
            </w:r>
          </w:p>
        </w:tc>
      </w:tr>
      <w:tr>
        <w:tc>
          <w:tcPr>
            <w:tcW w:type="dxa" w:w="2498"/>
            <w:vAlign w:val="center"/>
          </w:tcPr>
          <w:p>
            <w:pPr>
              <w:spacing w:after="40" w:before="40"/>
            </w:pPr>
            <w:r>
              <w:t>Reporting worker updated on outcome</w:t>
            </w:r>
          </w:p>
        </w:tc>
        <w:tc>
          <w:tcPr>
            <w:tcW w:type="dxa" w:w="2498"/>
            <w:vAlign w:val="center"/>
          </w:tcPr>
          <w:p>
            <w:pPr>
              <w:spacing w:after="40" w:before="40"/>
            </w:pPr>
            <w:r>
              <w:t>[Name / in-person / phone]</w:t>
            </w:r>
          </w:p>
        </w:tc>
        <w:tc>
          <w:tcPr>
            <w:tcW w:type="dxa" w:w="2498"/>
            <w:vAlign w:val="center"/>
          </w:tcPr>
          <w:p>
            <w:pPr>
              <w:spacing w:after="40" w:before="40"/>
            </w:pPr>
            <w:r>
              <w:t>[Date / time]</w:t>
            </w:r>
          </w:p>
        </w:tc>
        <w:tc>
          <w:tcPr>
            <w:tcW w:type="dxa" w:w="2498"/>
            <w:vAlign w:val="center"/>
          </w:tcPr>
          <w:p>
            <w:pPr>
              <w:spacing w:after="40" w:before="40"/>
            </w:pPr>
            <w:r>
              <w:t>[What was explained / concerns remaining]</w:t>
            </w:r>
          </w:p>
        </w:tc>
      </w:tr>
      <w:tr>
        <w:tc>
          <w:tcPr>
            <w:tcW w:type="dxa" w:w="2498"/>
            <w:vAlign w:val="center"/>
          </w:tcPr>
          <w:p>
            <w:pPr>
              <w:spacing w:after="40" w:before="40"/>
            </w:pPr>
            <w:r>
              <w:t>Affected workers briefed</w:t>
            </w:r>
          </w:p>
        </w:tc>
        <w:tc>
          <w:tcPr>
            <w:tcW w:type="dxa" w:w="2498"/>
            <w:vAlign w:val="center"/>
          </w:tcPr>
          <w:p>
            <w:pPr>
              <w:spacing w:after="40" w:before="40"/>
            </w:pPr>
            <w:r>
              <w:t>[Names or attendance reference]</w:t>
            </w:r>
          </w:p>
        </w:tc>
        <w:tc>
          <w:tcPr>
            <w:tcW w:type="dxa" w:w="2498"/>
            <w:vAlign w:val="center"/>
          </w:tcPr>
          <w:p>
            <w:pPr>
              <w:spacing w:after="40" w:before="40"/>
            </w:pPr>
            <w:r>
              <w:t>[Date / time]</w:t>
            </w:r>
          </w:p>
        </w:tc>
        <w:tc>
          <w:tcPr>
            <w:tcW w:type="dxa" w:w="2498"/>
            <w:vAlign w:val="center"/>
          </w:tcPr>
          <w:p>
            <w:pPr>
              <w:spacing w:after="40" w:before="40"/>
            </w:pPr>
            <w:r>
              <w:t>[Talk ID / acknowledgement]</w:t>
            </w:r>
          </w:p>
        </w:tc>
      </w:tr>
      <w:tr>
        <w:tc>
          <w:tcPr>
            <w:tcW w:type="dxa" w:w="2498"/>
            <w:vAlign w:val="center"/>
          </w:tcPr>
          <w:p>
            <w:pPr>
              <w:spacing w:after="40" w:before="40"/>
            </w:pPr>
            <w:r>
              <w:t>Agency contact informed and response</w:t>
            </w:r>
          </w:p>
        </w:tc>
        <w:tc>
          <w:tcPr>
            <w:tcW w:type="dxa" w:w="2498"/>
            <w:vAlign w:val="center"/>
          </w:tcPr>
          <w:p>
            <w:pPr>
              <w:spacing w:after="40" w:before="40"/>
            </w:pPr>
            <w:r>
              <w:t>[Name / email or phone]</w:t>
            </w:r>
          </w:p>
        </w:tc>
        <w:tc>
          <w:tcPr>
            <w:tcW w:type="dxa" w:w="2498"/>
            <w:vAlign w:val="center"/>
          </w:tcPr>
          <w:p>
            <w:pPr>
              <w:spacing w:after="40" w:before="40"/>
            </w:pPr>
            <w:r>
              <w:t>[Date / time]</w:t>
            </w:r>
          </w:p>
        </w:tc>
        <w:tc>
          <w:tcPr>
            <w:tcW w:type="dxa" w:w="2498"/>
            <w:vAlign w:val="center"/>
          </w:tcPr>
          <w:p>
            <w:pPr>
              <w:spacing w:after="40" w:before="40"/>
            </w:pPr>
            <w:r>
              <w:t>[Message ID / agreed next step]</w:t>
            </w:r>
          </w:p>
        </w:tc>
      </w:tr>
      <w:tr>
        <w:tc>
          <w:tcPr>
            <w:tcW w:type="dxa" w:w="2498"/>
            <w:vAlign w:val="center"/>
          </w:tcPr>
          <w:p>
            <w:pPr>
              <w:spacing w:after="40" w:before="40"/>
            </w:pPr>
            <w:r>
              <w:t>Host supervisor closure approval</w:t>
            </w:r>
          </w:p>
        </w:tc>
        <w:tc>
          <w:tcPr>
            <w:tcW w:type="dxa" w:w="2498"/>
            <w:vAlign w:val="center"/>
          </w:tcPr>
          <w:p>
            <w:pPr>
              <w:spacing w:after="40" w:before="40"/>
            </w:pPr>
            <w:r>
              <w:t>[Name / signature]</w:t>
            </w:r>
          </w:p>
        </w:tc>
        <w:tc>
          <w:tcPr>
            <w:tcW w:type="dxa" w:w="2498"/>
            <w:vAlign w:val="center"/>
          </w:tcPr>
          <w:p>
            <w:pPr>
              <w:spacing w:after="40" w:before="40"/>
            </w:pPr>
            <w:r>
              <w:t>[Date / time]</w:t>
            </w:r>
          </w:p>
        </w:tc>
        <w:tc>
          <w:tcPr>
            <w:tcW w:type="dxa" w:w="2498"/>
            <w:vAlign w:val="center"/>
          </w:tcPr>
          <w:p>
            <w:pPr>
              <w:spacing w:after="40" w:before="40"/>
            </w:pPr>
            <w:r>
              <w:t>[Effectiveness verified / follow-up date]</w:t>
            </w:r>
          </w:p>
        </w:tc>
      </w:tr>
    </w:tbl>
    <w:p>
      <w:r>
        <w:t>If unresolved, keep interim protection and escalate to [Host WHS Lead / phone] and [Agency WHS Contact / phone]. Follow-up review date: [Date]. Record location / access permissions: [Site system and owner].</w:t>
      </w:r>
    </w:p>
    <w:p>
      <w:pPr>
        <w:pStyle w:val="Heading2"/>
      </w:pPr>
      <w:r>
        <w:t>Source guidance and scope</w:t>
      </w:r>
    </w:p>
    <w:p>
      <w:r>
        <w:t>WorkSafe Victoria explains that, where host employers and labour hire providers share OHS duties to the same labour hire workers, they must consult, cooperate and coordinate so far as reasonably practicable. The guidance addresses information exchange and nominated safety contacts: https://www.worksafe.vic.gov.au/duty-labour-hire-providers-and-host-employers-consult-cooperate-and-coordinate</w:t>
      </w:r>
    </w:p>
    <w:p>
      <w:r>
        <w:t>SafeWork NSW advises host employers to provide workplace-specific induction and competent supervision, explain how to report hazards and incidents, and consult the worker and labour hire PCBU before a change to work scope or location: https://www.safework.nsw.gov.au/resource-library/labour-hire/host-employer-labour-hire</w:t>
      </w:r>
    </w:p>
    <w:p>
      <w:r>
        <w:t>Adapt this pack to your actual site, tasks, applicable jurisdiction, reporting process and risk method. It is a practical record set, not legal advice, an incident-notification guide, a safe-work procedure or evidence of compliance on its own.</w:t>
      </w:r>
    </w:p>
    <w:sectPr w:rsidR="00FC693F" w:rsidRPr="0006063C" w:rsidSect="00034616">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435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4354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4354E"/>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Display" w:hAnsi="Aptos Display"/>
      <w:b/>
      <w:bCs/>
      <w:i/>
      <w:iCs/>
      <w:color w:val="14354E"/>
      <w:sz w:val="19"/>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