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79B7D79" w:rsidP="56BD5C25" w:rsidRDefault="679B7D79" w14:paraId="05D3BDA3" w14:textId="161AEE28">
      <w:pPr>
        <w:pStyle w:val="Title"/>
        <w:pBdr>
          <w:bottom w:val="none" w:color="000000" w:sz="0" w:space="0"/>
        </w:pBdr>
        <w:rPr>
          <w:rFonts w:ascii="Aptos" w:hAnsi="Aptos" w:eastAsia="Aptos" w:cs="Aptos"/>
          <w:sz w:val="40"/>
          <w:szCs w:val="40"/>
        </w:rPr>
      </w:pPr>
      <w:r>
        <w:rPr>
          <w:noProof/>
        </w:rPr>
        <w:drawing>
          <wp:anchor distT="0" distB="0" distL="114300" distR="114300" simplePos="0" relativeHeight="251658240" behindDoc="0" locked="0" layoutInCell="1" allowOverlap="1" wp14:anchorId="38D1E31C" wp14:editId="510B0EE3">
            <wp:simplePos x="0" y="0"/>
            <wp:positionH relativeFrom="column">
              <wp:posOffset>5505450</wp:posOffset>
            </wp:positionH>
            <wp:positionV relativeFrom="paragraph">
              <wp:posOffset>-57150</wp:posOffset>
            </wp:positionV>
            <wp:extent cx="753096" cy="753548"/>
            <wp:effectExtent l="0" t="0" r="0" b="0"/>
            <wp:wrapNone/>
            <wp:docPr id="1450681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81141" name="Picture 1450681141"/>
                    <pic:cNvPicPr/>
                  </pic:nvPicPr>
                  <pic:blipFill>
                    <a:blip r:embed="rId8">
                      <a:extLst>
                        <a:ext uri="{28A0092B-C50C-407E-A947-70E740481C1C}">
                          <a14:useLocalDpi xmlns:a14="http://schemas.microsoft.com/office/drawing/2010/main"/>
                        </a:ext>
                      </a:extLst>
                    </a:blip>
                    <a:stretch>
                      <a:fillRect/>
                    </a:stretch>
                  </pic:blipFill>
                  <pic:spPr>
                    <a:xfrm>
                      <a:off x="0" y="0"/>
                      <a:ext cx="753096" cy="753548"/>
                    </a:xfrm>
                    <a:prstGeom prst="rect">
                      <a:avLst/>
                    </a:prstGeom>
                  </pic:spPr>
                </pic:pic>
              </a:graphicData>
            </a:graphic>
            <wp14:sizeRelH relativeFrom="page">
              <wp14:pctWidth>0</wp14:pctWidth>
            </wp14:sizeRelH>
            <wp14:sizeRelV relativeFrom="page">
              <wp14:pctHeight>0</wp14:pctHeight>
            </wp14:sizeRelV>
          </wp:anchor>
        </w:drawing>
      </w:r>
      <w:r w:rsidR="56BD5C25">
        <w:rPr>
          <w:noProof/>
        </w:rPr>
        <w:drawing>
          <wp:anchor distT="0" distB="0" distL="114300" distR="114300" simplePos="0" relativeHeight="251657216" behindDoc="0" locked="0" layoutInCell="1" allowOverlap="1" wp14:anchorId="005DCED0" wp14:editId="74E25041">
            <wp:simplePos x="0" y="0"/>
            <wp:positionH relativeFrom="column">
              <wp:align>left</wp:align>
            </wp:positionH>
            <wp:positionV relativeFrom="paragraph">
              <wp:posOffset>0</wp:posOffset>
            </wp:positionV>
            <wp:extent cx="2506587" cy="630399"/>
            <wp:effectExtent l="0" t="0" r="0" b="0"/>
            <wp:wrapNone/>
            <wp:docPr id="1439255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55801" name="Picture 1439255801"/>
                    <pic:cNvPicPr/>
                  </pic:nvPicPr>
                  <pic:blipFill>
                    <a:blip r:embed="rId9">
                      <a:extLst>
                        <a:ext uri="{28A0092B-C50C-407E-A947-70E740481C1C}">
                          <a14:useLocalDpi xmlns:a14="http://schemas.microsoft.com/office/drawing/2010/main"/>
                        </a:ext>
                      </a:extLst>
                    </a:blip>
                    <a:stretch>
                      <a:fillRect/>
                    </a:stretch>
                  </pic:blipFill>
                  <pic:spPr>
                    <a:xfrm>
                      <a:off x="0" y="0"/>
                      <a:ext cx="2506587" cy="630399"/>
                    </a:xfrm>
                    <a:prstGeom prst="rect">
                      <a:avLst/>
                    </a:prstGeom>
                  </pic:spPr>
                </pic:pic>
              </a:graphicData>
            </a:graphic>
            <wp14:sizeRelH relativeFrom="page">
              <wp14:pctWidth>0</wp14:pctWidth>
            </wp14:sizeRelH>
            <wp14:sizeRelV relativeFrom="page">
              <wp14:pctHeight>0</wp14:pctHeight>
            </wp14:sizeRelV>
          </wp:anchor>
        </w:drawing>
      </w:r>
    </w:p>
    <w:p w:rsidR="2A1A8928" w:rsidP="56BD5C25" w:rsidRDefault="2A1A8928" w14:paraId="11CD7F97" w14:textId="07F35E7D">
      <w:pPr>
        <w:pStyle w:val="Title"/>
        <w:pBdr>
          <w:bottom w:val="none" w:color="000000" w:sz="0" w:space="0"/>
        </w:pBdr>
        <w:rPr>
          <w:sz w:val="56"/>
          <w:szCs w:val="56"/>
        </w:rPr>
      </w:pPr>
    </w:p>
    <w:p w:rsidR="00725839" w:rsidP="2A1A8928" w:rsidRDefault="70BC7098" w14:paraId="321AAFA5" w14:textId="6AE0E62F">
      <w:pPr>
        <w:pStyle w:val="Title"/>
        <w:pBdr>
          <w:bottom w:val="none" w:color="000000" w:sz="0" w:space="0"/>
        </w:pBdr>
        <w:rPr>
          <w:rFonts w:ascii="Aptos" w:hAnsi="Aptos" w:eastAsia="Aptos" w:cs="Aptos"/>
          <w:sz w:val="36"/>
          <w:szCs w:val="36"/>
        </w:rPr>
      </w:pPr>
      <w:r w:rsidRPr="2A1A8928">
        <w:rPr>
          <w:rFonts w:ascii="Aptos" w:hAnsi="Aptos" w:eastAsia="Aptos" w:cs="Aptos"/>
          <w:sz w:val="40"/>
          <w:szCs w:val="40"/>
        </w:rPr>
        <w:t>Community Officer – Candidate Information Form</w:t>
      </w:r>
    </w:p>
    <w:p w:rsidR="00725839" w:rsidP="56BD5C25" w:rsidRDefault="00725839" w14:paraId="2BF6F1BF" w14:textId="3EF4741E">
      <w:pPr>
        <w:pStyle w:val="Title"/>
        <w:pBdr>
          <w:bottom w:val="none" w:color="000000" w:sz="0" w:space="0"/>
        </w:pBdr>
        <w:rPr>
          <w:rFonts w:ascii="Aptos" w:hAnsi="Aptos" w:eastAsia="Aptos" w:cs="Aptos"/>
          <w:sz w:val="14"/>
          <w:szCs w:val="14"/>
        </w:rPr>
      </w:pPr>
    </w:p>
    <w:p w:rsidR="00725839" w:rsidP="2A1A8928" w:rsidRDefault="70BC7098" w14:paraId="6F8526FA" w14:textId="46E6D5FF">
      <w:pPr>
        <w:pStyle w:val="Title"/>
        <w:pBdr>
          <w:bottom w:val="none" w:color="000000" w:sz="0" w:space="0"/>
        </w:pBdr>
        <w:rPr>
          <w:rFonts w:ascii="Aptos" w:hAnsi="Aptos" w:eastAsia="Aptos" w:cs="Aptos"/>
          <w:b w:val="0"/>
          <w:color w:val="auto"/>
          <w:sz w:val="24"/>
          <w:szCs w:val="24"/>
        </w:rPr>
      </w:pPr>
      <w:r w:rsidRPr="2A1A8928">
        <w:rPr>
          <w:rFonts w:ascii="Aptos" w:hAnsi="Aptos" w:eastAsia="Aptos" w:cs="Aptos"/>
          <w:b w:val="0"/>
          <w:color w:val="auto"/>
          <w:sz w:val="24"/>
          <w:szCs w:val="24"/>
        </w:rPr>
        <w:t>Please complete this form and return it with your CV and supporting statement. The information below supplements your application and helps us to undertake a fair and safer recruitment process.</w:t>
      </w:r>
    </w:p>
    <w:p w:rsidR="00725839" w:rsidP="1DB0D312" w:rsidRDefault="1DB0D312" w14:paraId="42C73FE0" w14:textId="11822AB8">
      <w:pPr>
        <w:pStyle w:val="Heading1"/>
        <w:rPr>
          <w:rFonts w:ascii="Aptos" w:hAnsi="Aptos" w:eastAsia="Aptos" w:cs="Aptos"/>
        </w:rPr>
      </w:pPr>
      <w:r w:rsidRPr="10C4AC62">
        <w:rPr>
          <w:rFonts w:ascii="Aptos" w:hAnsi="Aptos" w:eastAsia="Aptos" w:cs="Aptos"/>
        </w:rPr>
        <w:t>1. Your details</w:t>
      </w:r>
    </w:p>
    <w:tbl>
      <w:tblPr>
        <w:tblStyle w:val="TableGrid"/>
        <w:tblW w:w="0" w:type="auto"/>
        <w:tblInd w:w="108" w:type="dxa"/>
        <w:tblLook w:val="06A0" w:firstRow="1" w:lastRow="0" w:firstColumn="1" w:lastColumn="0" w:noHBand="1" w:noVBand="1"/>
      </w:tblPr>
      <w:tblGrid>
        <w:gridCol w:w="2442"/>
        <w:gridCol w:w="7481"/>
      </w:tblGrid>
      <w:tr w:rsidR="10C4AC62" w:rsidTr="5DE85EC1" w14:paraId="77DD17A2" w14:textId="77777777">
        <w:trPr>
          <w:trHeight w:val="465"/>
        </w:trPr>
        <w:tc>
          <w:tcPr>
            <w:tcW w:w="2442" w:type="dxa"/>
            <w:shd w:val="clear" w:color="auto" w:fill="F8F3E0"/>
            <w:tcMar/>
            <w:vAlign w:val="center"/>
          </w:tcPr>
          <w:p w:rsidR="16412A30" w:rsidP="10C4AC62" w:rsidRDefault="16412A30" w14:paraId="4D4DD65E" w14:textId="7BBAEAE4">
            <w:pPr>
              <w:spacing w:after="0"/>
            </w:pPr>
            <w:r w:rsidRPr="10C4AC62">
              <w:rPr>
                <w:rFonts w:eastAsia="Aptos" w:cs="Aptos"/>
                <w:b/>
                <w:bCs/>
              </w:rPr>
              <w:t>Full name</w:t>
            </w:r>
          </w:p>
        </w:tc>
        <w:tc>
          <w:tcPr>
            <w:tcW w:w="7481" w:type="dxa"/>
            <w:tcMar/>
          </w:tcPr>
          <w:p w:rsidR="10C4AC62" w:rsidP="10C4AC62" w:rsidRDefault="10C4AC62" w14:paraId="4B744B2B" w14:textId="77ADE999">
            <w:pPr>
              <w:rPr>
                <w:rFonts w:eastAsia="Aptos" w:cs="Aptos"/>
                <w:b/>
                <w:bCs/>
              </w:rPr>
            </w:pPr>
          </w:p>
        </w:tc>
      </w:tr>
      <w:tr w:rsidR="10C4AC62" w:rsidTr="5DE85EC1" w14:paraId="1111A063" w14:textId="77777777">
        <w:trPr>
          <w:trHeight w:val="1530"/>
        </w:trPr>
        <w:tc>
          <w:tcPr>
            <w:tcW w:w="2442" w:type="dxa"/>
            <w:shd w:val="clear" w:color="auto" w:fill="F8F3E0"/>
            <w:tcMar/>
            <w:vAlign w:val="center"/>
          </w:tcPr>
          <w:p w:rsidR="16412A30" w:rsidP="10C4AC62" w:rsidRDefault="16412A30" w14:paraId="6E568DAB" w14:textId="63908042">
            <w:pPr>
              <w:spacing w:after="0"/>
            </w:pPr>
            <w:r w:rsidRPr="10C4AC62">
              <w:rPr>
                <w:rFonts w:eastAsia="Aptos" w:cs="Aptos"/>
                <w:b/>
                <w:bCs/>
              </w:rPr>
              <w:t>Address</w:t>
            </w:r>
          </w:p>
        </w:tc>
        <w:tc>
          <w:tcPr>
            <w:tcW w:w="7481" w:type="dxa"/>
            <w:tcMar/>
          </w:tcPr>
          <w:p w:rsidR="10C4AC62" w:rsidP="10C4AC62" w:rsidRDefault="10C4AC62" w14:paraId="7205C047" w14:textId="77ADE999">
            <w:pPr>
              <w:rPr>
                <w:rFonts w:eastAsia="Aptos" w:cs="Aptos"/>
                <w:b/>
                <w:bCs/>
              </w:rPr>
            </w:pPr>
          </w:p>
        </w:tc>
      </w:tr>
      <w:tr w:rsidR="10C4AC62" w:rsidTr="5DE85EC1" w14:paraId="69F409E2" w14:textId="77777777">
        <w:trPr>
          <w:trHeight w:val="480"/>
        </w:trPr>
        <w:tc>
          <w:tcPr>
            <w:tcW w:w="2442" w:type="dxa"/>
            <w:shd w:val="clear" w:color="auto" w:fill="F8F3E0"/>
            <w:tcMar/>
            <w:vAlign w:val="center"/>
          </w:tcPr>
          <w:p w:rsidR="16412A30" w:rsidP="10C4AC62" w:rsidRDefault="16412A30" w14:paraId="2A11A55F" w14:textId="1EFABC17">
            <w:pPr>
              <w:spacing w:after="0"/>
            </w:pPr>
            <w:r w:rsidRPr="10C4AC62">
              <w:rPr>
                <w:rFonts w:eastAsia="Aptos" w:cs="Aptos"/>
                <w:b/>
                <w:bCs/>
              </w:rPr>
              <w:t>Telephone</w:t>
            </w:r>
          </w:p>
        </w:tc>
        <w:tc>
          <w:tcPr>
            <w:tcW w:w="7481" w:type="dxa"/>
            <w:tcMar/>
          </w:tcPr>
          <w:p w:rsidR="10C4AC62" w:rsidP="10C4AC62" w:rsidRDefault="10C4AC62" w14:paraId="5BD358B9" w14:textId="77ADE999">
            <w:pPr>
              <w:rPr>
                <w:rFonts w:eastAsia="Aptos" w:cs="Aptos"/>
                <w:b/>
                <w:bCs/>
              </w:rPr>
            </w:pPr>
          </w:p>
        </w:tc>
      </w:tr>
      <w:tr w:rsidR="10C4AC62" w:rsidTr="5DE85EC1" w14:paraId="08461DFB" w14:textId="77777777">
        <w:trPr>
          <w:trHeight w:val="465"/>
        </w:trPr>
        <w:tc>
          <w:tcPr>
            <w:tcW w:w="2442" w:type="dxa"/>
            <w:shd w:val="clear" w:color="auto" w:fill="F8F3E0"/>
            <w:tcMar/>
            <w:vAlign w:val="center"/>
          </w:tcPr>
          <w:p w:rsidR="16412A30" w:rsidP="10C4AC62" w:rsidRDefault="16412A30" w14:paraId="6273E80A" w14:textId="1552936E">
            <w:pPr>
              <w:spacing w:after="0"/>
            </w:pPr>
            <w:r w:rsidRPr="10C4AC62">
              <w:rPr>
                <w:rFonts w:eastAsia="Aptos" w:cs="Aptos"/>
                <w:b/>
                <w:bCs/>
              </w:rPr>
              <w:t>Email</w:t>
            </w:r>
          </w:p>
        </w:tc>
        <w:tc>
          <w:tcPr>
            <w:tcW w:w="7481" w:type="dxa"/>
            <w:tcMar/>
          </w:tcPr>
          <w:p w:rsidR="10C4AC62" w:rsidP="10C4AC62" w:rsidRDefault="10C4AC62" w14:paraId="6B1ECB7A" w14:textId="77ADE999">
            <w:pPr>
              <w:rPr>
                <w:rFonts w:eastAsia="Aptos" w:cs="Aptos"/>
                <w:b/>
                <w:bCs/>
              </w:rPr>
            </w:pPr>
          </w:p>
        </w:tc>
      </w:tr>
    </w:tbl>
    <w:p w:rsidR="00725839" w:rsidP="1DB0D312" w:rsidRDefault="1DB0D312" w14:paraId="4CE77C30" w14:textId="77777777">
      <w:pPr>
        <w:pStyle w:val="Heading1"/>
        <w:rPr>
          <w:rFonts w:ascii="Aptos" w:hAnsi="Aptos" w:eastAsia="Aptos" w:cs="Aptos"/>
        </w:rPr>
      </w:pPr>
      <w:r w:rsidRPr="1DB0D312">
        <w:rPr>
          <w:rFonts w:ascii="Aptos" w:hAnsi="Aptos" w:eastAsia="Aptos" w:cs="Aptos"/>
        </w:rPr>
        <w:t>2. Employment and activity history</w:t>
      </w:r>
    </w:p>
    <w:p w:rsidR="00725839" w:rsidRDefault="00D92651" w14:paraId="23C9234F" w14:textId="77777777">
      <w:r>
        <w:t xml:space="preserve">Please provide a complete history of your employment and other relevant </w:t>
      </w:r>
      <w:proofErr w:type="gramStart"/>
      <w:r>
        <w:t>activity</w:t>
      </w:r>
      <w:proofErr w:type="gramEnd"/>
      <w:r>
        <w:t>, including education, training, volunteering, caring responsibilities or periods when you were not in employment.</w:t>
      </w:r>
    </w:p>
    <w:p w:rsidR="00725839" w:rsidRDefault="00D92651" w14:paraId="7B279869" w14:textId="77777777">
      <w:r>
        <w:rPr>
          <w:i/>
        </w:rPr>
        <w:t>You may refer to your CV where the information is already provided, but please ensure that all periods are accounted for and dates are given as month/year.</w:t>
      </w:r>
    </w:p>
    <w:tbl>
      <w:tblPr>
        <w:tblStyle w:val="TableGrid"/>
        <w:tblW w:w="0" w:type="auto"/>
        <w:jc w:val="center"/>
        <w:tblLook w:val="04A0" w:firstRow="1" w:lastRow="0" w:firstColumn="1" w:lastColumn="0" w:noHBand="0" w:noVBand="1"/>
      </w:tblPr>
      <w:tblGrid>
        <w:gridCol w:w="2484"/>
        <w:gridCol w:w="2484"/>
        <w:gridCol w:w="2484"/>
        <w:gridCol w:w="2484"/>
      </w:tblGrid>
      <w:tr w:rsidR="00725839" w:rsidTr="5DE85EC1" w14:paraId="6D5F7ECE" w14:textId="77777777">
        <w:trPr>
          <w:trHeight w:val="533"/>
          <w:jc w:val="center"/>
        </w:trPr>
        <w:tc>
          <w:tcPr>
            <w:tcW w:w="2484" w:type="dxa"/>
            <w:shd w:val="clear" w:color="auto" w:fill="F8F3E0"/>
            <w:tcMar>
              <w:top w:w="80" w:type="dxa"/>
              <w:left w:w="90" w:type="dxa"/>
              <w:bottom w:w="80" w:type="dxa"/>
              <w:right w:w="90" w:type="dxa"/>
            </w:tcMar>
          </w:tcPr>
          <w:p w:rsidR="00725839" w:rsidP="00360CDD" w:rsidRDefault="1DB0D312" w14:paraId="76EF48A5" w14:textId="77777777">
            <w:pPr>
              <w:spacing w:after="0"/>
              <w:rPr>
                <w:rFonts w:eastAsia="Aptos" w:cs="Aptos"/>
                <w:b/>
                <w:bCs/>
                <w:sz w:val="20"/>
                <w:szCs w:val="20"/>
              </w:rPr>
            </w:pPr>
            <w:r w:rsidRPr="1DB0D312">
              <w:rPr>
                <w:rFonts w:eastAsia="Aptos" w:cs="Aptos"/>
                <w:b/>
                <w:bCs/>
                <w:sz w:val="20"/>
                <w:szCs w:val="20"/>
              </w:rPr>
              <w:t>From</w:t>
            </w:r>
            <w:r w:rsidR="00D92651">
              <w:br/>
            </w:r>
            <w:r w:rsidRPr="1DB0D312">
              <w:rPr>
                <w:rFonts w:eastAsia="Aptos" w:cs="Aptos"/>
                <w:b/>
                <w:bCs/>
                <w:sz w:val="20"/>
                <w:szCs w:val="20"/>
              </w:rPr>
              <w:t>(MM/YY)</w:t>
            </w:r>
          </w:p>
        </w:tc>
        <w:tc>
          <w:tcPr>
            <w:tcW w:w="2484" w:type="dxa"/>
            <w:shd w:val="clear" w:color="auto" w:fill="F8F3E0"/>
            <w:tcMar>
              <w:top w:w="80" w:type="dxa"/>
              <w:left w:w="90" w:type="dxa"/>
              <w:bottom w:w="80" w:type="dxa"/>
              <w:right w:w="90" w:type="dxa"/>
            </w:tcMar>
          </w:tcPr>
          <w:p w:rsidR="00725839" w:rsidP="00360CDD" w:rsidRDefault="1DB0D312" w14:paraId="1E3BD895" w14:textId="77777777">
            <w:pPr>
              <w:spacing w:after="0"/>
              <w:rPr>
                <w:rFonts w:eastAsia="Aptos" w:cs="Aptos"/>
                <w:b/>
                <w:bCs/>
                <w:sz w:val="20"/>
                <w:szCs w:val="20"/>
              </w:rPr>
            </w:pPr>
            <w:r w:rsidRPr="1DB0D312">
              <w:rPr>
                <w:rFonts w:eastAsia="Aptos" w:cs="Aptos"/>
                <w:b/>
                <w:bCs/>
                <w:sz w:val="20"/>
                <w:szCs w:val="20"/>
              </w:rPr>
              <w:t>To</w:t>
            </w:r>
            <w:r w:rsidR="00D92651">
              <w:br/>
            </w:r>
            <w:r w:rsidRPr="1DB0D312">
              <w:rPr>
                <w:rFonts w:eastAsia="Aptos" w:cs="Aptos"/>
                <w:b/>
                <w:bCs/>
                <w:sz w:val="20"/>
                <w:szCs w:val="20"/>
              </w:rPr>
              <w:t>(MM/YY)</w:t>
            </w:r>
          </w:p>
        </w:tc>
        <w:tc>
          <w:tcPr>
            <w:tcW w:w="2484" w:type="dxa"/>
            <w:shd w:val="clear" w:color="auto" w:fill="F8F3E0"/>
            <w:tcMar>
              <w:top w:w="80" w:type="dxa"/>
              <w:left w:w="90" w:type="dxa"/>
              <w:bottom w:w="80" w:type="dxa"/>
              <w:right w:w="90" w:type="dxa"/>
            </w:tcMar>
          </w:tcPr>
          <w:p w:rsidR="00725839" w:rsidP="00360CDD" w:rsidRDefault="1DB0D312" w14:paraId="1F58414A" w14:textId="77777777">
            <w:pPr>
              <w:spacing w:after="0"/>
              <w:rPr>
                <w:rFonts w:eastAsia="Aptos" w:cs="Aptos"/>
                <w:b/>
                <w:bCs/>
                <w:sz w:val="20"/>
                <w:szCs w:val="20"/>
              </w:rPr>
            </w:pPr>
            <w:r w:rsidRPr="1DB0D312">
              <w:rPr>
                <w:rFonts w:eastAsia="Aptos" w:cs="Aptos"/>
                <w:b/>
                <w:bCs/>
                <w:sz w:val="20"/>
                <w:szCs w:val="20"/>
              </w:rPr>
              <w:t>Employer / organisation / activity</w:t>
            </w:r>
          </w:p>
        </w:tc>
        <w:tc>
          <w:tcPr>
            <w:tcW w:w="2484" w:type="dxa"/>
            <w:shd w:val="clear" w:color="auto" w:fill="F8F3E0"/>
            <w:tcMar>
              <w:top w:w="80" w:type="dxa"/>
              <w:left w:w="90" w:type="dxa"/>
              <w:bottom w:w="80" w:type="dxa"/>
              <w:right w:w="90" w:type="dxa"/>
            </w:tcMar>
          </w:tcPr>
          <w:p w:rsidR="00725839" w:rsidP="00360CDD" w:rsidRDefault="1DB0D312" w14:paraId="49CF1C42" w14:textId="77777777">
            <w:pPr>
              <w:spacing w:after="0"/>
              <w:rPr>
                <w:rFonts w:eastAsia="Aptos" w:cs="Aptos"/>
                <w:b/>
                <w:bCs/>
                <w:sz w:val="20"/>
                <w:szCs w:val="20"/>
              </w:rPr>
            </w:pPr>
            <w:r w:rsidRPr="1DB0D312">
              <w:rPr>
                <w:rFonts w:eastAsia="Aptos" w:cs="Aptos"/>
                <w:b/>
                <w:bCs/>
                <w:sz w:val="20"/>
                <w:szCs w:val="20"/>
              </w:rPr>
              <w:t>Role / reason for period</w:t>
            </w:r>
          </w:p>
        </w:tc>
      </w:tr>
      <w:tr w:rsidR="00725839" w:rsidTr="5DE85EC1" w14:paraId="672A6659" w14:textId="77777777">
        <w:trPr>
          <w:jc w:val="center"/>
        </w:trPr>
        <w:tc>
          <w:tcPr>
            <w:tcW w:w="2484" w:type="dxa"/>
            <w:tcMar>
              <w:top w:w="140" w:type="dxa"/>
              <w:left w:w="90" w:type="dxa"/>
              <w:bottom w:w="140" w:type="dxa"/>
              <w:right w:w="90" w:type="dxa"/>
            </w:tcMar>
          </w:tcPr>
          <w:p w:rsidR="00725839" w:rsidP="1DB0D312" w:rsidRDefault="00D92651" w14:paraId="0A37501D"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5DAB6C7B"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02EB378F"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6A05A809" w14:textId="77777777">
            <w:pPr>
              <w:rPr>
                <w:rFonts w:eastAsia="Aptos" w:cs="Aptos"/>
              </w:rPr>
            </w:pPr>
            <w:r>
              <w:br/>
            </w:r>
          </w:p>
        </w:tc>
      </w:tr>
      <w:tr w:rsidR="00725839" w:rsidTr="5DE85EC1" w14:paraId="5A39BBE3" w14:textId="77777777">
        <w:trPr>
          <w:jc w:val="center"/>
        </w:trPr>
        <w:tc>
          <w:tcPr>
            <w:tcW w:w="2484" w:type="dxa"/>
            <w:tcMar>
              <w:top w:w="140" w:type="dxa"/>
              <w:left w:w="90" w:type="dxa"/>
              <w:bottom w:w="140" w:type="dxa"/>
              <w:right w:w="90" w:type="dxa"/>
            </w:tcMar>
          </w:tcPr>
          <w:p w:rsidR="00725839" w:rsidP="1DB0D312" w:rsidRDefault="00D92651" w14:paraId="41C8F396"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72A3D3EC"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0D0B940D"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0E27B00A" w14:textId="77777777">
            <w:pPr>
              <w:rPr>
                <w:rFonts w:eastAsia="Aptos" w:cs="Aptos"/>
              </w:rPr>
            </w:pPr>
            <w:r>
              <w:br/>
            </w:r>
          </w:p>
        </w:tc>
      </w:tr>
      <w:tr w:rsidR="00725839" w:rsidTr="5DE85EC1" w14:paraId="60061E4C" w14:textId="77777777">
        <w:trPr>
          <w:jc w:val="center"/>
        </w:trPr>
        <w:tc>
          <w:tcPr>
            <w:tcW w:w="2484" w:type="dxa"/>
            <w:tcMar>
              <w:top w:w="140" w:type="dxa"/>
              <w:left w:w="90" w:type="dxa"/>
              <w:bottom w:w="140" w:type="dxa"/>
              <w:right w:w="90" w:type="dxa"/>
            </w:tcMar>
          </w:tcPr>
          <w:p w:rsidR="00725839" w:rsidP="1DB0D312" w:rsidRDefault="00D92651" w14:paraId="44EAFD9C"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4B94D5A5"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3DEEC669"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3656B9AB" w14:textId="77777777">
            <w:pPr>
              <w:rPr>
                <w:rFonts w:eastAsia="Aptos" w:cs="Aptos"/>
              </w:rPr>
            </w:pPr>
            <w:r>
              <w:br/>
            </w:r>
          </w:p>
        </w:tc>
      </w:tr>
      <w:tr w:rsidR="00725839" w:rsidTr="5DE85EC1" w14:paraId="45FB0818" w14:textId="77777777">
        <w:trPr>
          <w:jc w:val="center"/>
        </w:trPr>
        <w:tc>
          <w:tcPr>
            <w:tcW w:w="2484" w:type="dxa"/>
            <w:tcMar>
              <w:top w:w="140" w:type="dxa"/>
              <w:left w:w="90" w:type="dxa"/>
              <w:bottom w:w="140" w:type="dxa"/>
              <w:right w:w="90" w:type="dxa"/>
            </w:tcMar>
          </w:tcPr>
          <w:p w:rsidR="00725839" w:rsidP="1DB0D312" w:rsidRDefault="00D92651" w14:paraId="049F31CB"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53128261"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62486C05"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4101652C" w14:textId="77777777">
            <w:pPr>
              <w:rPr>
                <w:rFonts w:eastAsia="Aptos" w:cs="Aptos"/>
              </w:rPr>
            </w:pPr>
            <w:r>
              <w:br/>
            </w:r>
          </w:p>
        </w:tc>
      </w:tr>
      <w:tr w:rsidR="00725839" w:rsidTr="5DE85EC1" w14:paraId="4B99056E" w14:textId="77777777">
        <w:trPr>
          <w:jc w:val="center"/>
        </w:trPr>
        <w:tc>
          <w:tcPr>
            <w:tcW w:w="2484" w:type="dxa"/>
            <w:tcMar>
              <w:top w:w="140" w:type="dxa"/>
              <w:left w:w="90" w:type="dxa"/>
              <w:bottom w:w="140" w:type="dxa"/>
              <w:right w:w="90" w:type="dxa"/>
            </w:tcMar>
          </w:tcPr>
          <w:p w:rsidR="00725839" w:rsidP="1DB0D312" w:rsidRDefault="00D92651" w14:paraId="1299C43A" w14:textId="77777777">
            <w:pPr>
              <w:rPr>
                <w:rFonts w:eastAsia="Aptos" w:cs="Aptos"/>
              </w:rPr>
            </w:pPr>
            <w:r>
              <w:lastRenderedPageBreak/>
              <w:br/>
            </w:r>
          </w:p>
        </w:tc>
        <w:tc>
          <w:tcPr>
            <w:tcW w:w="2484" w:type="dxa"/>
            <w:tcMar>
              <w:top w:w="140" w:type="dxa"/>
              <w:left w:w="90" w:type="dxa"/>
              <w:bottom w:w="140" w:type="dxa"/>
              <w:right w:w="90" w:type="dxa"/>
            </w:tcMar>
          </w:tcPr>
          <w:p w:rsidR="00725839" w:rsidP="1DB0D312" w:rsidRDefault="00D92651" w14:paraId="4DDBEF00"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3461D779"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3CF2D8B6" w14:textId="77777777">
            <w:pPr>
              <w:rPr>
                <w:rFonts w:eastAsia="Aptos" w:cs="Aptos"/>
              </w:rPr>
            </w:pPr>
            <w:r>
              <w:br/>
            </w:r>
          </w:p>
        </w:tc>
      </w:tr>
      <w:tr w:rsidR="10C4AC62" w:rsidTr="5DE85EC1" w14:paraId="47CFFFF7" w14:textId="77777777">
        <w:trPr>
          <w:trHeight w:val="315"/>
          <w:jc w:val="center"/>
        </w:trPr>
        <w:tc>
          <w:tcPr>
            <w:tcW w:w="9936" w:type="dxa"/>
            <w:gridSpan w:val="4"/>
            <w:shd w:val="clear" w:color="auto" w:fill="F8F3E0"/>
            <w:tcMar>
              <w:top w:w="140" w:type="dxa"/>
              <w:left w:w="90" w:type="dxa"/>
              <w:bottom w:w="140" w:type="dxa"/>
              <w:right w:w="90" w:type="dxa"/>
            </w:tcMar>
          </w:tcPr>
          <w:p w:rsidRPr="00531F6A" w:rsidR="09A694E7" w:rsidP="10C4AC62" w:rsidRDefault="09A694E7" w14:paraId="357C75D9" w14:textId="71D4058E">
            <w:pPr>
              <w:pStyle w:val="Heading2"/>
              <w:spacing w:before="0" w:after="0"/>
              <w:rPr>
                <w:rFonts w:ascii="Aptos" w:hAnsi="Aptos" w:eastAsia="Aptos" w:cs="Aptos"/>
                <w:b w:val="0"/>
                <w:bCs w:val="0"/>
                <w:color w:val="auto"/>
                <w:sz w:val="22"/>
                <w:szCs w:val="22"/>
              </w:rPr>
            </w:pPr>
            <w:r w:rsidRPr="00531F6A">
              <w:rPr>
                <w:rFonts w:ascii="Aptos" w:hAnsi="Aptos" w:eastAsia="Aptos" w:cs="Aptos"/>
                <w:b w:val="0"/>
                <w:bCs w:val="0"/>
                <w:color w:val="auto"/>
                <w:sz w:val="22"/>
                <w:szCs w:val="22"/>
              </w:rPr>
              <w:t>Please explain any gaps not already accounted for above or in your CV:</w:t>
            </w:r>
          </w:p>
        </w:tc>
      </w:tr>
      <w:tr w:rsidR="10C4AC62" w:rsidTr="5DE85EC1" w14:paraId="68569299" w14:textId="77777777">
        <w:trPr>
          <w:trHeight w:val="300"/>
          <w:jc w:val="center"/>
        </w:trPr>
        <w:tc>
          <w:tcPr>
            <w:tcW w:w="9936" w:type="dxa"/>
            <w:gridSpan w:val="4"/>
            <w:tcMar>
              <w:top w:w="140" w:type="dxa"/>
              <w:left w:w="90" w:type="dxa"/>
              <w:bottom w:w="140" w:type="dxa"/>
              <w:right w:w="90" w:type="dxa"/>
            </w:tcMar>
          </w:tcPr>
          <w:p w:rsidR="10C4AC62" w:rsidP="10C4AC62" w:rsidRDefault="10C4AC62" w14:paraId="13A2F970" w14:textId="76E69CAD"/>
        </w:tc>
      </w:tr>
    </w:tbl>
    <w:p w:rsidR="00725839" w:rsidP="1DB0D312" w:rsidRDefault="00725839" w14:paraId="58173BA1" w14:textId="04CC7301">
      <w:pPr>
        <w:rPr>
          <w:rFonts w:eastAsia="Aptos" w:cs="Aptos"/>
        </w:rPr>
      </w:pPr>
    </w:p>
    <w:p w:rsidR="00725839" w:rsidP="1DB0D312" w:rsidRDefault="1DB0D312" w14:paraId="05168855" w14:textId="77777777">
      <w:pPr>
        <w:pStyle w:val="Heading1"/>
        <w:rPr>
          <w:rFonts w:ascii="Aptos" w:hAnsi="Aptos" w:eastAsia="Aptos" w:cs="Aptos"/>
        </w:rPr>
      </w:pPr>
      <w:r w:rsidRPr="1DB0D312">
        <w:rPr>
          <w:rFonts w:ascii="Aptos" w:hAnsi="Aptos" w:eastAsia="Aptos" w:cs="Aptos"/>
        </w:rPr>
        <w:t>3. References</w:t>
      </w:r>
    </w:p>
    <w:p w:rsidR="00725839" w:rsidP="1DB0D312" w:rsidRDefault="1DB0D312" w14:paraId="289376DD" w14:textId="77777777">
      <w:pPr>
        <w:rPr>
          <w:rFonts w:eastAsia="Aptos" w:cs="Aptos"/>
        </w:rPr>
      </w:pPr>
      <w:r w:rsidRPr="10C4AC62">
        <w:rPr>
          <w:rFonts w:eastAsia="Aptos" w:cs="Aptos"/>
        </w:rPr>
        <w:t>Please provide details of two referees who can comment on your suitability for the role. Where possible, one should be your current or most recent employer. Referees should not normally be relatives or personal friends.</w:t>
      </w:r>
    </w:p>
    <w:tbl>
      <w:tblPr>
        <w:tblStyle w:val="TableGrid"/>
        <w:tblW w:w="0" w:type="auto"/>
        <w:tblInd w:w="108" w:type="dxa"/>
        <w:tblLook w:val="06A0" w:firstRow="1" w:lastRow="0" w:firstColumn="1" w:lastColumn="0" w:noHBand="1" w:noVBand="1"/>
      </w:tblPr>
      <w:tblGrid>
        <w:gridCol w:w="2337"/>
        <w:gridCol w:w="6452"/>
        <w:gridCol w:w="1134"/>
      </w:tblGrid>
      <w:tr w:rsidR="10C4AC62" w:rsidTr="5DE85EC1" w14:paraId="62AAD976" w14:textId="77777777">
        <w:trPr>
          <w:trHeight w:val="465"/>
        </w:trPr>
        <w:tc>
          <w:tcPr>
            <w:tcW w:w="9923" w:type="dxa"/>
            <w:gridSpan w:val="3"/>
            <w:shd w:val="clear" w:color="auto" w:fill="F8F3E0"/>
            <w:tcMar/>
            <w:vAlign w:val="center"/>
          </w:tcPr>
          <w:p w:rsidR="0331B8F9" w:rsidP="10C4AC62" w:rsidRDefault="0331B8F9" w14:paraId="5E87675E" w14:textId="38F01FB9">
            <w:pPr>
              <w:spacing w:after="0"/>
            </w:pPr>
            <w:r w:rsidRPr="10C4AC62">
              <w:rPr>
                <w:rFonts w:eastAsia="Aptos" w:cs="Aptos"/>
                <w:b/>
                <w:bCs/>
              </w:rPr>
              <w:t>Referee 1</w:t>
            </w:r>
          </w:p>
        </w:tc>
      </w:tr>
      <w:tr w:rsidR="10C4AC62" w:rsidTr="5DE85EC1" w14:paraId="36B70472" w14:textId="77777777">
        <w:trPr>
          <w:trHeight w:val="465"/>
        </w:trPr>
        <w:tc>
          <w:tcPr>
            <w:tcW w:w="2337" w:type="dxa"/>
            <w:tcMar/>
            <w:vAlign w:val="center"/>
          </w:tcPr>
          <w:p w:rsidR="0331B8F9" w:rsidP="10C4AC62" w:rsidRDefault="0331B8F9" w14:paraId="57448B84" w14:textId="1B9D7E83">
            <w:pPr>
              <w:spacing w:after="0"/>
            </w:pPr>
            <w:r w:rsidRPr="10C4AC62">
              <w:rPr>
                <w:rFonts w:eastAsia="Aptos" w:cs="Aptos"/>
                <w:b/>
                <w:bCs/>
              </w:rPr>
              <w:t>Name</w:t>
            </w:r>
          </w:p>
        </w:tc>
        <w:tc>
          <w:tcPr>
            <w:tcW w:w="7586" w:type="dxa"/>
            <w:gridSpan w:val="2"/>
            <w:tcMar/>
          </w:tcPr>
          <w:p w:rsidR="10C4AC62" w:rsidP="10C4AC62" w:rsidRDefault="10C4AC62" w14:paraId="7DC7158D" w14:textId="77ADE999">
            <w:pPr>
              <w:rPr>
                <w:rFonts w:eastAsia="Aptos" w:cs="Aptos"/>
                <w:b/>
                <w:bCs/>
              </w:rPr>
            </w:pPr>
          </w:p>
        </w:tc>
      </w:tr>
      <w:tr w:rsidR="10C4AC62" w:rsidTr="5DE85EC1" w14:paraId="1078083D" w14:textId="77777777">
        <w:trPr>
          <w:trHeight w:val="480"/>
        </w:trPr>
        <w:tc>
          <w:tcPr>
            <w:tcW w:w="2337" w:type="dxa"/>
            <w:tcMar/>
            <w:vAlign w:val="center"/>
          </w:tcPr>
          <w:p w:rsidR="0331B8F9" w:rsidP="10C4AC62" w:rsidRDefault="0331B8F9" w14:paraId="674727AE" w14:textId="6DD4F00F">
            <w:pPr>
              <w:spacing w:after="0"/>
            </w:pPr>
            <w:r w:rsidRPr="10C4AC62">
              <w:rPr>
                <w:rFonts w:eastAsia="Aptos" w:cs="Aptos"/>
                <w:b/>
                <w:bCs/>
              </w:rPr>
              <w:t>Job Title/Organisation</w:t>
            </w:r>
          </w:p>
        </w:tc>
        <w:tc>
          <w:tcPr>
            <w:tcW w:w="7586" w:type="dxa"/>
            <w:gridSpan w:val="2"/>
            <w:tcMar/>
          </w:tcPr>
          <w:p w:rsidR="10C4AC62" w:rsidP="10C4AC62" w:rsidRDefault="10C4AC62" w14:paraId="7070AECB" w14:textId="77ADE999">
            <w:pPr>
              <w:rPr>
                <w:rFonts w:eastAsia="Aptos" w:cs="Aptos"/>
                <w:b/>
                <w:bCs/>
              </w:rPr>
            </w:pPr>
          </w:p>
        </w:tc>
      </w:tr>
      <w:tr w:rsidR="10C4AC62" w:rsidTr="5DE85EC1" w14:paraId="5980385D" w14:textId="77777777">
        <w:trPr>
          <w:trHeight w:val="480"/>
        </w:trPr>
        <w:tc>
          <w:tcPr>
            <w:tcW w:w="2337" w:type="dxa"/>
            <w:tcMar/>
            <w:vAlign w:val="center"/>
          </w:tcPr>
          <w:p w:rsidR="0331B8F9" w:rsidP="10C4AC62" w:rsidRDefault="0331B8F9" w14:paraId="6628A7E8" w14:textId="47198969">
            <w:pPr>
              <w:spacing w:after="0"/>
            </w:pPr>
            <w:r w:rsidRPr="10C4AC62">
              <w:rPr>
                <w:rFonts w:eastAsia="Aptos" w:cs="Aptos"/>
                <w:b/>
                <w:bCs/>
              </w:rPr>
              <w:t>Relationship to you</w:t>
            </w:r>
          </w:p>
        </w:tc>
        <w:tc>
          <w:tcPr>
            <w:tcW w:w="7586" w:type="dxa"/>
            <w:gridSpan w:val="2"/>
            <w:tcMar/>
          </w:tcPr>
          <w:p w:rsidR="10C4AC62" w:rsidP="10C4AC62" w:rsidRDefault="10C4AC62" w14:paraId="1B08496B" w14:textId="77ADE999">
            <w:pPr>
              <w:rPr>
                <w:rFonts w:eastAsia="Aptos" w:cs="Aptos"/>
                <w:b/>
                <w:bCs/>
              </w:rPr>
            </w:pPr>
          </w:p>
        </w:tc>
      </w:tr>
      <w:tr w:rsidR="10C4AC62" w:rsidTr="5DE85EC1" w14:paraId="7A74BE8B" w14:textId="77777777">
        <w:trPr>
          <w:trHeight w:val="465"/>
        </w:trPr>
        <w:tc>
          <w:tcPr>
            <w:tcW w:w="2337" w:type="dxa"/>
            <w:tcMar/>
            <w:vAlign w:val="center"/>
          </w:tcPr>
          <w:p w:rsidR="0331B8F9" w:rsidP="10C4AC62" w:rsidRDefault="0331B8F9" w14:paraId="6408AC86" w14:textId="6A124818">
            <w:r w:rsidRPr="10C4AC62">
              <w:rPr>
                <w:rFonts w:eastAsia="Aptos" w:cs="Aptos"/>
                <w:b/>
                <w:bCs/>
              </w:rPr>
              <w:t>Email</w:t>
            </w:r>
          </w:p>
        </w:tc>
        <w:tc>
          <w:tcPr>
            <w:tcW w:w="7586" w:type="dxa"/>
            <w:gridSpan w:val="2"/>
            <w:tcMar/>
          </w:tcPr>
          <w:p w:rsidR="10C4AC62" w:rsidP="10C4AC62" w:rsidRDefault="10C4AC62" w14:paraId="4CB83831" w14:textId="7B3C9715">
            <w:pPr>
              <w:rPr>
                <w:rFonts w:eastAsia="Aptos" w:cs="Aptos"/>
                <w:b/>
                <w:bCs/>
              </w:rPr>
            </w:pPr>
          </w:p>
        </w:tc>
      </w:tr>
      <w:tr w:rsidR="10C4AC62" w:rsidTr="5DE85EC1" w14:paraId="641509D9" w14:textId="77777777">
        <w:trPr>
          <w:trHeight w:val="465"/>
        </w:trPr>
        <w:tc>
          <w:tcPr>
            <w:tcW w:w="2337" w:type="dxa"/>
            <w:tcMar/>
            <w:vAlign w:val="center"/>
          </w:tcPr>
          <w:p w:rsidR="0331B8F9" w:rsidP="10C4AC62" w:rsidRDefault="0331B8F9" w14:paraId="037E81E8" w14:textId="2232A63C">
            <w:r w:rsidRPr="10C4AC62">
              <w:rPr>
                <w:rFonts w:eastAsia="Aptos" w:cs="Aptos"/>
                <w:b/>
                <w:bCs/>
              </w:rPr>
              <w:t>Telephone number</w:t>
            </w:r>
          </w:p>
        </w:tc>
        <w:tc>
          <w:tcPr>
            <w:tcW w:w="7586" w:type="dxa"/>
            <w:gridSpan w:val="2"/>
            <w:tcMar/>
          </w:tcPr>
          <w:p w:rsidR="10C4AC62" w:rsidP="10C4AC62" w:rsidRDefault="10C4AC62" w14:paraId="04D038BA" w14:textId="19687960">
            <w:pPr>
              <w:rPr>
                <w:rFonts w:eastAsia="Aptos" w:cs="Aptos"/>
                <w:b/>
                <w:bCs/>
              </w:rPr>
            </w:pPr>
          </w:p>
        </w:tc>
      </w:tr>
      <w:tr w:rsidR="10C4AC62" w:rsidTr="5DE85EC1" w14:paraId="55AC9455" w14:textId="77777777">
        <w:trPr>
          <w:trHeight w:val="465"/>
        </w:trPr>
        <w:tc>
          <w:tcPr>
            <w:tcW w:w="8789" w:type="dxa"/>
            <w:gridSpan w:val="2"/>
            <w:tcMar/>
            <w:vAlign w:val="center"/>
          </w:tcPr>
          <w:p w:rsidR="10C4AC62" w:rsidP="00230F53" w:rsidRDefault="00230F53" w14:paraId="72386F59" w14:textId="1B370861">
            <w:pPr>
              <w:spacing w:after="0"/>
              <w:rPr>
                <w:rFonts w:eastAsia="Aptos" w:cs="Aptos"/>
                <w:b/>
                <w:bCs/>
              </w:rPr>
            </w:pPr>
            <w:r w:rsidRPr="00230F53">
              <w:rPr>
                <w:rFonts w:eastAsia="Aptos" w:cs="Aptos"/>
                <w:b/>
                <w:bCs/>
              </w:rPr>
              <w:t>May we contact this referee without notifying you in advance?</w:t>
            </w:r>
            <w:r>
              <w:rPr>
                <w:rFonts w:eastAsia="Aptos" w:cs="Aptos"/>
                <w:b/>
                <w:bCs/>
              </w:rPr>
              <w:t xml:space="preserve"> </w:t>
            </w:r>
            <w:r w:rsidRPr="00230F53">
              <w:rPr>
                <w:rFonts w:eastAsia="Aptos" w:cs="Aptos"/>
                <w:i/>
                <w:iCs/>
                <w:sz w:val="18"/>
                <w:szCs w:val="18"/>
              </w:rPr>
              <w:t>(please delete as appropriate)</w:t>
            </w:r>
          </w:p>
        </w:tc>
        <w:tc>
          <w:tcPr>
            <w:tcW w:w="1134" w:type="dxa"/>
            <w:tcMar/>
            <w:vAlign w:val="center"/>
          </w:tcPr>
          <w:p w:rsidRPr="00230F53" w:rsidR="10C4AC62" w:rsidP="00230F53" w:rsidRDefault="00230F53" w14:paraId="580367BA" w14:textId="421F3A20">
            <w:pPr>
              <w:spacing w:after="0"/>
              <w:rPr>
                <w:rFonts w:eastAsia="Aptos" w:cs="Aptos"/>
              </w:rPr>
            </w:pPr>
            <w:r w:rsidRPr="00230F53">
              <w:rPr>
                <w:rFonts w:eastAsia="Aptos" w:cs="Aptos"/>
              </w:rPr>
              <w:t>Yes /</w:t>
            </w:r>
            <w:r>
              <w:rPr>
                <w:rFonts w:eastAsia="Aptos" w:cs="Aptos"/>
              </w:rPr>
              <w:t xml:space="preserve"> </w:t>
            </w:r>
            <w:r w:rsidRPr="00230F53">
              <w:rPr>
                <w:rFonts w:eastAsia="Aptos" w:cs="Aptos"/>
              </w:rPr>
              <w:t>No</w:t>
            </w:r>
          </w:p>
        </w:tc>
      </w:tr>
      <w:tr w:rsidR="10C4AC62" w:rsidTr="5DE85EC1" w14:paraId="4BD149D1" w14:textId="77777777">
        <w:trPr>
          <w:trHeight w:val="465"/>
        </w:trPr>
        <w:tc>
          <w:tcPr>
            <w:tcW w:w="9923" w:type="dxa"/>
            <w:gridSpan w:val="3"/>
            <w:shd w:val="clear" w:color="auto" w:fill="F8F3E0"/>
            <w:tcMar/>
            <w:vAlign w:val="center"/>
          </w:tcPr>
          <w:p w:rsidR="12959E14" w:rsidP="10C4AC62" w:rsidRDefault="12959E14" w14:paraId="6FD5F873" w14:textId="20E480E1">
            <w:r w:rsidRPr="10C4AC62">
              <w:rPr>
                <w:rFonts w:eastAsia="Aptos" w:cs="Aptos"/>
                <w:b/>
                <w:bCs/>
              </w:rPr>
              <w:t>Referee 2</w:t>
            </w:r>
          </w:p>
        </w:tc>
      </w:tr>
      <w:tr w:rsidR="10C4AC62" w:rsidTr="5DE85EC1" w14:paraId="1744ED17" w14:textId="77777777">
        <w:trPr>
          <w:trHeight w:val="465"/>
        </w:trPr>
        <w:tc>
          <w:tcPr>
            <w:tcW w:w="2337" w:type="dxa"/>
            <w:tcMar/>
            <w:vAlign w:val="center"/>
          </w:tcPr>
          <w:p w:rsidR="10C4AC62" w:rsidP="10C4AC62" w:rsidRDefault="10C4AC62" w14:paraId="33F057E1" w14:textId="1B9D7E83">
            <w:pPr>
              <w:spacing w:after="0"/>
            </w:pPr>
            <w:r w:rsidRPr="10C4AC62">
              <w:rPr>
                <w:rFonts w:eastAsia="Aptos" w:cs="Aptos"/>
                <w:b/>
                <w:bCs/>
              </w:rPr>
              <w:t>Name</w:t>
            </w:r>
          </w:p>
        </w:tc>
        <w:tc>
          <w:tcPr>
            <w:tcW w:w="7586" w:type="dxa"/>
            <w:gridSpan w:val="2"/>
            <w:tcMar/>
          </w:tcPr>
          <w:p w:rsidR="10C4AC62" w:rsidP="10C4AC62" w:rsidRDefault="10C4AC62" w14:paraId="5459A4FE" w14:textId="500C4F02">
            <w:pPr>
              <w:rPr>
                <w:rFonts w:eastAsia="Aptos" w:cs="Aptos"/>
                <w:b/>
                <w:bCs/>
              </w:rPr>
            </w:pPr>
          </w:p>
        </w:tc>
      </w:tr>
      <w:tr w:rsidR="10C4AC62" w:rsidTr="5DE85EC1" w14:paraId="196ECDCE" w14:textId="77777777">
        <w:trPr>
          <w:trHeight w:val="465"/>
        </w:trPr>
        <w:tc>
          <w:tcPr>
            <w:tcW w:w="2337" w:type="dxa"/>
            <w:tcMar/>
            <w:vAlign w:val="center"/>
          </w:tcPr>
          <w:p w:rsidR="10C4AC62" w:rsidP="10C4AC62" w:rsidRDefault="10C4AC62" w14:paraId="721C88E3" w14:textId="6DD4F00F">
            <w:pPr>
              <w:spacing w:after="0"/>
            </w:pPr>
            <w:r w:rsidRPr="10C4AC62">
              <w:rPr>
                <w:rFonts w:eastAsia="Aptos" w:cs="Aptos"/>
                <w:b/>
                <w:bCs/>
              </w:rPr>
              <w:t>Job Title/Organisation</w:t>
            </w:r>
          </w:p>
        </w:tc>
        <w:tc>
          <w:tcPr>
            <w:tcW w:w="7586" w:type="dxa"/>
            <w:gridSpan w:val="2"/>
            <w:tcMar/>
          </w:tcPr>
          <w:p w:rsidR="10C4AC62" w:rsidP="10C4AC62" w:rsidRDefault="10C4AC62" w14:paraId="1FF2E499" w14:textId="71E9DB27">
            <w:pPr>
              <w:rPr>
                <w:rFonts w:eastAsia="Aptos" w:cs="Aptos"/>
                <w:b/>
                <w:bCs/>
              </w:rPr>
            </w:pPr>
          </w:p>
        </w:tc>
      </w:tr>
      <w:tr w:rsidR="10C4AC62" w:rsidTr="5DE85EC1" w14:paraId="225BACDA" w14:textId="77777777">
        <w:trPr>
          <w:trHeight w:val="465"/>
        </w:trPr>
        <w:tc>
          <w:tcPr>
            <w:tcW w:w="2337" w:type="dxa"/>
            <w:tcMar/>
            <w:vAlign w:val="center"/>
          </w:tcPr>
          <w:p w:rsidR="10C4AC62" w:rsidP="10C4AC62" w:rsidRDefault="10C4AC62" w14:paraId="23853501" w14:textId="47198969">
            <w:pPr>
              <w:spacing w:after="0"/>
            </w:pPr>
            <w:r w:rsidRPr="10C4AC62">
              <w:rPr>
                <w:rFonts w:eastAsia="Aptos" w:cs="Aptos"/>
                <w:b/>
                <w:bCs/>
              </w:rPr>
              <w:t>Relationship to you</w:t>
            </w:r>
          </w:p>
        </w:tc>
        <w:tc>
          <w:tcPr>
            <w:tcW w:w="7586" w:type="dxa"/>
            <w:gridSpan w:val="2"/>
            <w:tcMar/>
          </w:tcPr>
          <w:p w:rsidR="10C4AC62" w:rsidP="10C4AC62" w:rsidRDefault="10C4AC62" w14:paraId="3F3CB228" w14:textId="57E7089E">
            <w:pPr>
              <w:rPr>
                <w:rFonts w:eastAsia="Aptos" w:cs="Aptos"/>
                <w:b/>
                <w:bCs/>
              </w:rPr>
            </w:pPr>
          </w:p>
        </w:tc>
      </w:tr>
      <w:tr w:rsidR="10C4AC62" w:rsidTr="5DE85EC1" w14:paraId="3A35654E" w14:textId="77777777">
        <w:trPr>
          <w:trHeight w:val="465"/>
        </w:trPr>
        <w:tc>
          <w:tcPr>
            <w:tcW w:w="2337" w:type="dxa"/>
            <w:tcMar/>
            <w:vAlign w:val="center"/>
          </w:tcPr>
          <w:p w:rsidR="10C4AC62" w:rsidP="10C4AC62" w:rsidRDefault="10C4AC62" w14:paraId="799813C2" w14:textId="6A124818">
            <w:r w:rsidRPr="10C4AC62">
              <w:rPr>
                <w:rFonts w:eastAsia="Aptos" w:cs="Aptos"/>
                <w:b/>
                <w:bCs/>
              </w:rPr>
              <w:t>Email</w:t>
            </w:r>
          </w:p>
        </w:tc>
        <w:tc>
          <w:tcPr>
            <w:tcW w:w="7586" w:type="dxa"/>
            <w:gridSpan w:val="2"/>
            <w:tcMar/>
          </w:tcPr>
          <w:p w:rsidR="10C4AC62" w:rsidP="10C4AC62" w:rsidRDefault="10C4AC62" w14:paraId="687B8628" w14:textId="2DCA0388">
            <w:pPr>
              <w:rPr>
                <w:rFonts w:eastAsia="Aptos" w:cs="Aptos"/>
                <w:b/>
                <w:bCs/>
              </w:rPr>
            </w:pPr>
          </w:p>
        </w:tc>
      </w:tr>
      <w:tr w:rsidR="10C4AC62" w:rsidTr="5DE85EC1" w14:paraId="7BE98E25" w14:textId="77777777">
        <w:trPr>
          <w:trHeight w:val="465"/>
        </w:trPr>
        <w:tc>
          <w:tcPr>
            <w:tcW w:w="2337" w:type="dxa"/>
            <w:tcMar/>
            <w:vAlign w:val="center"/>
          </w:tcPr>
          <w:p w:rsidR="10C4AC62" w:rsidP="10C4AC62" w:rsidRDefault="10C4AC62" w14:paraId="52C203FB" w14:textId="2232A63C">
            <w:r w:rsidRPr="10C4AC62">
              <w:rPr>
                <w:rFonts w:eastAsia="Aptos" w:cs="Aptos"/>
                <w:b/>
                <w:bCs/>
              </w:rPr>
              <w:t>Telephone number</w:t>
            </w:r>
          </w:p>
        </w:tc>
        <w:tc>
          <w:tcPr>
            <w:tcW w:w="7586" w:type="dxa"/>
            <w:gridSpan w:val="2"/>
            <w:tcMar/>
          </w:tcPr>
          <w:p w:rsidR="10C4AC62" w:rsidP="10C4AC62" w:rsidRDefault="10C4AC62" w14:paraId="288C039E" w14:textId="1F112DC4">
            <w:pPr>
              <w:rPr>
                <w:rFonts w:eastAsia="Aptos" w:cs="Aptos"/>
                <w:b/>
                <w:bCs/>
              </w:rPr>
            </w:pPr>
          </w:p>
        </w:tc>
      </w:tr>
      <w:tr w:rsidR="00230F53" w:rsidTr="5DE85EC1" w14:paraId="116EAA18" w14:textId="77777777">
        <w:trPr>
          <w:trHeight w:val="465"/>
        </w:trPr>
        <w:tc>
          <w:tcPr>
            <w:tcW w:w="8789" w:type="dxa"/>
            <w:gridSpan w:val="2"/>
            <w:tcMar/>
            <w:vAlign w:val="center"/>
          </w:tcPr>
          <w:p w:rsidR="00230F53" w:rsidP="00230F53" w:rsidRDefault="00230F53" w14:paraId="04706891" w14:textId="50FABE6A">
            <w:pPr>
              <w:spacing w:after="0"/>
              <w:rPr>
                <w:rFonts w:eastAsia="Aptos" w:cs="Aptos"/>
                <w:b/>
                <w:bCs/>
              </w:rPr>
            </w:pPr>
            <w:r w:rsidRPr="00230F53">
              <w:rPr>
                <w:rFonts w:eastAsia="Aptos" w:cs="Aptos"/>
                <w:b/>
                <w:bCs/>
              </w:rPr>
              <w:t>May we contact this referee without notifying you in advance?</w:t>
            </w:r>
            <w:r>
              <w:rPr>
                <w:rFonts w:eastAsia="Aptos" w:cs="Aptos"/>
                <w:b/>
                <w:bCs/>
              </w:rPr>
              <w:t xml:space="preserve"> </w:t>
            </w:r>
            <w:r w:rsidRPr="00230F53">
              <w:rPr>
                <w:rFonts w:eastAsia="Aptos" w:cs="Aptos"/>
                <w:i/>
                <w:iCs/>
                <w:sz w:val="18"/>
                <w:szCs w:val="18"/>
              </w:rPr>
              <w:t>(please delete as appropriate)</w:t>
            </w:r>
          </w:p>
        </w:tc>
        <w:tc>
          <w:tcPr>
            <w:tcW w:w="1134" w:type="dxa"/>
            <w:tcMar/>
            <w:vAlign w:val="center"/>
          </w:tcPr>
          <w:p w:rsidR="00230F53" w:rsidP="00230F53" w:rsidRDefault="00230F53" w14:paraId="43C1A22F" w14:textId="3E67C425">
            <w:pPr>
              <w:spacing w:after="0"/>
              <w:rPr>
                <w:rFonts w:eastAsia="Aptos" w:cs="Aptos"/>
                <w:b/>
                <w:bCs/>
              </w:rPr>
            </w:pPr>
            <w:r w:rsidRPr="00230F53">
              <w:rPr>
                <w:rFonts w:eastAsia="Aptos" w:cs="Aptos"/>
              </w:rPr>
              <w:t>Yes /</w:t>
            </w:r>
            <w:r>
              <w:rPr>
                <w:rFonts w:eastAsia="Aptos" w:cs="Aptos"/>
              </w:rPr>
              <w:t xml:space="preserve"> </w:t>
            </w:r>
            <w:r w:rsidRPr="00230F53">
              <w:rPr>
                <w:rFonts w:eastAsia="Aptos" w:cs="Aptos"/>
              </w:rPr>
              <w:t>No</w:t>
            </w:r>
          </w:p>
        </w:tc>
      </w:tr>
    </w:tbl>
    <w:p w:rsidR="2960A79A" w:rsidP="00230F53" w:rsidRDefault="2960A79A" w14:paraId="141FE11C" w14:textId="32475C26">
      <w:pPr>
        <w:spacing w:before="240"/>
        <w:rPr>
          <w:rFonts w:eastAsia="Aptos" w:cs="Aptos"/>
          <w:i/>
          <w:iCs/>
        </w:rPr>
      </w:pPr>
      <w:r w:rsidRPr="10C4AC62">
        <w:rPr>
          <w:rFonts w:eastAsia="Aptos" w:cs="Aptos"/>
          <w:i/>
          <w:iCs/>
        </w:rPr>
        <w:t>Any offer of appointment will be subject to two satisfactory references. References will normally be sought for the preferred candidate following interview.</w:t>
      </w:r>
    </w:p>
    <w:p w:rsidR="00725839" w:rsidP="1DB0D312" w:rsidRDefault="1DB0D312" w14:paraId="21C6F558" w14:textId="77777777">
      <w:pPr>
        <w:pStyle w:val="Heading1"/>
        <w:rPr>
          <w:rFonts w:ascii="Aptos" w:hAnsi="Aptos" w:eastAsia="Aptos" w:cs="Aptos"/>
        </w:rPr>
      </w:pPr>
      <w:r w:rsidRPr="1DB0D312">
        <w:rPr>
          <w:rFonts w:ascii="Aptos" w:hAnsi="Aptos" w:eastAsia="Aptos" w:cs="Aptos"/>
        </w:rPr>
        <w:t>4. Right to work</w:t>
      </w:r>
    </w:p>
    <w:p w:rsidR="00725839" w:rsidP="1DB0D312" w:rsidRDefault="1DB0D312" w14:paraId="02FF4F1B" w14:textId="77777777">
      <w:pPr>
        <w:spacing w:after="100"/>
        <w:rPr>
          <w:rFonts w:eastAsia="Aptos" w:cs="Aptos"/>
        </w:rPr>
      </w:pPr>
      <w:r w:rsidRPr="1DB0D312">
        <w:rPr>
          <w:rFonts w:eastAsia="Aptos" w:cs="Aptos"/>
        </w:rPr>
        <w:t>Do you currently have the right to work in the UK?   ☐ Yes     ☐ No</w:t>
      </w:r>
    </w:p>
    <w:p w:rsidR="00725839" w:rsidP="1DB0D312" w:rsidRDefault="1DB0D312" w14:paraId="6E35BE3E" w14:textId="77777777">
      <w:pPr>
        <w:rPr>
          <w:rFonts w:eastAsia="Aptos" w:cs="Aptos"/>
          <w:i/>
          <w:iCs/>
        </w:rPr>
      </w:pPr>
      <w:r w:rsidRPr="1DB0D312">
        <w:rPr>
          <w:rFonts w:eastAsia="Aptos" w:cs="Aptos"/>
          <w:i/>
          <w:iCs/>
        </w:rPr>
        <w:t>Evidence of the right to work in the UK will be required before employment begins.</w:t>
      </w:r>
    </w:p>
    <w:p w:rsidR="00725839" w:rsidP="1DB0D312" w:rsidRDefault="1DB0D312" w14:paraId="0F9B2995" w14:textId="77777777">
      <w:pPr>
        <w:pStyle w:val="Heading1"/>
        <w:rPr>
          <w:rFonts w:ascii="Aptos" w:hAnsi="Aptos" w:eastAsia="Aptos" w:cs="Aptos"/>
        </w:rPr>
      </w:pPr>
      <w:r w:rsidRPr="1DB0D312">
        <w:rPr>
          <w:rFonts w:ascii="Aptos" w:hAnsi="Aptos" w:eastAsia="Aptos" w:cs="Aptos"/>
        </w:rPr>
        <w:lastRenderedPageBreak/>
        <w:t>5. Recruitment adjustments</w:t>
      </w:r>
    </w:p>
    <w:p w:rsidR="00725839" w:rsidP="1DB0D312" w:rsidRDefault="1DB0D312" w14:paraId="7B1376FC" w14:textId="77777777">
      <w:pPr>
        <w:rPr>
          <w:rFonts w:eastAsia="Aptos" w:cs="Aptos"/>
        </w:rPr>
      </w:pPr>
      <w:r w:rsidRPr="1DB0D312">
        <w:rPr>
          <w:rFonts w:eastAsia="Aptos" w:cs="Aptos"/>
        </w:rPr>
        <w:t>We want our recruitment process to be accessible.</w:t>
      </w:r>
    </w:p>
    <w:p w:rsidR="00725839" w:rsidP="1DB0D312" w:rsidRDefault="1DB0D312" w14:paraId="7FF243EE" w14:textId="77777777">
      <w:pPr>
        <w:spacing w:after="100"/>
        <w:rPr>
          <w:rFonts w:eastAsia="Aptos" w:cs="Aptos"/>
        </w:rPr>
      </w:pPr>
      <w:r w:rsidRPr="1DB0D312">
        <w:rPr>
          <w:rFonts w:eastAsia="Aptos" w:cs="Aptos"/>
        </w:rPr>
        <w:t>Do you require any reasonable adjustments or other arrangements to enable you to participate fully in the recruitment process?   ☐ Yes     ☐ No</w:t>
      </w:r>
    </w:p>
    <w:p w:rsidR="00725839" w:rsidP="1DB0D312" w:rsidRDefault="1DB0D312" w14:paraId="1BD6E212" w14:textId="77777777">
      <w:pPr>
        <w:rPr>
          <w:rFonts w:eastAsia="Aptos" w:cs="Aptos"/>
        </w:rPr>
      </w:pPr>
      <w:r w:rsidRPr="1DB0D312">
        <w:rPr>
          <w:rFonts w:eastAsia="Aptos" w:cs="Aptos"/>
        </w:rPr>
        <w:t>If yes, please tell us what would be helpful:</w:t>
      </w:r>
    </w:p>
    <w:p w:rsidR="00725839" w:rsidP="5DE85EC1" w:rsidRDefault="1DB0D312" w14:paraId="515573A2" w14:textId="1348EC06">
      <w:pPr>
        <w:spacing w:before="0" w:beforeAutospacing="off" w:line="360" w:lineRule="auto"/>
        <w:rPr>
          <w:rFonts w:eastAsia="Aptos" w:cs="Aptos"/>
        </w:rPr>
      </w:pPr>
      <w:r w:rsidRPr="5DE85EC1" w:rsidR="60304D56">
        <w:rPr>
          <w:rFonts w:eastAsia="Aptos" w:cs="Aptos"/>
        </w:rPr>
        <w:t>............................................................................................</w:t>
      </w:r>
      <w:r w:rsidRPr="5DE85EC1" w:rsidR="6032328F">
        <w:rPr>
          <w:rFonts w:eastAsia="Aptos" w:cs="Aptos"/>
        </w:rPr>
        <w:t>..............................................................................................................................................................................................................................................................................................................................................................................................</w:t>
      </w:r>
    </w:p>
    <w:p w:rsidR="00725839" w:rsidP="1DB0D312" w:rsidRDefault="1DB0D312" w14:paraId="3342FF9E" w14:textId="77777777">
      <w:pPr>
        <w:pStyle w:val="Heading1"/>
        <w:rPr>
          <w:rFonts w:ascii="Aptos" w:hAnsi="Aptos" w:eastAsia="Aptos" w:cs="Aptos"/>
        </w:rPr>
      </w:pPr>
      <w:r w:rsidRPr="1DB0D312">
        <w:rPr>
          <w:rFonts w:ascii="Aptos" w:hAnsi="Aptos" w:eastAsia="Aptos" w:cs="Aptos"/>
        </w:rPr>
        <w:t>6. Declaration</w:t>
      </w:r>
    </w:p>
    <w:p w:rsidR="00725839" w:rsidP="1DB0D312" w:rsidRDefault="1DB0D312" w14:paraId="7C6D1C07" w14:textId="77777777">
      <w:pPr>
        <w:rPr>
          <w:rFonts w:eastAsia="Aptos" w:cs="Aptos"/>
        </w:rPr>
      </w:pPr>
      <w:r w:rsidRPr="5DE85EC1" w:rsidR="60304D56">
        <w:rPr>
          <w:rFonts w:eastAsia="Aptos" w:cs="Aptos"/>
        </w:rPr>
        <w:t>I confirm that, to the best of my knowledge, the information I have provided as part of my application is accurate and complete. I understand that any offer of employment will be subject to the Trust’s safer recruitment checks, including satisfactory references, verification of my right to work in the UK and a DBS check at the appropriate level for the role.</w:t>
      </w:r>
    </w:p>
    <w:p w:rsidR="5DE85EC1" w:rsidP="5DE85EC1" w:rsidRDefault="5DE85EC1" w14:paraId="6D364720" w14:textId="4F8BBBF4">
      <w:pPr>
        <w:spacing w:after="100"/>
        <w:rPr>
          <w:rFonts w:eastAsia="Aptos" w:cs="Aptos"/>
          <w:b w:val="1"/>
          <w:bCs w:val="1"/>
        </w:rPr>
      </w:pPr>
    </w:p>
    <w:p w:rsidR="00725839" w:rsidP="1DB0D312" w:rsidRDefault="1DB0D312" w14:paraId="4654A80F" w14:textId="2AB3FB27">
      <w:pPr>
        <w:spacing w:after="100"/>
        <w:rPr>
          <w:rFonts w:eastAsia="Aptos" w:cs="Aptos"/>
        </w:rPr>
      </w:pPr>
      <w:r w:rsidRPr="5DE85EC1" w:rsidR="60304D56">
        <w:rPr>
          <w:rFonts w:eastAsia="Aptos" w:cs="Aptos"/>
          <w:b w:val="1"/>
          <w:bCs w:val="1"/>
        </w:rPr>
        <w:t>Name:</w:t>
      </w:r>
      <w:r w:rsidRPr="5DE85EC1" w:rsidR="60304D56">
        <w:rPr>
          <w:rFonts w:eastAsia="Aptos" w:cs="Aptos"/>
        </w:rPr>
        <w:t xml:space="preserve"> ....................................................................</w:t>
      </w:r>
      <w:r w:rsidRPr="5DE85EC1" w:rsidR="62B68E75">
        <w:rPr>
          <w:rFonts w:eastAsia="Aptos" w:cs="Aptos"/>
        </w:rPr>
        <w:t>..</w:t>
      </w:r>
    </w:p>
    <w:p w:rsidR="5DE85EC1" w:rsidP="5DE85EC1" w:rsidRDefault="5DE85EC1" w14:paraId="63C6325B" w14:textId="3D3F69A2">
      <w:pPr>
        <w:spacing w:after="100"/>
        <w:rPr>
          <w:rFonts w:eastAsia="Aptos" w:cs="Aptos"/>
          <w:b w:val="1"/>
          <w:bCs w:val="1"/>
        </w:rPr>
      </w:pPr>
    </w:p>
    <w:p w:rsidR="00725839" w:rsidP="1DB0D312" w:rsidRDefault="1DB0D312" w14:paraId="50B60A87" w14:textId="18BB0B33">
      <w:pPr>
        <w:spacing w:after="100"/>
        <w:rPr>
          <w:rFonts w:eastAsia="Aptos" w:cs="Aptos"/>
        </w:rPr>
      </w:pPr>
      <w:r w:rsidRPr="5DE85EC1" w:rsidR="60304D56">
        <w:rPr>
          <w:rFonts w:eastAsia="Aptos" w:cs="Aptos"/>
          <w:b w:val="1"/>
          <w:bCs w:val="1"/>
        </w:rPr>
        <w:t>Signature:</w:t>
      </w:r>
      <w:r w:rsidRPr="5DE85EC1" w:rsidR="60304D56">
        <w:rPr>
          <w:rFonts w:eastAsia="Aptos" w:cs="Aptos"/>
        </w:rPr>
        <w:t xml:space="preserve"> ................................................................</w:t>
      </w:r>
    </w:p>
    <w:p w:rsidR="00725839" w:rsidP="1DB0D312" w:rsidRDefault="1DB0D312" w14:paraId="4E448FF8" w14:textId="77777777">
      <w:pPr>
        <w:spacing w:after="100"/>
        <w:rPr>
          <w:rFonts w:eastAsia="Aptos" w:cs="Aptos"/>
        </w:rPr>
      </w:pPr>
      <w:r w:rsidRPr="1DB0D312">
        <w:rPr>
          <w:rFonts w:eastAsia="Aptos" w:cs="Aptos"/>
          <w:b/>
          <w:bCs/>
        </w:rPr>
        <w:t>Date:</w:t>
      </w:r>
      <w:r w:rsidRPr="1DB0D312">
        <w:rPr>
          <w:rFonts w:eastAsia="Aptos" w:cs="Aptos"/>
        </w:rPr>
        <w:t xml:space="preserve"> ........................................................................</w:t>
      </w:r>
    </w:p>
    <w:sectPr w:rsidR="00725839" w:rsidSect="00034616">
      <w:headerReference w:type="default" r:id="rId10"/>
      <w:footerReference w:type="default" r:id="rId11"/>
      <w:pgSz w:w="12240" w:h="15840" w:orient="portrait"/>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2651" w:rsidRDefault="00D92651" w14:paraId="485CE7DF" w14:textId="77777777">
      <w:pPr>
        <w:spacing w:after="0" w:line="240" w:lineRule="auto"/>
      </w:pPr>
      <w:r>
        <w:separator/>
      </w:r>
    </w:p>
  </w:endnote>
  <w:endnote w:type="continuationSeparator" w:id="0">
    <w:p w:rsidR="00D92651" w:rsidRDefault="00D92651" w14:paraId="177148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E85EC1" w:rsidP="5DE85EC1" w:rsidRDefault="5DE85EC1" w14:paraId="13A6BBFB" w14:textId="23385CFD">
    <w:pPr>
      <w:pStyle w:val="Footer"/>
      <w:jc w:val="right"/>
    </w:pPr>
    <w:r>
      <w:fldChar w:fldCharType="begin"/>
    </w:r>
    <w:r>
      <w:instrText xml:space="preserve">PAGE</w:instrText>
    </w:r>
    <w:r>
      <w:fldChar w:fldCharType="separate"/>
    </w:r>
    <w:r>
      <w:fldChar w:fldCharType="end"/>
    </w:r>
  </w:p>
  <w:p w:rsidR="00725839" w:rsidP="2A1A8928" w:rsidRDefault="2A1A8928" w14:paraId="1DA7E242" w14:textId="2A250C35">
    <w:pPr>
      <w:pStyle w:val="Footer"/>
      <w:jc w:val="center"/>
      <w:rPr>
        <w:color w:val="747373"/>
        <w:sz w:val="14"/>
        <w:szCs w:val="14"/>
      </w:rPr>
    </w:pPr>
    <w:r w:rsidRPr="2A1A8928">
      <w:rPr>
        <w:color w:val="747373"/>
        <w:sz w:val="16"/>
        <w:szCs w:val="16"/>
      </w:rPr>
      <w:t>The Friends of Abingdon Abbey Buildings Trust | Charity No. 1183398</w:t>
    </w:r>
  </w:p>
  <w:p w:rsidR="00725839" w:rsidP="2A1A8928" w:rsidRDefault="2A1A8928" w14:paraId="22B2F11E" w14:textId="27E7AC85">
    <w:pPr>
      <w:pStyle w:val="Footer"/>
      <w:jc w:val="center"/>
      <w:rPr>
        <w:color w:val="747373"/>
        <w:sz w:val="14"/>
        <w:szCs w:val="14"/>
      </w:rPr>
    </w:pPr>
    <w:r w:rsidRPr="2A1A8928">
      <w:rPr>
        <w:color w:val="747373"/>
        <w:sz w:val="16"/>
        <w:szCs w:val="16"/>
      </w:rPr>
      <w:t xml:space="preserve"> Community Officer Recruitment Pack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2651" w:rsidRDefault="00D92651" w14:paraId="29B015E7" w14:textId="77777777">
      <w:pPr>
        <w:spacing w:after="0" w:line="240" w:lineRule="auto"/>
      </w:pPr>
      <w:r>
        <w:separator/>
      </w:r>
    </w:p>
  </w:footnote>
  <w:footnote w:type="continuationSeparator" w:id="0">
    <w:p w:rsidR="00D92651" w:rsidRDefault="00D92651" w14:paraId="6CD95B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10"/>
      <w:gridCol w:w="3310"/>
      <w:gridCol w:w="3310"/>
    </w:tblGrid>
    <w:tr w:rsidR="2A1A8928" w:rsidTr="2A1A8928" w14:paraId="45E29CCA" w14:textId="77777777">
      <w:trPr>
        <w:trHeight w:val="300"/>
      </w:trPr>
      <w:tc>
        <w:tcPr>
          <w:tcW w:w="3310" w:type="dxa"/>
        </w:tcPr>
        <w:p w:rsidR="2A1A8928" w:rsidP="2A1A8928" w:rsidRDefault="2A1A8928" w14:paraId="6917565E" w14:textId="2FE75B8C">
          <w:pPr>
            <w:pStyle w:val="Header"/>
            <w:ind w:left="-115"/>
          </w:pPr>
        </w:p>
      </w:tc>
      <w:tc>
        <w:tcPr>
          <w:tcW w:w="3310" w:type="dxa"/>
        </w:tcPr>
        <w:p w:rsidR="2A1A8928" w:rsidP="2A1A8928" w:rsidRDefault="2A1A8928" w14:paraId="11C873F9" w14:textId="7A09F500">
          <w:pPr>
            <w:pStyle w:val="Header"/>
            <w:jc w:val="center"/>
          </w:pPr>
        </w:p>
      </w:tc>
      <w:tc>
        <w:tcPr>
          <w:tcW w:w="3310" w:type="dxa"/>
        </w:tcPr>
        <w:p w:rsidR="2A1A8928" w:rsidP="2A1A8928" w:rsidRDefault="2A1A8928" w14:paraId="61660E55" w14:textId="376696A9">
          <w:pPr>
            <w:pStyle w:val="Header"/>
            <w:ind w:right="-115"/>
            <w:jc w:val="right"/>
          </w:pPr>
        </w:p>
      </w:tc>
    </w:tr>
  </w:tbl>
  <w:p w:rsidR="2A1A8928" w:rsidP="2A1A8928" w:rsidRDefault="2A1A8928" w14:paraId="4ED9E0EC" w14:textId="2BA3E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393115554">
    <w:abstractNumId w:val="8"/>
  </w:num>
  <w:num w:numId="2" w16cid:durableId="2100177506">
    <w:abstractNumId w:val="6"/>
  </w:num>
  <w:num w:numId="3" w16cid:durableId="890649744">
    <w:abstractNumId w:val="5"/>
  </w:num>
  <w:num w:numId="4" w16cid:durableId="1706057626">
    <w:abstractNumId w:val="4"/>
  </w:num>
  <w:num w:numId="5" w16cid:durableId="1179924924">
    <w:abstractNumId w:val="7"/>
  </w:num>
  <w:num w:numId="6" w16cid:durableId="518158649">
    <w:abstractNumId w:val="3"/>
  </w:num>
  <w:num w:numId="7" w16cid:durableId="2018801422">
    <w:abstractNumId w:val="2"/>
  </w:num>
  <w:num w:numId="8" w16cid:durableId="237906314">
    <w:abstractNumId w:val="1"/>
  </w:num>
  <w:num w:numId="9" w16cid:durableId="103305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0F53"/>
    <w:rsid w:val="00279F51"/>
    <w:rsid w:val="0029639D"/>
    <w:rsid w:val="00326F90"/>
    <w:rsid w:val="00360CDD"/>
    <w:rsid w:val="00531F6A"/>
    <w:rsid w:val="00725839"/>
    <w:rsid w:val="00974747"/>
    <w:rsid w:val="00AA1D8D"/>
    <w:rsid w:val="00B47730"/>
    <w:rsid w:val="00CB0664"/>
    <w:rsid w:val="00D92651"/>
    <w:rsid w:val="00FC693F"/>
    <w:rsid w:val="0331B8F9"/>
    <w:rsid w:val="05A510A7"/>
    <w:rsid w:val="06819246"/>
    <w:rsid w:val="06A4CE31"/>
    <w:rsid w:val="09A694E7"/>
    <w:rsid w:val="0B50F598"/>
    <w:rsid w:val="0B54CE1F"/>
    <w:rsid w:val="1055F062"/>
    <w:rsid w:val="10C4AC62"/>
    <w:rsid w:val="1175D4B8"/>
    <w:rsid w:val="12959E14"/>
    <w:rsid w:val="152C5D9D"/>
    <w:rsid w:val="16412A30"/>
    <w:rsid w:val="19100CA5"/>
    <w:rsid w:val="1DA06FB9"/>
    <w:rsid w:val="1DB0D312"/>
    <w:rsid w:val="1DC4BF56"/>
    <w:rsid w:val="2236D2AD"/>
    <w:rsid w:val="22D4036F"/>
    <w:rsid w:val="25636C8C"/>
    <w:rsid w:val="2960A79A"/>
    <w:rsid w:val="2A0DD7FA"/>
    <w:rsid w:val="2A1A8928"/>
    <w:rsid w:val="35F72FFA"/>
    <w:rsid w:val="380DD7CD"/>
    <w:rsid w:val="39BFC4A6"/>
    <w:rsid w:val="3A4A2013"/>
    <w:rsid w:val="3BF9F4C1"/>
    <w:rsid w:val="53C1694B"/>
    <w:rsid w:val="56BD5C25"/>
    <w:rsid w:val="5DE85EC1"/>
    <w:rsid w:val="5E456488"/>
    <w:rsid w:val="5E8EDC70"/>
    <w:rsid w:val="60304D56"/>
    <w:rsid w:val="6032328F"/>
    <w:rsid w:val="62B68E75"/>
    <w:rsid w:val="679B7D79"/>
    <w:rsid w:val="69177E73"/>
    <w:rsid w:val="6C5BF0B9"/>
    <w:rsid w:val="70BC7098"/>
    <w:rsid w:val="776687A0"/>
    <w:rsid w:val="79BCE7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4252157-FFD8-4354-8FF5-1A77365C1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pPr>
    <w:rPr>
      <w:rFonts w:ascii="Aptos" w:hAnsi="Aptos"/>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hAnsiTheme="majorHAnsi" w:eastAsiaTheme="majorEastAsia" w:cstheme="majorBidi"/>
      <w:b/>
      <w:bCs/>
      <w:color w:val="897220"/>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hAnsiTheme="majorHAnsi" w:eastAsiaTheme="majorEastAsia" w:cstheme="majorBidi"/>
      <w:b/>
      <w:bCs/>
      <w:color w:val="89722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160" w:line="240" w:lineRule="auto"/>
      <w:contextualSpacing/>
    </w:pPr>
    <w:rPr>
      <w:rFonts w:asciiTheme="majorHAnsi" w:hAnsiTheme="majorHAnsi" w:eastAsiaTheme="majorEastAsia" w:cstheme="majorBidi"/>
      <w:b/>
      <w:color w:val="897220"/>
      <w:spacing w:val="5"/>
      <w:kern w:val="28"/>
      <w:sz w:val="4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Tamzin Einon</lastModifiedBy>
  <revision>10</revision>
  <dcterms:created xsi:type="dcterms:W3CDTF">2013-12-23T23:15:00.0000000Z</dcterms:created>
  <dcterms:modified xsi:type="dcterms:W3CDTF">2026-09-21T10:04:39.9634149Z</dcterms:modified>
  <category/>
</coreProperties>
</file>