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Battle Ready - Getting the Demons Out of Your Marriage by Pastor Dean Odle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2025-05-10 (video upload date)</w:t>
            </w:r>
          </w:p>
        </w:tc>
      </w:tr>
      <w:tr>
        <w:tc>
          <w:tcPr>
            <w:tcW w:type="dxa" w:w="2016"/>
            <w:vAlign w:val="center"/>
          </w:tcPr>
          <w:p>
            <w:r>
              <w:rPr>
                <w:b/>
              </w:rPr>
              <w:t>Duration</w:t>
            </w:r>
          </w:p>
        </w:tc>
        <w:tc>
          <w:tcPr>
            <w:tcW w:type="dxa" w:w="7920"/>
            <w:vAlign w:val="center"/>
          </w:tcPr>
          <w:p>
            <w:r>
              <w:t>1:17:35</w:t>
            </w:r>
          </w:p>
        </w:tc>
      </w:tr>
      <w:tr>
        <w:tc>
          <w:tcPr>
            <w:tcW w:type="dxa" w:w="2016"/>
            <w:vAlign w:val="center"/>
          </w:tcPr>
          <w:p>
            <w:r>
              <w:rPr>
                <w:b/>
              </w:rPr>
              <w:t>Source</w:t>
            </w:r>
          </w:p>
        </w:tc>
        <w:tc>
          <w:tcPr>
            <w:tcW w:type="dxa" w:w="7920"/>
            <w:vAlign w:val="center"/>
          </w:tcPr>
          <w:p>
            <w:r>
              <w:t>https://www.youtube.com/watch?v=NG44x0YyUOA</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0:00-9:42</w:t>
      </w:r>
    </w:p>
    <w:p>
      <w:pPr>
        <w:keepNext/>
      </w:pPr>
      <w:r>
        <w:rPr>
          <w:b/>
          <w:color w:val="2E74B5"/>
        </w:rPr>
        <w:t>Pastor Dean Odle</w:t>
      </w:r>
    </w:p>
    <w:p>
      <w:pPr>
        <w:keepLines/>
      </w:pPr>
      <w:r>
        <w:t>Odle focuses on marriage and covenant. The message argues that marriage is treated as a covenant requiring faithfulness, sacrifice, truth, and biblical order. It connects this with the conviction that demonic influence must be answered through Christ’s authority and the freedom He provides. The practical emphasis is to test the teaching by Scripture and apply it through faithful obedience.</w:t>
      </w:r>
    </w:p>
    <w:p>
      <w:pPr>
        <w:pStyle w:val="Heading2"/>
        <w:keepNext/>
      </w:pPr>
      <w:r>
        <w:t>2. 9:42-19:24</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Scripture is presented as the standard for doctrine, discernment, and daily obedience. The practical emphasis is to trust God’s promises and refuse decisions governed by fear.</w:t>
      </w:r>
    </w:p>
    <w:p>
      <w:pPr>
        <w:pStyle w:val="Heading2"/>
        <w:keepNext/>
      </w:pPr>
      <w:r>
        <w:t>3. 19:24-29:06</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4. 29:06-38:48</w:t>
      </w:r>
    </w:p>
    <w:p>
      <w:pPr>
        <w:keepNext/>
      </w:pPr>
      <w:r>
        <w:rPr>
          <w:b/>
          <w:color w:val="2E74B5"/>
        </w:rPr>
        <w:t>Pastor Dean Odle</w:t>
      </w:r>
    </w:p>
    <w:p>
      <w:pPr>
        <w:keepLines/>
      </w:pPr>
      <w:r>
        <w:t>Odle focuses on marriage and covenant while working through James 4:7. The message argues that marriage is treated as a covenant requiring faithfulness, sacrifice, truth, and biblical order. It connects this with the conviction that demonic influence must be answered through Christ’s authority and the freedom He provides. The practical emphasis is to test the teaching by Scripture and apply it through faithful obedience.</w:t>
      </w:r>
    </w:p>
    <w:p>
      <w:pPr>
        <w:pStyle w:val="Heading2"/>
        <w:keepNext/>
      </w:pPr>
      <w:r>
        <w:t>5. 38:48-48:29</w:t>
      </w:r>
    </w:p>
    <w:p>
      <w:pPr>
        <w:keepNext/>
      </w:pPr>
      <w:r>
        <w:rPr>
          <w:b/>
          <w:color w:val="2E74B5"/>
        </w:rPr>
        <w:t>Pastor Dean Odle</w:t>
      </w:r>
    </w:p>
    <w:p>
      <w:pPr>
        <w:keepLines/>
      </w:pPr>
      <w:r>
        <w:t>Odle focuses on Satanic opposition while working through James 4:7. The message argues that Satan’s work is described through deception, accusation, temptation, and opposition to God’s purposes. It connects this with the conviction that marriage is treated as a covenant requiring faithfulness, sacrifice, truth, and biblical order. The practical emphasis is to test the teaching by Scripture and apply it through faithful obedience.</w:t>
      </w:r>
    </w:p>
    <w:p>
      <w:pPr>
        <w:pStyle w:val="Heading2"/>
        <w:keepNext/>
      </w:pPr>
      <w:r>
        <w:t>6. 48:29-58:11</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spiritual anointing is given for service and must remain joined to character and obedience. The practical emphasis is to seek God in prayer and act on what Scripture requires.</w:t>
      </w:r>
    </w:p>
    <w:p>
      <w:pPr>
        <w:pStyle w:val="Heading2"/>
        <w:keepNext/>
      </w:pPr>
      <w:r>
        <w:t>7. 58:11-1:07:53</w:t>
      </w:r>
    </w:p>
    <w:p>
      <w:pPr>
        <w:keepNext/>
      </w:pPr>
      <w:r>
        <w:rPr>
          <w:b/>
          <w:color w:val="2E74B5"/>
        </w:rPr>
        <w:t>Pastor Dean Odle</w:t>
      </w:r>
    </w:p>
    <w:p>
      <w:pPr>
        <w:keepLines/>
      </w:pPr>
      <w:r>
        <w:t>Odle focuses on demons and deliverance while working through Luke 13, Luke 8, Luke 7:21.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keepNext/>
      </w:pPr>
      <w:r>
        <w:t>8. 1:07:53-1:17:35</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faithfulness in the home requires instruction, loving correction, protection, and a consistent Christian example.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