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Forsake All</w:t>
      </w:r>
    </w:p>
    <w:p>
      <w:pPr>
        <w:pStyle w:val="Subtitle"/>
        <w:jc w:val="center"/>
      </w:pPr>
      <w:r>
        <w:t>Timestamped Transcript Guide</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2024-09-08 (video upload date)</w:t>
            </w:r>
          </w:p>
        </w:tc>
      </w:tr>
      <w:tr>
        <w:tc>
          <w:tcPr>
            <w:tcW w:type="dxa" w:w="2016"/>
            <w:vAlign w:val="center"/>
          </w:tcPr>
          <w:p>
            <w:r>
              <w:rPr>
                <w:b/>
              </w:rPr>
              <w:t>Duration</w:t>
            </w:r>
          </w:p>
        </w:tc>
        <w:tc>
          <w:tcPr>
            <w:tcW w:type="dxa" w:w="7920"/>
            <w:vAlign w:val="center"/>
          </w:tcPr>
          <w:p>
            <w:r>
              <w:t>1:28:58</w:t>
            </w:r>
          </w:p>
        </w:tc>
      </w:tr>
      <w:tr>
        <w:tc>
          <w:tcPr>
            <w:tcW w:type="dxa" w:w="2016"/>
            <w:vAlign w:val="center"/>
          </w:tcPr>
          <w:p>
            <w:r>
              <w:rPr>
                <w:b/>
              </w:rPr>
              <w:t>Source</w:t>
            </w:r>
          </w:p>
        </w:tc>
        <w:tc>
          <w:tcPr>
            <w:tcW w:type="dxa" w:w="7920"/>
            <w:vAlign w:val="center"/>
          </w:tcPr>
          <w:p>
            <w:r>
              <w:t>https://www.youtube.com/watch?v=O5KtIcGCOAE</w:t>
            </w:r>
          </w:p>
        </w:tc>
      </w:tr>
      <w:tr>
        <w:tc>
          <w:tcPr>
            <w:tcW w:type="dxa" w:w="2016"/>
            <w:vAlign w:val="center"/>
          </w:tcPr>
          <w:p>
            <w:r>
              <w:rPr>
                <w:b/>
              </w:rPr>
              <w:t>Resource type</w:t>
            </w:r>
          </w:p>
        </w:tc>
        <w:tc>
          <w:tcPr>
            <w:tcW w:type="dxa" w:w="7920"/>
            <w:vAlign w:val="center"/>
          </w:tcPr>
          <w:p>
            <w:r>
              <w:t>Concise chronological paraphrase</w:t>
            </w:r>
          </w:p>
        </w:tc>
      </w:tr>
    </w:tbl>
    <w:p/>
    <w:p>
      <w:r>
        <w:br w:type="page"/>
      </w:r>
    </w:p>
    <w:p>
      <w:pPr>
        <w:pStyle w:val="Heading1"/>
      </w:pPr>
      <w:r>
        <w:t>Timestamped Transcript Guide</w:t>
      </w:r>
    </w:p>
    <w:p>
      <w:r>
        <w:t>This resource is a concise chronological paraphrase prepared from the supplied timestamped transcript. It is not a verbatim transcript.</w:t>
      </w:r>
    </w:p>
    <w:p>
      <w:pPr>
        <w:pStyle w:val="Heading2"/>
        <w:keepNext/>
      </w:pPr>
      <w:r>
        <w:t>1. 0:00-9:53</w:t>
      </w:r>
    </w:p>
    <w:p>
      <w:pPr>
        <w:keepNext/>
      </w:pPr>
      <w:r>
        <w:rPr>
          <w:b/>
          <w:color w:val="2E74B5"/>
        </w:rPr>
        <w:t>Pastor Dean Odle</w:t>
      </w:r>
    </w:p>
    <w:p>
      <w:pPr>
        <w:keepLines/>
      </w:pPr>
      <w:r>
        <w:t>Odle focuses on biblical love. The message argues that biblical love is demonstrated through truth, patience, sacrifice, and conduct toward others. It connects this with the conviction that following Christ requires self-denial, obedience, and perseverance rather than passive association with religion. The practical emphasis is to remain watchful, grounded in Scripture, and ready to obey Christ.</w:t>
      </w:r>
    </w:p>
    <w:p>
      <w:pPr>
        <w:pStyle w:val="Heading2"/>
        <w:keepNext/>
      </w:pPr>
      <w:r>
        <w:t>2. 9:53-19:46</w:t>
      </w:r>
    </w:p>
    <w:p>
      <w:pPr>
        <w:keepNext/>
      </w:pPr>
      <w:r>
        <w:rPr>
          <w:b/>
          <w:color w:val="2E74B5"/>
        </w:rPr>
        <w:t>Pastor Dean Odle</w:t>
      </w:r>
    </w:p>
    <w:p>
      <w:pPr>
        <w:keepLines/>
      </w:pPr>
      <w:r>
        <w:t>Odle focuses on family discipleship. The message argues that faithfulness in the home requires instruction, loving correction, protection, and a consistent Christian example. It connects this with the conviction that following Christ requires self-denial, obedience, and perseverance rather than passive association with religion. The practical emphasis is to practice patient, truthful love in relationships and conflict.</w:t>
      </w:r>
    </w:p>
    <w:p>
      <w:pPr>
        <w:pStyle w:val="Heading2"/>
        <w:keepNext/>
      </w:pPr>
      <w:r>
        <w:t>3. 19:46-29:39</w:t>
      </w:r>
    </w:p>
    <w:p>
      <w:pPr>
        <w:keepNext/>
      </w:pPr>
      <w:r>
        <w:rPr>
          <w:b/>
          <w:color w:val="2E74B5"/>
        </w:rPr>
        <w:t>Pastor Dean Odle</w:t>
      </w:r>
    </w:p>
    <w:p>
      <w:pPr>
        <w:keepLines/>
      </w:pPr>
      <w:r>
        <w:t>Odle focuses on faith while working through John 8:31, John 8, Mark 10. The message argues that biblical faith trusts God’s character and acts upon His promises. It connects this with the conviction that faithfulness in the home requires instruction, loving correction, protection, and a consistent Christian example. The practical emphasis is to trust God’s promises and refuse decisions governed by fear.</w:t>
      </w:r>
    </w:p>
    <w:p>
      <w:pPr>
        <w:pStyle w:val="Heading2"/>
        <w:keepNext/>
      </w:pPr>
      <w:r>
        <w:t>4. 29:39-39:32</w:t>
      </w:r>
    </w:p>
    <w:p>
      <w:pPr>
        <w:keepNext/>
      </w:pPr>
      <w:r>
        <w:rPr>
          <w:b/>
          <w:color w:val="2E74B5"/>
        </w:rPr>
        <w:t>Pastor Dean Odle</w:t>
      </w:r>
    </w:p>
    <w:p>
      <w:pPr>
        <w:keepLines/>
      </w:pPr>
      <w:r>
        <w:t>Odle focuses on family discipleship. The message argues that faithfulness in the home requires instruction, loving correction, protection, and a consistent Christian example. It connects this with the conviction that biblical love is demonstrated through truth, patience, sacrifice, and conduct toward others. The practical emphasis is to practice patient, truthful love in relationships and conflict.</w:t>
      </w:r>
    </w:p>
    <w:p>
      <w:pPr>
        <w:pStyle w:val="Heading2"/>
        <w:keepNext/>
      </w:pPr>
      <w:r>
        <w:t>5. 39:32-49:26</w:t>
      </w:r>
    </w:p>
    <w:p>
      <w:pPr>
        <w:keepNext/>
      </w:pPr>
      <w:r>
        <w:rPr>
          <w:b/>
          <w:color w:val="2E74B5"/>
        </w:rPr>
        <w:t>Pastor Dean Odle</w:t>
      </w:r>
    </w:p>
    <w:p>
      <w:pPr>
        <w:keepLines/>
      </w:pPr>
      <w:r>
        <w:t>Odle focuses on prayer while working through Matthew 7:7, Luke 18:1. The message argues that prayer expresses dependence on God and prepares believers to hear and obey Him. It connects this with the conviction that following Christ requires self-denial, obedience, and perseverance rather than passive association with religion. The practical emphasis is to seek God in prayer and act on what Scripture requires.</w:t>
      </w:r>
    </w:p>
    <w:p>
      <w:pPr>
        <w:pStyle w:val="Heading2"/>
        <w:keepNext/>
      </w:pPr>
      <w:r>
        <w:t>6. 49:26-59:19</w:t>
      </w:r>
    </w:p>
    <w:p>
      <w:pPr>
        <w:keepNext/>
      </w:pPr>
      <w:r>
        <w:rPr>
          <w:b/>
          <w:color w:val="2E74B5"/>
        </w:rPr>
        <w:t>Pastor Dean Odle</w:t>
      </w:r>
    </w:p>
    <w:p>
      <w:pPr>
        <w:keepLines/>
      </w:pPr>
      <w:r>
        <w:t>Odle focuses on prayer while working through Ephesians 6. The message argues that prayer expresses dependence on God and prepares believers to hear and obey Him. It connects this with the conviction that Satan’s work is described through deception, accusation, temptation, and opposition to God’s purposes. The practical emphasis is to seek God in prayer and act on what Scripture requires.</w:t>
      </w:r>
    </w:p>
    <w:p>
      <w:pPr>
        <w:pStyle w:val="Heading2"/>
        <w:keepNext/>
      </w:pPr>
      <w:r>
        <w:t>7. 59:19-1:09:12</w:t>
      </w:r>
    </w:p>
    <w:p>
      <w:pPr>
        <w:keepNext/>
      </w:pPr>
      <w:r>
        <w:rPr>
          <w:b/>
          <w:color w:val="2E74B5"/>
        </w:rPr>
        <w:t>Pastor Dean Odle</w:t>
      </w:r>
    </w:p>
    <w:p>
      <w:pPr>
        <w:keepLines/>
      </w:pPr>
      <w:r>
        <w:t>Odle focuses on prayer. The message argues that prayer expresses dependence on God and prepares believers to hear and obey Him. It connects this with the conviction that the church is called to recover biblical faithfulness instead of accommodating compromise. The practical emphasis is to seek God in prayer and act on what Scripture requires.</w:t>
      </w:r>
    </w:p>
    <w:p>
      <w:pPr>
        <w:pStyle w:val="Heading2"/>
        <w:keepNext/>
      </w:pPr>
      <w:r>
        <w:t>8. 1:09:12-1:19:05</w:t>
      </w:r>
    </w:p>
    <w:p>
      <w:pPr>
        <w:keepNext/>
      </w:pPr>
      <w:r>
        <w:rPr>
          <w:b/>
          <w:color w:val="2E74B5"/>
        </w:rPr>
        <w:t>Pastor Dean Odle</w:t>
      </w:r>
    </w:p>
    <w:p>
      <w:pPr>
        <w:keepLines/>
      </w:pPr>
      <w:r>
        <w:t>Odle focuses on prayer. The message argues that prayer expresses dependence on God and prepares believers to hear and obey Him. It connects this with the conviction that Satan’s work is described through deception, accusation, temptation, and opposition to God’s purposes. The practical emphasis is to seek God in prayer and act on what Scripture requires.</w:t>
      </w:r>
    </w:p>
    <w:p>
      <w:pPr>
        <w:pStyle w:val="Heading2"/>
        <w:keepNext/>
      </w:pPr>
      <w:r>
        <w:t>9. 1:19:05-1:28:58</w:t>
      </w:r>
    </w:p>
    <w:p>
      <w:pPr>
        <w:keepNext/>
      </w:pPr>
      <w:r>
        <w:rPr>
          <w:b/>
          <w:color w:val="2E74B5"/>
        </w:rPr>
        <w:t>Pastor Dean Odle</w:t>
      </w:r>
    </w:p>
    <w:p>
      <w:pPr>
        <w:keepLines/>
      </w:pPr>
      <w:r>
        <w:t>Odle focuses on gratitude. The message argues that thankfulness remembers God’s mercy and guards the heart from entitlement and complaint. It connects this with the conviction that believers are urged to remain sober, alert, prayerful, and ready amid spiritual danger. The practical emphasis is to remain watchful, grounded in Scripture, and ready to obey Christ.</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