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Pr>
        <w:spacing w:after="360"/>
        <w:jc w:val="center"/>
      </w:pPr>
      <w:r>
        <w:rPr>
          <w:rFonts w:ascii="Calibri" w:hAnsi="Calibri"/>
          <w:b/>
          <w:color w:val="977523"/>
          <w:sz w:val="22"/>
        </w:rPr>
        <w:t>WATCHMAN 33 SERMON RESOURCE</w:t>
      </w:r>
    </w:p>
    <w:p>
      <w:pPr>
        <w:pStyle w:val="Title"/>
        <w:jc w:val="center"/>
      </w:pPr>
      <w:r>
        <w:rPr>
          <w:rFonts w:ascii="Calibri" w:hAnsi="Calibri"/>
          <w:b/>
          <w:color w:val="0B2545"/>
          <w:sz w:val="60"/>
        </w:rPr>
        <w:t>The Resistance</w:t>
      </w:r>
    </w:p>
    <w:p>
      <w:pPr>
        <w:pStyle w:val="Subtitle"/>
        <w:jc w:val="center"/>
      </w:pPr>
      <w:r>
        <w:rPr>
          <w:rFonts w:ascii="Calibri" w:hAnsi="Calibri"/>
          <w:b w:val="0"/>
          <w:color w:val="1F4D78"/>
          <w:sz w:val="30"/>
        </w:rPr>
        <w:t>Lightly Edited Transcript</w:t>
      </w:r>
    </w:p>
    <w:p>
      <w:pPr>
        <w:spacing w:before="600"/>
        <w:jc w:val="center"/>
      </w:pPr>
      <w:r>
        <w:rPr>
          <w:rFonts w:ascii="Calibri" w:hAnsi="Calibri"/>
          <w:b/>
          <w:color w:val="0B2545"/>
          <w:sz w:val="24"/>
        </w:rPr>
        <w:t>Pastor Dean Odle</w:t>
      </w:r>
    </w:p>
    <w:p>
      <w:pPr>
        <w:jc w:val="center"/>
      </w:pPr>
      <w:r>
        <w:rPr>
          <w:rFonts w:ascii="Calibri" w:hAnsi="Calibri"/>
          <w:b w:val="0"/>
          <w:color w:val="5A626C"/>
          <w:sz w:val="20"/>
        </w:rPr>
        <w:t>Fire &amp; Grace Church  |  Source: YouTube  |  1:41:17</w:t>
      </w:r>
    </w:p>
    <w:p>
      <w:pPr>
        <w:spacing w:before="1400"/>
        <w:jc w:val="center"/>
      </w:pPr>
      <w:r>
        <w:rPr>
          <w:rFonts w:ascii="Calibri" w:hAnsi="Calibri"/>
          <w:b w:val="0"/>
          <w:i/>
          <w:color w:val="5A626C"/>
          <w:sz w:val="20"/>
        </w:rPr>
        <w:t>Prepared for Watchman 33</w:t>
      </w:r>
    </w:p>
    <w:p>
      <w:r>
        <w:br w:type="page"/>
      </w:r>
    </w:p>
    <w:p>
      <w:pPr>
        <w:pStyle w:val="Heading1"/>
      </w:pPr>
      <w:r>
        <w:t>Transcript Note</w:t>
      </w:r>
    </w:p>
    <w:p>
      <w:r>
        <w:t>Edited for readability while preserving the speaker’s meaning and substantive statements. This document is based on the user-provided YouTube auto-generated transcript. Obvious timestamp duplication, immediate stutters, isolated non-speech artifacts, and accidental word repetitions were lightly corrected; worship, prayer, teaching, examples, controversial claims, conclusion, and closing remarks remain in sequence. The speaker’s statements and allegations are not presented as independently verified facts.</w:t>
      </w:r>
    </w:p>
    <w:p>
      <w:r>
        <w:rPr>
          <w:rFonts w:ascii="Calibri" w:hAnsi="Calibri"/>
          <w:b/>
          <w:color w:val="0B2545"/>
          <w:sz w:val="22"/>
        </w:rPr>
        <w:t xml:space="preserve">Speaker: </w:t>
      </w:r>
      <w:r>
        <w:rPr>
          <w:rFonts w:ascii="Calibri" w:hAnsi="Calibri"/>
          <w:sz w:val="22"/>
        </w:rPr>
        <w:t>Pastor Dean Odle</w:t>
      </w:r>
    </w:p>
    <w:p>
      <w:r>
        <w:rPr>
          <w:rFonts w:ascii="Calibri" w:hAnsi="Calibri"/>
          <w:b/>
          <w:color w:val="0B2545"/>
          <w:sz w:val="22"/>
        </w:rPr>
        <w:t xml:space="preserve">Title: </w:t>
      </w:r>
      <w:r>
        <w:rPr>
          <w:rFonts w:ascii="Calibri" w:hAnsi="Calibri"/>
          <w:sz w:val="22"/>
        </w:rPr>
        <w:t>The Resistance</w:t>
      </w:r>
    </w:p>
    <w:p>
      <w:r>
        <w:rPr>
          <w:rFonts w:ascii="Calibri" w:hAnsi="Calibri"/>
          <w:b/>
          <w:color w:val="0B2545"/>
          <w:sz w:val="22"/>
        </w:rPr>
        <w:t xml:space="preserve">Source: </w:t>
      </w:r>
      <w:r>
        <w:rPr>
          <w:rFonts w:ascii="Calibri" w:hAnsi="Calibri"/>
          <w:sz w:val="22"/>
        </w:rPr>
        <w:t>https://www.youtube.com/watch?v=kuG823KdC18</w:t>
      </w:r>
    </w:p>
    <w:p>
      <w:r>
        <w:rPr>
          <w:rFonts w:ascii="Calibri" w:hAnsi="Calibri"/>
          <w:b/>
          <w:color w:val="0B2545"/>
          <w:sz w:val="22"/>
        </w:rPr>
        <w:t xml:space="preserve">Duration: </w:t>
      </w:r>
      <w:r>
        <w:rPr>
          <w:rFonts w:ascii="Calibri" w:hAnsi="Calibri"/>
          <w:sz w:val="22"/>
        </w:rPr>
        <w:t>1:41:17</w:t>
      </w:r>
    </w:p>
    <w:p>
      <w:r>
        <w:rPr>
          <w:rFonts w:ascii="Calibri" w:hAnsi="Calibri"/>
          <w:b/>
          <w:color w:val="0B2545"/>
          <w:sz w:val="22"/>
        </w:rPr>
        <w:t xml:space="preserve">Sermon date: </w:t>
      </w:r>
      <w:r>
        <w:rPr>
          <w:rFonts w:ascii="Calibri" w:hAnsi="Calibri"/>
          <w:sz w:val="22"/>
        </w:rPr>
        <w:t>June 28, 2026</w:t>
      </w:r>
    </w:p>
    <w:p>
      <w:r>
        <w:rPr>
          <w:rFonts w:ascii="Calibri" w:hAnsi="Calibri"/>
          <w:b/>
          <w:color w:val="0B2545"/>
          <w:sz w:val="22"/>
        </w:rPr>
        <w:t xml:space="preserve">Scripture translation: </w:t>
      </w:r>
      <w:r>
        <w:rPr>
          <w:rFonts w:ascii="Calibri" w:hAnsi="Calibri"/>
          <w:sz w:val="22"/>
        </w:rPr>
        <w:t>KJV for referenced quotations</w:t>
      </w:r>
    </w:p>
    <w:p>
      <w:pPr>
        <w:pStyle w:val="Heading1"/>
      </w:pPr>
      <w:r>
        <w:t>Lightly Edited Timestamped Transcript</w:t>
      </w:r>
    </w:p>
    <w:p>
      <w:pPr>
        <w:keepNext/>
        <w:spacing w:before="160" w:after="60"/>
      </w:pPr>
      <w:r>
        <w:rPr>
          <w:rFonts w:ascii="Calibri" w:hAnsi="Calibri"/>
          <w:b/>
          <w:color w:val="2E74B5"/>
          <w:sz w:val="20"/>
        </w:rPr>
        <w:t>00:01-03:01  |  Pastor Dean Odle</w:t>
      </w:r>
    </w:p>
    <w:p>
      <w:r>
        <w:t>Let's give the Lord some more glory. Give him another h cl hand hand clap of praise. [applause] Amen. Praise the Lord. He's so good and we love him so much. Amen. Amen. Let's give him another hand clap of praise. Amen. [applause] Amen. Hallelujah. Praise the Lord. [music] [music] Lord is [singing] so good. He's so good, y'all. [music] You know, he never sleeps and he never [music] slumbers. He's [singing] always moving. He's always working. When we ask [music] him to do something, he does it when we believe. Amen. [music] We can trust him. [music] I've [singing] heard you can take what's broken [music] and make it whole [singing] again. Here's the pieces [music] of my heart. Can you [singing] do this? I can't hold them all together anymore. So I let them [music] fall. Surrender [singing] to the f. [music] You make all things [singing] new. [music] You make [singing] all things [music] new. [singing] Lord God of mercy [music] and love, you [singing] are only [music] you can do and [singing] make all [music] things new. [music] Only [singing] you can [music] bring such beauty from the [singing] depths of all my</w:t>
      </w:r>
    </w:p>
    <w:p>
      <w:pPr>
        <w:keepNext/>
        <w:spacing w:before="160" w:after="60"/>
      </w:pPr>
      <w:r>
        <w:rPr>
          <w:rFonts w:ascii="Calibri" w:hAnsi="Calibri"/>
          <w:b/>
          <w:color w:val="2E74B5"/>
          <w:sz w:val="20"/>
        </w:rPr>
        <w:t>03:01-06:06  |  Pastor Dean Odle</w:t>
      </w:r>
    </w:p>
    <w:p>
      <w:r>
        <w:t>pain. [music] Only you can [singing] take this shattered heart and make it [music] beat again. Oh, you hold us all [music and singing] together in your hand. I [music] surrender [singing] all I have and all I [music] am. You make all [music] things new. You make all things new. Lord God [music] of mercy ever. You [singing and music] are only and make [music and singing] all things new. [music] [music] Praise you, Jesus. [music] Let's just praise the Lord right now. Oh, we [singing] praise you, Lord. From the ashes, from the dust, I will rise up. [music] I'll rise up. Out of darkness, into light. I will rise up. I rise up [music] from [singing] the ashes. In the dust I will rise up. [music and singing] I'll rise up out of darkness into [music and singing] light. I will rise up. I'll rise up. [singing] Lord, you [music] make all [singing] things new. You make me new, Lord. [music] You [singing] make all things new. Lord God of mercy [singing and music] and love. Do what only [music and singing] you can do and make all things. [singing and music] All things. Oh, you make [music and singing] all things new. Thank you, Lord. [music] Thank you, Lord. Thank you that [music] you're moving on [singing] our behalf. You're moving on our behalf, Lord. [music] We thank you, Lord.</w:t>
      </w:r>
    </w:p>
    <w:p>
      <w:pPr>
        <w:keepNext/>
        <w:spacing w:before="160" w:after="60"/>
      </w:pPr>
      <w:r>
        <w:rPr>
          <w:rFonts w:ascii="Calibri" w:hAnsi="Calibri"/>
          <w:b/>
          <w:color w:val="2E74B5"/>
          <w:sz w:val="20"/>
        </w:rPr>
        <w:t>06:06-09:08  |  Pastor Dean Odle</w:t>
      </w:r>
    </w:p>
    <w:p>
      <w:r>
        <w:t>We thank you [singing] Lord that you [music] you care for us. We thank you Lord. Lord give us eyes to see [music and singing] and ears to hear today Lord what your word says. [music] The great I am Lord Jesus Christ. [music and singing] Word of God. We love you Lord. Give him another hand. Give him another hand. You need to be on the back row. [music] Praise God. [music] I just love the Lord. I love that. He never sleeps. [music] He never slumbers. He's always listening. He's always looking. [music] He cares. He never stops. [music] The Lord is everywhere. He's not He's not like Satan. Satan needs AI. Amen. God don't need AI. He sees [music] you right where you are. He knows everything that's happening [music] with you right now. Amen. [music] [music] Amen. Some of us need to wake up. I need to wake up in [music] some ways if I'm honest. Right. Let's just ask [music] the Lord to wake us up this morning. Amen. [music] [music] [music] [music] We are [music and singing] Lord. Feel like a Lord. Feel I'm yearning [singing] [music] for you. [music] The power of your spirit till I'm burning [singing]</w:t>
      </w:r>
    </w:p>
    <w:p>
      <w:pPr>
        <w:keepNext/>
        <w:spacing w:before="160" w:after="60"/>
      </w:pPr>
      <w:r>
        <w:rPr>
          <w:rFonts w:ascii="Calibri" w:hAnsi="Calibri"/>
          <w:b/>
          <w:color w:val="2E74B5"/>
          <w:sz w:val="20"/>
        </w:rPr>
        <w:t>09:08-12:16  |  Pastor Dean Odle</w:t>
      </w:r>
    </w:p>
    <w:p>
      <w:r>
        <w:t>for you, [music] Lord. [singing] Holy, [music] holy fire of [singing] God, move [music] upon me. [music] Keep my soul from [singing] death and my eyes from tears and my feet from falling. [music] I draw near to [singing] you. Oh, draw [music] me to thee and I [music and singing] will praise you in the land of the living free. [music] If you're free, you're in the land of the living free. Amen. And we can [music] stay there till we get to heaven. It's possible. The devil [music] tells you that you can't, but you can't. [music] And I will [music and singing] love you because you hear me joyfully. [music and singing] I will sing the [music] glory of [singing] your power and your awesome majesty. [music] Oh [singing] my king. Holy, [music] holy, [singing] fire of God [music] upon me. Keep my soul [music and singing] from death, my eyes from tears, my feet [singing and music] from falling. I draw near to [music] you, oh Lord. Draw near to you. [music] And I will praise you in [music and singing] the land of the living. In [singing and music] the land of the living. [music] Let me feel [singing] the joy of the Holy Ghost from living. [music] Touching others by the power of your [singing] presence in me. [music] Oh, holy, [singing] holy [music] fire of God, move [singing] upon me. [music] Keep my soul from death, [singing] my eyes from tears, and my feet from [singing] falling.</w:t>
      </w:r>
    </w:p>
    <w:p>
      <w:pPr>
        <w:keepNext/>
        <w:spacing w:before="160" w:after="60"/>
      </w:pPr>
      <w:r>
        <w:rPr>
          <w:rFonts w:ascii="Calibri" w:hAnsi="Calibri"/>
          <w:b/>
          <w:color w:val="2E74B5"/>
          <w:sz w:val="20"/>
        </w:rPr>
        <w:t>12:16-15:22  |  Pastor Dean Odle</w:t>
      </w:r>
    </w:p>
    <w:p>
      <w:r>
        <w:t>I draw near to [music and singing] you, my Lord. Draw near to me [music] and I will praise you in the land [singing] of [music] the living free. In the [singing] land of the living free. [music] Oh, [singing] the land [music] of the living. [music] Thank you, Lord. In the land of the living [music and singing] free is where I'm going to stay. Amen. Thank [music] you, Lord. Land [singing] of the living free. When we get the sin out of our lives, [music] we can go and hang out in the land of the living free. Amen. [music] Amen. [music] [music] [music] Heat. [music] [music] I see the Lord [singing] and his train fills the [music and singing] temple. I see the [singing and music] Lord and he's highly lifted [music] up. [music] I see [singing] the Lord and [music] his strength fills the [singing] temple. I see [music and singing] the Lord and he's highly lifted [music] up. Angels cry, "Holy, holy [music and singing] is the Lord." [music] Angels cry, [music] "Holy, holy [singing] is the Lord." [music] I see the Lord [singing] in his eyes flame [singing and music] fire.</w:t>
      </w:r>
    </w:p>
    <w:p>
      <w:pPr>
        <w:keepNext/>
        <w:spacing w:before="160" w:after="60"/>
      </w:pPr>
      <w:r>
        <w:rPr>
          <w:rFonts w:ascii="Calibri" w:hAnsi="Calibri"/>
          <w:b/>
          <w:color w:val="2E74B5"/>
          <w:sz w:val="20"/>
        </w:rPr>
        <w:t>15:22-18:26  |  Pastor Dean Odle</w:t>
      </w:r>
    </w:p>
    <w:p>
      <w:r>
        <w:t>I see the [music and singing] Lord and his hair is white [music and singing] as snow. [music] Angels cry, "Oh, holy is the Lord." [singing] Oh, [music] angels cry. Holy, [music] holy is. [music] [singing] And the angel came [music] and touched [singing] the cold to my lip. [music] Now my guilt is [music] gone and my sin [singing] has been forgiven. How about yours? [music] Oh, and I cry. [singing] Holy holy. [singing] [music] And I cry, holy Lord. [music] And the temple [music and singing] is filled with the glory of God. [singing] And the [music and singing] whole earth is filled with the full glory of God. [singing] [music] Yeah. And is [music] filled with the [singing] glory of God. [music] And the whole earth is filled with the glory [singing] of God. [music] [music] Lord, we worship you [music] because you are the King of Kings and the Lord of Lords. The mighty one, the Holy One. [music] your death on the cross, your resurrection from the dead. Lord, you broke the [music] power of sin. You broke the power of Satan. You broke the power of sickness and disease, Lord. [music] Lord, we can tread on serpents and scorpions and over all the power of the enemy. That's up to us. Yes, [music] you've provided what we need. The rest is up to us.</w:t>
      </w:r>
    </w:p>
    <w:p>
      <w:pPr>
        <w:keepNext/>
        <w:spacing w:before="160" w:after="60"/>
      </w:pPr>
      <w:r>
        <w:rPr>
          <w:rFonts w:ascii="Calibri" w:hAnsi="Calibri"/>
          <w:b/>
          <w:color w:val="2E74B5"/>
          <w:sz w:val="20"/>
        </w:rPr>
        <w:t>18:26-21:32  |  Pastor Dean Odle</w:t>
      </w:r>
    </w:p>
    <w:p>
      <w:r>
        <w:t>[music] Lord, I pray today that you give us, Lord, the heart of a soldier, [music] of a warrior because the war is getting more intense. Lord, I pray for your grace [music] and your mercy on this place today in Jesus name. Amen. Amen. Amen. You may be seated this morning. Praise the Lord. Praise the Lord. Praise the Lord. Well, um, Peter made a statement in second Peter, actually, I believe it's chapter 1, where he said, "Though I know you may be established in the present truth, it's my job to put you in remembrance of some things." And I could almost entitle this message back to basics cuz we've been, you know, I pondered on Enoch 5 part five. I worked on it more yesterday, but I'm just like I just couldn't get settled on it. And the Lord just kept telling me and after the week I had and after the week that our church had, I just decided, you know what? Um, obviously there's something else. And so as I prayed this morning, I just kept getting led to a very familiar passage of scripture, Ephesians chapter 6. And I have entitled this today the the resistance. And I still even though, you know, in the last few weeks we've talked about the fallen angels, we've talked about the demon spirits, we talked about the Nephilim, we've talked about all this stuff, but it almost seems like church-wise, the kind the spirit I'm feeling is just kind of la tiptoe through the tulips. And um I'm going to tell you right now, you're going to get your head beat in. You're going to get yourself deceived if you don't do what I'm going to tell you to do today because the forces of darkness, the powers of darkness are getting worse and worse. And we were told they would get worse and worse, deceiving and being deceived. Right? And one of the reasons I'm going to tell you right now, one of the reasons there is more spiritual warfare and demonic activity in the world is because there's less fighting and resistance from Christians. It's that simple. We are giving them place in the world.</w:t>
      </w:r>
    </w:p>
    <w:p>
      <w:pPr>
        <w:keepNext/>
        <w:spacing w:before="160" w:after="60"/>
      </w:pPr>
      <w:r>
        <w:rPr>
          <w:rFonts w:ascii="Calibri" w:hAnsi="Calibri"/>
          <w:b/>
          <w:color w:val="2E74B5"/>
          <w:sz w:val="20"/>
        </w:rPr>
        <w:t>21:32-24:37  |  Pastor Dean Odle</w:t>
      </w:r>
    </w:p>
    <w:p>
      <w:r>
        <w:t>Say, "Wait a minute, Pastor Dean. I thought they could do this and they could do that." Yeah, they they have permission from the Lord to do a certain degree of things, but then there's a whole lot of things that they do that they're not supposed to be doing. And they're doing them because we as Christians, as the true church of Jesus Christ, we allow them to do it. And we allow them first to do it in our minds and then in our homes and then with our children and then with everything else. And it's it starts there and then it spreads. It spreads to the community, then your whole city, then your nation, then the world. And what these powers are doing, and I believe this too. I believe the manifestations now, the UFO, UAP manifestations that are and have been clearly demonic, fallen angel activity. I believe we're seeing more of it, not because just because it's time. I believe it's because Christians, most Christians, do not fight them. We do not bind them anymore. We do not resist them anymore. As and I'm talking about the church as a whole. Spiritual warfare teaching actually really kicked in hard in the 80s and the 90s and it's like it's fallen off in a lot of churches. And even this is what sad thing is is it falls off in churches that teach it. I don't know why we get lazy and back away from what we know we're supposed to do and we let the devil beat our brains in. And we're not only dealing with demonic and fallen angel activity, but we're dealing with electronic fallen angel activity against our minds. Um, I'm going to tell you a little trick some of you better start doing and I need to start doing more consistently is sleeping with my phone and iPads in another part of the house cuz it's really weird some of the dreams that I'm having when those things are in the room and there's a lot of weird I'm just telling you there's a lot of weird stuff going on. But I want to read this again. Ephesians 6:12. We're going to do a little illustration. I might get Johnny to do it. Help me with that illustration today. I won't hurt you, Johnny. Says, "For we wrestle not against flesh and blood, but against principalities, against powers, against the rulers of the darkness of this world, against spiritual wickedness in high places." Everybody see that?</w:t>
      </w:r>
    </w:p>
    <w:p>
      <w:pPr>
        <w:keepNext/>
        <w:spacing w:before="160" w:after="60"/>
      </w:pPr>
      <w:r>
        <w:rPr>
          <w:rFonts w:ascii="Calibri" w:hAnsi="Calibri"/>
          <w:b/>
          <w:color w:val="2E74B5"/>
          <w:sz w:val="20"/>
        </w:rPr>
        <w:t>24:37-27:45  |  Pastor Dean Odle</w:t>
      </w:r>
    </w:p>
    <w:p>
      <w:r>
        <w:t>Now, I remember back in the 80s and 90s when there was a lot of uh teaching on spiritual warfare, but it wasn't in the mainline churches. Uh even a lot of the Pentecostal churches kind of mocked and ridiculed people that uh got focused on spiritual warfare. Oh, you you looking for a demon behind every tree. And what I started teaching back then and explained, they're not behind trees, y'all. No, they're hanging out with you. They're on your shoulder. They're in your head. They're in your house. They're all around you. And that's what Come Come here, Johnny. I'm gonna show you. See? Uh I don't know if y'all don't know anything, but wrestling. Wrestling. Come here. Turn around here. Wrestling is not We're far away from each other, is it? Wrestling is We fighting right here, right? And I'll be talking trash to you. See, right now I'm going to choke you out, man. Right. All right. [laughter] Now, that's up close and personal. That's right. The demonic warfare against you is up close and personal and it's every day. Y'all need to understand that. You say, "Well, you might feel fine most days." But see, what you don't understand is some of the thoughts that are being planted in your head. subtle thoughts that are being planted in your head that will lead your life. That will cause you to make a decision, a bad decision that will cause you to be severely depressed, discouraged, confused. full of anxiety, fear, lust, temptation. And sometimes it's just a little tiny little thought, little little seed, little image, a little memory from the past to make you sad or depressed about something or to make you feel guilty to bring condemnation to you over something that you repented over and the blood of Jesus is washed away. And sometimes, I'm going to tell you right now, sometimes the issue is unforgiveness in our hearts and we've been delivered to the tormentors because we don't forgive those who have done us wrong. So the Lord says, "Well, I have to let them torment you." And I just want to tell you right now, you don't want the tormentors, right? But he says, "We wrestle not against flesh and blood." It's not it's not always physical. We we even think some of the things that we are dealing with are just things in the natural, just things of the flesh, just things of people, you know. But what Satan is doing a lot of times, again, even even if we have an issue going on with a certain person, it's not even them. It's the demons</w:t>
      </w:r>
    </w:p>
    <w:p>
      <w:pPr>
        <w:keepNext/>
        <w:spacing w:before="160" w:after="60"/>
      </w:pPr>
      <w:r>
        <w:rPr>
          <w:rFonts w:ascii="Calibri" w:hAnsi="Calibri"/>
          <w:b/>
          <w:color w:val="2E74B5"/>
          <w:sz w:val="20"/>
        </w:rPr>
        <w:t>27:45-30:48  |  Pastor Dean Odle</w:t>
      </w:r>
    </w:p>
    <w:p>
      <w:r>
        <w:t>behind them, in them, around them, pushing them to mess with you. And I'm just going to tell you, I I went through this week, of course, and I'm going to talk about this today, too. Witchcraft, the power of witchcraft is real. Oh, I'm a Christian. It can't touch me. Oh, you better shut up with that stupid stuff. Because if you run around here like a liy die Christian, it's going to affect you. Okay? Because again, witchcraft is a very simple to define. Witchcraft, witches understand the power of words. Death and life's in the power of the tongue, right? It's what the Bible tells us. They know that. They understand that all their incantations, spells, rituals, all that is to focus words, the power of words that bring along spirits with them. The power of words to afflict or influence an enemy. That's what witchcraft is. And witchcraft, Satanists and witches have certain high days of the year. Uh, one of which is the the solstesses, the four solstesses, which we just had one June 21st. And I can tell you right at June 20th, and the week that has followed has been one of the heaviest spiritual warfare weeks I have ever felt toward me personally. I mean, it was all out. And it didn't break off. It didn't lift until I finally recognized what was fully going on and said, "That's it. I bind these demons right now of heaviness, oppression, witchcraft, sorcery. I bind these demons in Jesus' name. I command them to stop. I command them to go for me. I break the curses from these witches, their words, incantations, spells. I break them off of me in Jesus' name. I resist the devil in Jesus and I command these things to go from me to shut their mouths and go. I mean, and I had to spend a good season of prayer going through that before it lifted off. And I will say this, once it lifted off, once I fought that off, resisted it in Jesus name, and it fled from me, a very interesting thing happened, and I won't go into details, but a very interesting thing happened that's in a relationship that's been weird in my life for a long time. And it was just weird that I it seemed like some of it got fixed yesterday. Okay. But I guess another thing I'm just I'm discouraged about or worried about or concerned about is once again, I don't</w:t>
      </w:r>
    </w:p>
    <w:p>
      <w:pPr>
        <w:keepNext/>
        <w:spacing w:before="160" w:after="60"/>
      </w:pPr>
      <w:r>
        <w:rPr>
          <w:rFonts w:ascii="Calibri" w:hAnsi="Calibri"/>
          <w:b/>
          <w:color w:val="2E74B5"/>
          <w:sz w:val="20"/>
        </w:rPr>
        <w:t>30:48-33:50  |  Pastor Dean Odle</w:t>
      </w:r>
    </w:p>
    <w:p>
      <w:r>
        <w:t>know if it's summertime and the heat gets to your brain cells. It's Alabama's just beating you down. I know the hovering humidity. Um, but I want to remind Fire and Grace Church that because we are part of the resistance against this whole system of Satan's whole work and system of the last days. Even though we're a small church, we are a big part, bigger than you realize, of the resistance to this, not just in our little community, but across our nation and even worldwide because of the things that I deal with, the issues I will touch on and confront from the word of God and what's going on in the world. Everything from the UFO alien agenda to NASA's lies to true creation to whatever it may be. And let me just go ahead and tell you, if this group in here gets a lot lie dah attitude, we're done for. You have to understand we are facing this church faces principalities, powers, and the rulers of the darkness of this world and spiritual wickedness in high places. And I'm talking about on a level that most of you don't even think about. I have seen them. I have felt them. And I know what they want to do. And that's why I have said and I will say it again and again and again. Wednesday night prayer is important. I'm just going to leave that one there. You should know that we will not survive as a local church if we don't pray together, if we don't make that an absolute priority. We won't survive as a local church if we do not pray privately a lot. And the Lord told me this morning just to say this that there are some of you that are skipping like you're going days and you don't really have a private prayer time. Let me just go on and tell you right now, if you're part of Fire and Grace Church, Fire and Grace School of Ministry, or consider yourself part of Fire and Grace Church, and you don't resist the devil in prayer regularly,</w:t>
      </w:r>
    </w:p>
    <w:p>
      <w:pPr>
        <w:keepNext/>
        <w:spacing w:before="160" w:after="60"/>
      </w:pPr>
      <w:r>
        <w:rPr>
          <w:rFonts w:ascii="Calibri" w:hAnsi="Calibri"/>
          <w:b/>
          <w:color w:val="2E74B5"/>
          <w:sz w:val="20"/>
        </w:rPr>
        <w:t>33:50-36:54  |  Pastor Dean Odle</w:t>
      </w:r>
    </w:p>
    <w:p>
      <w:r>
        <w:t>first of all, the devil's going to kill you. And then he's going to try to divide this church. Because I'm going to tell you right now too, we have constant over the years constant attempts of witches and government agents to infiltrate this church constantly. And the spiritual warfare they bring with them is very real. And if we don't resist the demons and bind them in our prayer time and ask God to show us what's going on and who's for real and who's not, we are going to be deceived, divided, or at least diminished. If y'all understand what I'm saying now, if y'all don't want me to retire, y'all better start praying. I'm fine. I can go take care of myself. You understand? Y'all want to go at it yourselves? Go ahead. You get what I'm saying? We need each other. We need each other in a bad way. And this is why I've I've focused on how important a local church is. Jesus said, "I will build my church and the gates of hell will not prevail against it." He said through Paul in Hebrews 10:25, "Forsake not the assembling of yourselves together as the manner of some is." So the church, the local church and the gathering together with other bornagain believers who pray and who fight, who are truly part of the resistance must come together as much as possible. We cannot take a light, lukewarm, lazy attitude about what's going on around us. You know, yesterday, you know, I pray over this church, but yesterday, you know, Sandra doesn't see a car and pulls out and gets hit. And it could have been far worse than it was with her already condition she has in her brain and her neck. And she did end up with a small brain bleed that they had to fly her from here to Montgomery yesterday after this accident. And the good news, we prayed with her on the phone before she flew out.</w:t>
      </w:r>
    </w:p>
    <w:p>
      <w:pPr>
        <w:keepNext/>
        <w:spacing w:before="160" w:after="60"/>
      </w:pPr>
      <w:r>
        <w:rPr>
          <w:rFonts w:ascii="Calibri" w:hAnsi="Calibri"/>
          <w:b/>
          <w:color w:val="2E74B5"/>
          <w:sz w:val="20"/>
        </w:rPr>
        <w:t>36:54-39:57  |  Pastor Dean Odle</w:t>
      </w:r>
    </w:p>
    <w:p>
      <w:r>
        <w:t>But the good news is is that God intervened for her and they said, "Well, it's getting better and it doesn't look like we're going to have to do anything and it's going to heal on its own. We're just going to watch her for a couple days." But with her situation now, what's interesting is Sandra told us a while back too, and I want to get to this. She told us a while back too that she had a dream where she felt like the Lord was trying to tell her that there was some type of curse on her. Because it's it's interesting that this wreck is was like only like a day or two difference from exactly the time she had the wreck six years ago. Same month, almost same day. But what I'm getting at is is that you've got to be in prayer and hearing from the Lord so you will know if there is an opening, if there is a curse you need to break, if there is some warfare you need to do specifically in an area so that you stop a situation before it happens because Satan is out to steal steal, kill, and destroy. Y'all understand that? It's what Jesus said in John 10:10. The thief cometh not, but for to steal, kill, and destroy. But Jesus said, "I am come that you might have life." Somebody say, "Might." Put that one up for me. Might. Might means maybe you will, maybe you won't. It's kind of up to you. I ask you this. Are you a warrior, a fighter that's part of the resistance to the devil? Are you just letting him have his way in your head, in your family, in your home, in your life? Frankly, most Christians are not part of the resistance. They're part of the problem. Amen. because they repeat the same things. It's interesting. I I just recently saw a guy get up in a pull pit in a Baptist church and speak directly against what the Bible teaches on a particular issue. Just speak right against it. And I'm like, I wonder who he's working for. It's sad, but this is a situation that we're in. Now, let me say this, too. Satan knows if you're a true Christian and he knows if you're a true Christian and an important member of a church. He will not only work on just the pastor or the pastor's family, but he's going to work on you</w:t>
      </w:r>
    </w:p>
    <w:p>
      <w:pPr>
        <w:keepNext/>
        <w:spacing w:before="160" w:after="60"/>
      </w:pPr>
      <w:r>
        <w:rPr>
          <w:rFonts w:ascii="Calibri" w:hAnsi="Calibri"/>
          <w:b/>
          <w:color w:val="2E74B5"/>
          <w:sz w:val="20"/>
        </w:rPr>
        <w:t>39:57-42:58  |  Pastor Dean Odle</w:t>
      </w:r>
    </w:p>
    <w:p>
      <w:r>
        <w:t>because he will he will take the time to work on you specifically. even take the time to send somebody to buddy up with you that will work on you. Oh, have we not seen it in this church? The infiltrators. Can I just go ahead and tell you that everybody that you see that comes to Fire and Grace Church who says they're one thing, they are not always that thing. There'll be more coming too, I'm sure soon. The Lord told me this. The Lord told me, I remember when he told me, he said, "There will government agents will come to your church." The deep state is not only government intelligence, but they're also highly satanic. They operate in deep Satanism and occultism. So these people don't only come to do government work. They come to do Satan's work. They just happen to get a paycheck from the CIA or some other organization, the Jesuits, or just a satanic covenant down the road that says we got to stop this church down here from praying and causing us problems. Because when we become the resistance to the devil we're supposed to be, we cause them problems. Amen. You want to know how I know this? Because I know this because when I was praying and fasting all the time back when I was 19, 20, 21, when I led that young lady out of hardcore Satanism and they tried to kill her, tried to kill me, when I got shot at, when I got, you know, harassed by the police, when I went through all kinds of crazy stuff, right? But I just kept being a light for Jesus. I kept being in prayer. I kept binding their demons and resisting them. I kept breaking their curses. And they would say, they would come up to me and say, "We have tried to kill you and we cannot do it. We have put curses on you." And it all comes back to us. But my brother, this was in 91, I guess 901, goes to Christ for the Nations in Dallas, you know, the the charismatic independent Bible school started during by Gordon Lindsay during the healing revival. And my brother goes there and they've got a big, you know, I don't know how big it was, six, seven, 10 stories</w:t>
      </w:r>
    </w:p>
    <w:p>
      <w:pPr>
        <w:keepNext/>
        <w:spacing w:before="160" w:after="60"/>
      </w:pPr>
      <w:r>
        <w:rPr>
          <w:rFonts w:ascii="Calibri" w:hAnsi="Calibri"/>
          <w:b/>
          <w:color w:val="2E74B5"/>
          <w:sz w:val="20"/>
        </w:rPr>
        <w:t>42:58-46:00  |  Pastor Dean Odle</w:t>
      </w:r>
    </w:p>
    <w:p>
      <w:r>
        <w:t>little high-rise that's their their dorms. And he gets his assignment and goes up to I think it was about the fifth floor to his dorm. And the guy that's his assigned guy and he go, you know, they walk in and he goes, "Hey." They're talking and he goes, "What's your name?" He says, "Allan Odel." He goes, "Wait a minute. Don't you have a brother named Dean?" Now, this is before the internet, y'all. My You think about this. I'm like, "This guy was from Nebraska." And Allan's like, "How do you know my brother?" He said, "Well, before I came to Jesus, I was a Satanist." And he caused us all kind of problems in Arkansas, Oklahoma, Missouri, Alabama. Like he was a nuisance. He was a Christian terrorist in the spirit. Of course, you understand. I was going to God tell go to Texas and cast demons out of people. go to Missouri. I mean, I was wrecking their world just by obeying the Lord, being in prayer, being in fasting, resisting them, and going out and preaching the gospel on a street in a city where the majority of the people that lived there were Satanists. I even went I even wrote scriptures. I got poster boards in this city I lived in that it was like a city of about 3,000 and at least 1500 were in the coven that say worship the devil in Arkansas. I got poster boards and wrote the scriptures like like uh Luke 10:19 where Jesus said, "Behold, I give you power to tread on serpents and scorpions over all the power of the enemy. Nothing shall by any means hurt you." Wrote that out. Luke 10:19 went through the town putting scriptures [clears throat] on the telephone post. I mean, I covered the town in the Bible, right? Oh, they hated my guts. We put I put those up about 9 in the morning. By 10:00, they were all down. And I'm talking about probably I put up a hundred or more, right? People were losing their minds. The mayor was a Satanist. The police were Satanists. The all the shop owners were Satanist. And they were losing their minds. Why? Because we got this Christian who we cannot affect with our stuff. Not because just because he's a Christian. See, that's the nonsense. Oh, just because I'm a Christian, they can't touch. No, you got to be part of the resistance. Amen.</w:t>
      </w:r>
    </w:p>
    <w:p>
      <w:pPr>
        <w:keepNext/>
        <w:spacing w:before="160" w:after="60"/>
      </w:pPr>
      <w:r>
        <w:rPr>
          <w:rFonts w:ascii="Calibri" w:hAnsi="Calibri"/>
          <w:b/>
          <w:color w:val="2E74B5"/>
          <w:sz w:val="20"/>
        </w:rPr>
        <w:t>46:00-49:02  |  Pastor Dean Odle</w:t>
      </w:r>
    </w:p>
    <w:p>
      <w:r>
        <w:t>You got to be active resistors and you got to know what's going on. And the only way times you can know what's going on is you better be fasting and praying. That's right. Amen. Because you need discernment from the Holy Spirit to know what's going on and to know who's who. Remember Jesus warned us. He said there will be what? wolves in sheep's clothing. There will be imposers. He said wizards wizards would take on all kinds of wait personalities and personas to deceive us. He even said, "Be not surprised. Satan himself is what? Like an angel of light." He transforms himself into an angel. Therefore, it is no great thing to know that his ministers, whose ministers? Satan's also transforms themselves to appear like the ministers of righteousness. How you going to know who an infiltrator is if you can't hear from the Lord? if you can't discern in the spirit. Cuz they'll come sit right next to you in church and put their arm around you. Oh, I love Jesus. No, they don't. They worship the devil. But they're here to cause problems. Oh, and you know what else they like to do? Oh, here, Pastor Troy. I love Jesus. I'm going to give you a big old fat offering. They love doing that one. You know why? Cuz if you're not careful, money can blind you. But but but they gave a lot of money to the church. Oh, Freemasons do that all the time to get control of a church. Oh, and by the way, if you got Freemasons as your elders and deacons and pastors, you're already taken over completely. Whether those guys are deep enough in it to know what they're doing or not, they're still operating in satanic occult power. And that's why they cause so much problems in your church. And that's a no-brainer right there. I'll say this too and you need to listen to me about this. If there is anyone in your generational line that was a Freemason or an Eastern Star or you know was a witch or a newager or</w:t>
      </w:r>
    </w:p>
    <w:p>
      <w:pPr>
        <w:keepNext/>
        <w:spacing w:before="160" w:after="60"/>
      </w:pPr>
      <w:r>
        <w:rPr>
          <w:rFonts w:ascii="Calibri" w:hAnsi="Calibri"/>
          <w:b/>
          <w:color w:val="2E74B5"/>
          <w:sz w:val="20"/>
        </w:rPr>
        <w:t>49:02-52:03  |  Pastor Dean Odle</w:t>
      </w:r>
    </w:p>
    <w:p>
      <w:r>
        <w:t>a Wiccan or a Satanist or anything down that a cabalist, a Roman Catholic, you better break that generational curse off of you or it will affect you. Even though you're a Christian, if you don't specifically break it and bind the demons associated with it, it will afflict you and it will cause you problems. You understand? James 4:7, I've said it so many times till I'm about blue in the face. Submit yourselves therefore to God. Resist. Somebody say resist. Resist. You know what that word means? It means to actively fight against. Resist the devil and he will flee from you. If you sit there and do nothing, if you don't pray, if you don't fast, if you don't bind demons, if you don't resist them in the name of Jesus, they're not going anywhere. I'll never forget, I think it was Howard Pitman. I remember listening to a cassette series on spiritual warfare by this guy named Howard Pitman way back. I listened to this in the 80s. So I don't know when this vision happened whether it was the 60s or the 70s but one of the things that he said that has stuck with me and troubled me for many years. He said he saw a huge conference table. And you know, we'll put these words up in a minute, but principalities, powers, rulers of the darkness of this world, spiritual wickedness in high places, these are these are levels of Satan's forces that you deal with. Okay? But he said the basically the big boys were sitting around a big conference table and Satan was sitting on the end the man himself the big don and said he was covered in chains just like wrapped around him. He's just sitting there with chains all over him. And he said as he's watching this, he said he would see new chains like light chains, you know, glowing chains appear and wrap around him. Just wrap around him, right? But then he said he would, as he would look, he would see other chains vanish and fall off. And I remember Howard Pivan asked the Lord, "What is this?" He goes, "Christians have the power to bind the devil and the demon spirits and the fallen angels to put chains upon them." Psalm 149, that's our blessing.</w:t>
      </w:r>
    </w:p>
    <w:p>
      <w:pPr>
        <w:keepNext/>
        <w:spacing w:before="160" w:after="60"/>
      </w:pPr>
      <w:r>
        <w:rPr>
          <w:rFonts w:ascii="Calibri" w:hAnsi="Calibri"/>
          <w:b/>
          <w:color w:val="2E74B5"/>
          <w:sz w:val="20"/>
        </w:rPr>
        <w:t>52:03-55:03  |  Pastor Dean Odle</w:t>
      </w:r>
    </w:p>
    <w:p>
      <w:r>
        <w:t>That's our gift from God to execute that judgment upon them. He said, "The chains that are disappearing are the Christians who have lost their faith in binding the demons." See, the binding of demons is a temporary restriction on their operation or their power. It's temporary. Well, this is why you have to do it consistently. And the hardest thing to get Christian, any Christians to do is to do something is consistently. Amen. And I know this from walking around trying to lead them for 40 years. Do it faithfully, not cuz you feel like it. If I went by how I felt, I wouldn't be here. I don't feel like coming on some Wednesday nights either. But I don't make up an excuse. Say it. Say it. The bottom line is the devil wants to make us lose our faith in the power of prayer, in the power of binding, in the power of resisting the devil in Jesus name. But see, how does he do it? You say, "Well, I believe in it. I didn't lose my faith." If you don't operate in it, if you don't act upon it, you don't have faith in it. Faith without works is dead being alone. You have to put it into practice. You have to speak it out of your mouth. Remember what it said in Mark when Jesus comes on the scene and he starts casting demons out of people. It says he cast out spirits with his words. You have to speak some words. You have to put some effort into it. You have to shoot to hit the bullseye. And some of you just spraying bullets with your eyes closed. Shoot like some of them gang members and they shoot all the every every last round in the gun and they hit nothing. Why? Because if you're going to hit your target, you must be focused on it and aim and be specific. Right? That's what spiritual warfare is, y'all. Being a Christian is not for lazy people. It doesn't work for lazy people. If you're mentally lazy, if you have no discipline, if you have no consistency,</w:t>
      </w:r>
    </w:p>
    <w:p>
      <w:pPr>
        <w:keepNext/>
        <w:spacing w:before="160" w:after="60"/>
      </w:pPr>
      <w:r>
        <w:rPr>
          <w:rFonts w:ascii="Calibri" w:hAnsi="Calibri"/>
          <w:b/>
          <w:color w:val="2E74B5"/>
          <w:sz w:val="20"/>
        </w:rPr>
        <w:t>55:03-58:09  |  Pastor Dean Odle</w:t>
      </w:r>
    </w:p>
    <w:p>
      <w:r>
        <w:t>you will get your head beat in by the forces of darkness. Period. Into discussion. And they will make sure that they take you down. They will trip you. They will make you fall. It's a wrestling match. They are trying to get a takedown. Y'all hear me? Now, let's put those words up here. I sent Jordan to Strongs, but let's look at the first one. Principalities. What are what is that word? Greek word aray. What does aray mean? It means the leaders. It means who is first, first place in rule or majesty. I believe the RK are the fallen angels who are not chained yet. They are not the ones who sinned with the human women. So therefore, they are still roaming about. And I believe that they are over like they they meet with Satan directly and they only and they direct everything else. I believe they're the ones sitting at that table. Okay. Then he says there's principalities. Then he says there's powers. And and again this RK it says look place or rank beginning first. So it's the first. It's where we get the term archangel right or archangel meaning the chief. That would be an arch like might be Michael Gabriel. And then of course from Enoch we've learned about Uriel and Raphael, right? and some of the others. Fanuel. All right. The second he says is exia. These right here, exia. I believe these have to do with political power because it talks exia is a word of authority. It how do I put it? Like like a policeman. We've used it I've used this example before but a policeman's given authority by the powers that be by the government and the representation of that authority is the badge right so that's exia the dunamis or the miracle the supernatural power is the gun right if you don't respect the authority then you get the power right I believe these right here power or rule of or government. Okay, these I believe we see set up over different nations operating through their leaders or leader, right? We see this with uh the prince of the kingdom of Persia going to fight in the P prince of Grecia coming and so forth in Daniel 10. Now, let's go to the next one. He says</w:t>
      </w:r>
    </w:p>
    <w:p>
      <w:pPr>
        <w:keepNext/>
        <w:spacing w:before="160" w:after="60"/>
      </w:pPr>
      <w:r>
        <w:rPr>
          <w:rFonts w:ascii="Calibri" w:hAnsi="Calibri"/>
          <w:b/>
          <w:color w:val="2E74B5"/>
          <w:sz w:val="20"/>
        </w:rPr>
        <w:t>58:09-1:01:10  |  Pastor Dean Odle</w:t>
      </w:r>
    </w:p>
    <w:p>
      <w:r>
        <w:t>um those are I think this is this is interesting cosmo crater lord of the world prince of the world devil and his demons um a world ruler I think what this is talking about cosmos I think this is the ones that are involved in actual operations within the physical world like um I believe too sent to deceive you over the cosmos which is a whole thing using the cosmos using the stars and the sun and the moon and but they're third in line I believe now the fourth go down the fourth I believe these the spiritual wickedness in heavenly or spiritual places. I believe these are the demons. Believe they're the lowest rank because remember we have fallen angels and demons are different things. But the demons, notice it says depravity, iniquity, wickedness, right? Malice, evil purposes and desires, wickedness. Um, and it's a different Greek word, ponia, but I believe this has to do with the demons that we deal with in everyday life that try to make us sin, right? Try to get us into lust or pornography or fornication or drunkenness. The ones we're wrestling with kind of on a more personal level. All right? Now, let me just say this. These are a lot a lot of churches over the years have taken it upon themselves to decide they're going to attack principalities and powers when they don't even have victory over these little boys. And this is when they get destroyed. First of all, don't pick fights that God hadn't led you in. And if you hadn't dealt with the everyday demons that we got to wrestle with and you're not binding them and resisting them and stopping them and their activity on a regular basis, don't dare step up a notch and go, "Ha, I'm going to go fight me some principalities." No, you're going to get taken out cuz you stupid, right? You only fight battles with them, the big boys that God sends you in. See, and I watched this over the years. I can give you examples. I give you one of the best examples. Dr. Larry Lee, one of my favorite ministers of the 80s and 90s. He was my pastor for a season. I got to know him a little bit back then. The anointing of the Holy Spirit was on that man. That man was a man of prayer.</w:t>
      </w:r>
    </w:p>
    <w:p>
      <w:pPr>
        <w:keepNext/>
        <w:spacing w:before="160" w:after="60"/>
      </w:pPr>
      <w:r>
        <w:rPr>
          <w:rFonts w:ascii="Calibri" w:hAnsi="Calibri"/>
          <w:b/>
          <w:color w:val="2E74B5"/>
          <w:sz w:val="20"/>
        </w:rPr>
        <w:t>1:01:10-1:04:13  |  Pastor Dean Odle</w:t>
      </w:r>
    </w:p>
    <w:p>
      <w:r>
        <w:t>That man had a gift to hear from the Lord and to teach the word like at the time nobody else in the in the world. To me, he was the most anointed teacher pastor in the world. And God started teaching him about spiritual warfare. And God had specifically sent him to start a church in Rock Wall, Texas in January of 1980. He was to start a church there that would lead a prayer movement in the whole nation. And I believe that prayer movement that he started led to the Brownsville revival happening. But that's another note, okay? Because he did start a prayer movement. that church by the time he they started they I think they had 70 people in his living room which that's a lot of folks in a house but see he had been a youth pastor at a Baptist church there and got filled with the Holy Spirit and caused all kind of problems with the Baptist church and so just because he spoke in tongues and people started getting healed and uh but like his youth group went from like a hundred to like a thousand in the time he was there. It was just he he was he just had a a revivalist anointing on him and but God sent him to Rock Wall to start a church. That was his commission. So therefore as a pastor and I believe truly he was an apostle but God that was his realm of authority. And so as he was praying in the church and as he had been there for a number of years, I think by 1986 or 7 is when this happened. He's praying in the church and he's learned how to bind demons and resist demons. And you know, he's learned spiritual warfare. They have a deliverance ministry, one of the few churches back then that actually cast demons out of anybody who needed it, Christians or non-Christians. Right? But he's praying in that church. He's praying in that church and he's binding the principality over Rock Wall and over the that area. He stepped it up a notch. But see, he was successful already in his personal life and in his church. They that church would have 3 400 people show up at 5:00 a.m. every morning to pray and they prayed. I was there many mornings. Woo! Faithful every day. So they were ready. They could handle it. And he said as he's binding that principality there over that area, he said it stepped down in the room holding a big chain. He said it was him in the in the sanctuary of the church and that big demon.</w:t>
      </w:r>
    </w:p>
    <w:p>
      <w:pPr>
        <w:keepNext/>
        <w:spacing w:before="160" w:after="60"/>
      </w:pPr>
      <w:r>
        <w:rPr>
          <w:rFonts w:ascii="Calibri" w:hAnsi="Calibri"/>
          <w:b/>
          <w:color w:val="2E74B5"/>
          <w:sz w:val="20"/>
        </w:rPr>
        <w:t>1:04:13-1:07:20  |  Pastor Dean Odle</w:t>
      </w:r>
    </w:p>
    <w:p>
      <w:r>
        <w:t>And that demon's holding the chain. And that chain he was holding represented the people in that area that he had bound and blinded to the gospel. There the Bible says if our gospel's hid to them who what the god of this world has blinded the minds of them that believe. So he's binding this principality commanding him to loose the people in that area. And finally that demon's holding that chain. He goes, "Do you mean that?" And he says, "You mighty right. I meant it." And he chased him, went after him. And that he said that demon left, flew out of the building, but dropped that chain as it was leaving. at that very altar. In the next 12 months, over 3,500 people in that community came and got saved. But that's not the end of the story. The church went from 70 to 6,000 to 12,000. And then this is where I think Larry made two mistakes. God had told him he to make three vows. He said, "I made a vow to my church that I would never leave this church. I'd always be the pastor church on the rock to my wife and of course to Jesus to be faithful to him." I was there when it happened. I was there when Oral Roberts offered him to be dean of the school of the seminary at Oral Roberts University and he took that job and turned the church pastor over to another guy who was not his friend. I was so I was there the Sunday they did it. I was so grieved in my spirit. I can't tell you. But here's So he disobeyed God number one. So he stepped out of being submitted to God. So guess what happens if you're not submitted and then you go resist. You about to lose. And so not only had he disobeyed, but at this time he started going from city to city and attacking the principalities in different cities across America. that I don't believe God gave him a command to do. And boy did the trouble begin. And you know, Larry had come out of being, you know, having actually he got saved in a mental institution and God had brought him through deliverance and it's like he he opened the doorway to everything came back and before you know it, I mean, he's he's not only doing that, but then I mean the the the evil press gets on him. Prime Time did a special which they basically lied about him. But the lie was good enough to basically destroy his his uh people given to the ministry</w:t>
      </w:r>
    </w:p>
    <w:p>
      <w:pPr>
        <w:keepNext/>
        <w:spacing w:before="160" w:after="60"/>
      </w:pPr>
      <w:r>
        <w:rPr>
          <w:rFonts w:ascii="Calibri" w:hAnsi="Calibri"/>
          <w:b/>
          <w:color w:val="2E74B5"/>
          <w:sz w:val="20"/>
        </w:rPr>
        <w:t>1:07:20-1:10:23  |  Pastor Dean Odle</w:t>
      </w:r>
    </w:p>
    <w:p>
      <w:r>
        <w:t>and his dad passed away and um then he ends up falling into sin with some other woman and it ends up his wife them divorcing and the church going to nothing. I mean, you know, and you sit here and I I the Lord and the Lord told me this. He said, "I sent you here to see this. Don't let this happen to you." So, I know where my authority is. It's right here. God ain't sent me to go all around the country binding demons over cities all over America and the world. That's not my job. Okay? But God does send Christians to an area to do just that. But they first have to be able to fight the little ones. If you ever think you're gonna be able to fight the big, remember what David said when he was going to deal with Goliath? He said, "You know what? I fought the a lion and I fought a bear. Now I can I can take this giant now. I know that." But why did David know that? Because David had been spending time with the Lord alone in the wilderness keeping those sheep and protecting those sheep. He had learned to fight the smaller enemies. Then he could fight the bigger ones only at God's direction. You understand? You have got to decide. Am I a soldier of Jesus Christ or am I a little whiner and complainer? Look, a lot of the stuff that I get calls on that's happening in people's life, it's because they're not fighting. And then we ask them, "Have you done your deliverance?" They know about deliverance. They know about what they need to do. Have you done it? No. Why are we talking? This is what I'm thinking. I'm like, why are we talking? Here's we've told you what you need to do, the process of getting free and resisting and overcoming the powers of darkness individually for your own life. And if you won't do it, why you want to keep me in hours of counseling? Just cuz you're lazy and rebellious and stubborn and disobedient. But you want to come to me and go, "Why is this not working? Why is the devil beating my head in?" because you let him. Jesus said in my name you will cast the demons out. He said you resist the devil. You flee from.</w:t>
      </w:r>
    </w:p>
    <w:p>
      <w:pPr>
        <w:keepNext/>
        <w:spacing w:before="160" w:after="60"/>
      </w:pPr>
      <w:r>
        <w:rPr>
          <w:rFonts w:ascii="Calibri" w:hAnsi="Calibri"/>
          <w:b/>
          <w:color w:val="2E74B5"/>
          <w:sz w:val="20"/>
        </w:rPr>
        <w:t>1:10:23-1:13:25  |  Pastor Dean Odle</w:t>
      </w:r>
    </w:p>
    <w:p>
      <w:r>
        <w:t>He said you can take up the serpents meaning to bind them to stop their activity. Y'all quiet as episcopelians. Let me tell you, the devil, I've watched him over just the years we've been doing this church. Slick, man. He's slick. subtle, patient, creep his little way in just through a crack. He'll find any crack, creep his little way in, start whispering in people's ears. And before you know it, I mean, we've had people turn on us, turn against us that were like our very, very closest friends. So, don't think it can't happen cuz it can happen. I mean, we had one person go, "Oh, we love you. We'll never leave you." And a week later they're gone. That's how I can I kid you not. It happened just like that. And over what demons working and just working through a few people. But what's interesting is that like that particular incident, some of you know what I'm talking about, some of you may not. It doesn't matter. But right before that, this is before Skyfall 2019, we were in here on a Wednesday night praying and God showed S that we were going to get a visit from several principalities that was going to try to attack and tear up our church. Everyone was warned that they were going to particularly try to divide us. Skyfall 2019. Yeah. And Sandra got a word there was going to be division and and S got. So we got a warning that the big boys were coming. Now if they come attack you, guess what? You have authority to to fight back. Right? So we got a word here come and I and you know what's interesting? When when S shared it with me, I saw it. Sometimes when people have a vision or or a dream or word and they share it, I see it. The Lord gives it to me. He shows it to me. And I saw like three or four big principalities coming to attack our church. And this is right after this was the warnings were before Skyfall. Then we had Skyfall. And Skyfall was to me 2019 is one of the most powerful</w:t>
      </w:r>
    </w:p>
    <w:p>
      <w:pPr>
        <w:keepNext/>
        <w:spacing w:before="160" w:after="60"/>
      </w:pPr>
      <w:r>
        <w:rPr>
          <w:rFonts w:ascii="Calibri" w:hAnsi="Calibri"/>
          <w:b/>
          <w:color w:val="2E74B5"/>
          <w:sz w:val="20"/>
        </w:rPr>
        <w:t>1:13:25-1:16:31  |  Pastor Dean Odle</w:t>
      </w:r>
    </w:p>
    <w:p>
      <w:r>
        <w:t>conferences we had. God just moved. It was the first um mass deliverance too. We did. powerful time, right? And then I kid you not, the next week, the week after, over half the church left and some I had to ask to leave. Now that's with a warning brother. That's with a warning. And we even started praying against it. And that's how powerful it came. But it took out whom it could take out. You understand? Because there was laziness there. There was certain people that let their brains get beat in even though they had been taught for years how to fight. There were th there were some too that had been corrected about certain things that didn't correct those things. You understand? If you don't fight the little ones, the big ones will take you down. You understand? Now, I don't know what's getting ready to happen. I will say this. It's all I can say right now about this. I think the Lord's going to have us doing some new things, some different things, and I think it's going to upset the devil. Um, and there's going to be some problems I'm going to have to confront and that's going to offend somebody or somebody's friend going to get offended for them. Don't ever take up anybody else's offense, too. That's always bad, but it happens. It's just like, "Oh, he did that to my friend. He said that to my friend." Grow up. This isn't high school, right? Just remember, if I rebuke or correct you, it's not cuz I'm mad at you or I hate you. It's because I love you and I want you to be okay and I want you to get free from something or I want you to get overcome something. You know, and sometimes you got to be grabbed and shaken a little bit. But what's interesting is, you know what, the people I've seen that receive correction or don't take up someone else's offense, they always grow and mature. They always um grow in humility and they grow in in in personal strength.</w:t>
      </w:r>
    </w:p>
    <w:p>
      <w:pPr>
        <w:keepNext/>
        <w:spacing w:before="160" w:after="60"/>
      </w:pPr>
      <w:r>
        <w:rPr>
          <w:rFonts w:ascii="Calibri" w:hAnsi="Calibri"/>
          <w:b/>
          <w:color w:val="2E74B5"/>
          <w:sz w:val="20"/>
        </w:rPr>
        <w:t>1:16:31-1:19:33  |  Pastor Dean Odle</w:t>
      </w:r>
    </w:p>
    <w:p>
      <w:r>
        <w:t>And that's part of church life. But um the battles ahead of us are just going to get more intense, you know. And it's interesting to me. Now, this is just other little side note that it lists four classes of powers of darkness and their degrees. It interesting that they talking about there's four types of aliens. It's not a coincidence. And just know that they're in contact. The people in high levels of government and military and intelligence, they meet with these entities. They converse with these entities. They they build operational plans. And this is what we're living through now. Just just like COVID, listen. CO, y'all, COVID was one of their long-term operations that started from the top. Satan set them down. Here, guys, what we're going to do, who's our guys that are going to work with us? Oh, yeah. The Fouchy guy, the Jesuit. He's fully on board. And they had enough of their people in important places across the country to force this upon us. To even force a vaccine that's killing people. That's killing people at record levels. But you need to hear me. the plans they have, the operations, the dark operations they have are go ahead of us are going to make COVID look like it was a picnic. And I believe too what we just saw, what happened in Venezuela with the earthquakes, what happened in Venezuela with the 7 plus and then followed by a 7 plus is very rare. And then for it also to happen same day in Japan. And then right after that um what was the other place? Um California. You know one of the things Jesus said one of the signs when they asked him what would be the signs of your coming the end of the age. He said mega in Greek quakes in diverse places. What I believe you're going to see is that remember he said it's like birth pains upon a woman. They get more frequent and more intense as you get closer to the</w:t>
      </w:r>
    </w:p>
    <w:p>
      <w:pPr>
        <w:keepNext/>
        <w:spacing w:before="160" w:after="60"/>
      </w:pPr>
      <w:r>
        <w:rPr>
          <w:rFonts w:ascii="Calibri" w:hAnsi="Calibri"/>
          <w:b/>
          <w:color w:val="2E74B5"/>
          <w:sz w:val="20"/>
        </w:rPr>
        <w:t>1:19:33-1:22:37  |  Pastor Dean Odle</w:t>
      </w:r>
    </w:p>
    <w:p>
      <w:r>
        <w:t>time. Well, I think what you're seeing I I've never seen anything like what we just saw. I mean, I don't know if y'all watched the videos of the massive buildings that just collapsed over there. Just one after the other. and and the buildings that are still standing, most of them are so damaged, they're not even going to be able to use them. They're going to have to knock them down and start over. But we're going to see that all over the place. But you know what I found out they were doing? Having a little pagan festival in Caracus. Yeah. keep playing with these things and you what you also stir God's anger and all he's got to do, you know, if heaven is his throne and earth is his foottool, all he's got to do is move his foot a little bit and the whole thing shakes. And he's the one that does the shaking, y'all. A lot of people think, "Oh, they got earthquake machine." Well, let me just tell you right now the Lord is the one that's going to shake the earth. And we could go through scripture after scripture after scripture on that. In fact, he says he going to shake everything that can be shaken. The shaking's not over, y'all. In fact, there's coming a day where it says all the cities of the nations will be brought to rubble, to nothing. 100 pound hailstones are going to be coming down and just destroyed. Think about think about that from the Bible. That that's one of the vials of wrath. All the cities of the nations will be destroyed. All the mountains will be moved and all the islands will be moved. That's going to be quite the earthquake. In fact, when Jesus sets his feet down the Mount of Olives, he's going to split the whole thing three ways. So, hear what I'm saying to you. Matthew 24 goes on after that is what does he say? First thing he warns you, don't be deceived. They're going to do false prophets and false Christs are going to do great signs and wonders in the heavens, in the earth, in the church. We just read, just read, the whole United Methodist Church has now accepts homosexuality. Think about that. I can't imagine when John Wesley got the news of that one in heaven.</w:t>
      </w:r>
    </w:p>
    <w:p>
      <w:pPr>
        <w:keepNext/>
        <w:spacing w:before="160" w:after="60"/>
      </w:pPr>
      <w:r>
        <w:rPr>
          <w:rFonts w:ascii="Calibri" w:hAnsi="Calibri"/>
          <w:b/>
          <w:color w:val="2E74B5"/>
          <w:sz w:val="20"/>
        </w:rPr>
        <w:t>1:22:37-1:25:38  |  Pastor Dean Odle</w:t>
      </w:r>
    </w:p>
    <w:p>
      <w:r>
        <w:t>You want to talk about being in the falling away? We are in the falling away. Pedophiles everywhere, pornography everywhere, homosexuality, the abomination embraced everywhere. Now, now you in Canada, you go to jail. If you preach against homosexuality, you will go to jail up to 10 years possibly. If you preach hate against that community, so guess what? The new law, what is it? C, what is it? Or B, I can't remember the but the new law in Canada, you can't preach this anymore. Or you go to jail. You dare preach against Islam, you go to jail. You preach against Jehovah witness and go to jail. Any any hate and you're like, "What does that even mean?" Oh, it's whatever they think decide it means. Oh, yeah. No, you know that you know they're not going to do anything with that, right? But think about it. Any group you marginalize like that, but what about abortion? I I guarantee you they've made it where if you offend any group now, you can go to jail up to 10 years in prison. 10 years. There's rapists and pedophiles that don't get 10 years in prison. Do you see where the world's going? They don't hate the criminal. They don't hate the crime. They hate Christians and they hate the Bible and they hate. Why? because they serve the principalities, powers, and rulers of darkness. And we have the only power against them and they know it. And that's why they hate us. That's why they want to diminish us. That's why they want to get rid of us or get us to just not believe anymore that we have the power and authority to fight them. Put my put my title my slide back up here. We are the resistance. You understand? [applause] And it's not easy. You know, I was driving here this morning thinking about a soldier's life. I was never in the military. I almost joined, but God said, "No, that's not what I want for you to do." But I got to thinking about how they make a choice that that person that's deciding to go into the military, especially to go into the army, to infantry, to the marines, to the rangers, to SEALs, to whatever. I mean they are literally saying I'm giving up</w:t>
      </w:r>
    </w:p>
    <w:p>
      <w:pPr>
        <w:keepNext/>
        <w:spacing w:before="160" w:after="60"/>
      </w:pPr>
      <w:r>
        <w:rPr>
          <w:rFonts w:ascii="Calibri" w:hAnsi="Calibri"/>
          <w:b/>
          <w:color w:val="2E74B5"/>
          <w:sz w:val="20"/>
        </w:rPr>
        <w:t>1:25:38-1:28:40  |  Pastor Dean Odle</w:t>
      </w:r>
    </w:p>
    <w:p>
      <w:r>
        <w:t>my life what I want to do for the next four years or eight years or whatever I'm giving that up to serve my country and that means I don't get to do what I want to do. I don't get to go take a vacation when I want to take a vacation. I don't get to eat what I want to eat. I don't get to sleep when I want to sleep. I am at the command of my of of the military. And then when you go to war, you want to talk about you go from training that's uncomfortable to actually war situation. And if you are not willing to deprive yourself of some sleep, obey orders, fight with everything you have for your country, for the guy next to you to live, to survive. If you don't have that, then I was thinking about how the Lord told us. He said, "Be good soldiers of Jesus Christ. Get your basic training down. Learn how to fight and get ready to put it in operation. And that means you don't get to sleep all that you want to sleep. You don't get to eat all the time what you want to eat. You don't get to go all the time where you want to go. You do what the Holy Spirit leads you to do. and you're submitted to commands or leaders in a church in eldership and you are part of this resistance as a good soldier of Jesus Christ or you are just a lazy anchor holding us back getting ready to be a problem. You know what happened to the stupid lieutenants in Vietnam? See, this is what what our stupid military did in Vietnam. We had sergeants that were in country for months or years that knew. They had experience. They knew what was going on. They had survived. They had commanded their men and they knew what to do. And you get these lieutenants coming in and because they went to college, got that commission as a lieutenant and come in and all of a sudden they're the boss over the sergeant. Well, the stupid ones that got it in their head that they were something big cuz they were lieutenant got themselves an accident.</w:t>
      </w:r>
    </w:p>
    <w:p>
      <w:pPr>
        <w:keepNext/>
        <w:spacing w:before="160" w:after="60"/>
      </w:pPr>
      <w:r>
        <w:rPr>
          <w:rFonts w:ascii="Calibri" w:hAnsi="Calibri"/>
          <w:b/>
          <w:color w:val="2E74B5"/>
          <w:sz w:val="20"/>
        </w:rPr>
        <w:t>1:28:40-1:31:40  |  Pastor Dean Odle</w:t>
      </w:r>
    </w:p>
    <w:p>
      <w:r>
        <w:t>Yeah. Because what? if they wouldn't listen to the sergeant and to those guys who had experience and right. But folks, we got those in the pull pit. We got a bunch of stupid lieutenants out there. Hadn't won a battle, hadn't fought a battle, but they went to seminary. This is why you get around people who are fighters. You want to learn how to punch? You want to learn how to kick? I didn't go to a stupid lieutenant when I was taking martial arts. I went to a fifth degree tongsudo master who knew how to throw a punch, knew how to throw a kick, knew how to fight. He taught me how to punch. He taught me how to kick. I learned how to do it from someone who knew how. You want to know why most of the church is not in this fight and part of the resistance? Because they are following stupid lieutenants who don't know how to fight. That was free. We need to stop. That was your what do they call it? That was your appetite. Yeah. No. No. That was your free side. The free side there. Say this with me. I will be I will be a good soldier a good soldier of Jesus Christ. of Jesus Christ. You know Paul when he said I fought the good fight. You know what a good fight is? That's the fight you win. I've been in some fights. I won a lot of them. That's a good fight. I also fought five guys one time and I lost. That's a bad fight. [laughter] All right. That's the fight you end up in the hospital and getting sewn up and stuff. But in Jesus name, in this battle, if we employ the strategy that he's given us and the weapons he's given us, we can win. And we can win a lot. And we can overcome the devil by the blood of the lamb. the blood of Jesus by the word of our testimony, what comes out of our mouth and because we love not our lives even unto the death. Amen. See, I ain't scared to die for Jesus. Amen. Say, "Well, Pastor Dean, if they kill you, then didn't you lose?" No, bud. No.</w:t>
      </w:r>
    </w:p>
    <w:p>
      <w:pPr>
        <w:keepNext/>
        <w:spacing w:before="160" w:after="60"/>
      </w:pPr>
      <w:r>
        <w:rPr>
          <w:rFonts w:ascii="Calibri" w:hAnsi="Calibri"/>
          <w:b/>
          <w:color w:val="2E74B5"/>
          <w:sz w:val="20"/>
        </w:rPr>
        <w:t>1:31:40-1:34:41  |  Pastor Dean Odle</w:t>
      </w:r>
    </w:p>
    <w:p>
      <w:r>
        <w:t>They just gave me a brief vacation. Very brief. Cuz if they kill me tomorrow, it won't be long before I'm on a white horse with a sword coming back with Jesus. The war is not done even after we die. If we die before Jesus returns, we come back fighting with him. So some of people, oh Lord, you imagine the person that might behead me and then I come back and we taking care of you today. Yeah. Yeah. come back. And that's what, you know, I was going to get in that today, you know, in Enoch part five is we get finally get to the to the uh millennial reign. Um, but man is it going to be beautiful what we are when we return in the millennial reign as the commanders and leaders of the world. The rest of the world will have to submit. Period. There will be no resistance from them at that point. Then the devil will be let loose. And and this is what's so sad. Let me just tell you right now that whole we're in the little season. No, we're not. You being deceived and lied to and manipulated. And anything YouTube's pushing and not censoring, I can tell you right now it's a lie. And it's pushing that little season lie. We ain't even close. We haven't had the thousand-year millennial reign of Jesus on the earth. We haven't had the second coming of Jesus. All of that is a demonic, satanic deception. those days will come. I'm going to talk about I may talk about that too next week. But the the 10 weeks of Enoch are so fascinating because he prophesied the seventh week is where we are. The eighth week is the return of Jesus. The ninth week is the millennial reign. And the 10th is eternity, the new heavens and the new earth. and just lays it out. He laid it out. God said, and remember he told God said, "I've showed you everything. But we choose. We choose if we walk in the truth. We choose if we speak the word of God. We choose if we live holy and righteous lives for him. We choose to bind the demons and resist them. We choose to loose the people. And don't go around.</w:t>
      </w:r>
    </w:p>
    <w:p>
      <w:pPr>
        <w:keepNext/>
        <w:spacing w:before="160" w:after="60"/>
      </w:pPr>
      <w:r>
        <w:rPr>
          <w:rFonts w:ascii="Calibri" w:hAnsi="Calibri"/>
          <w:b/>
          <w:color w:val="2E74B5"/>
          <w:sz w:val="20"/>
        </w:rPr>
        <w:t>1:34:41-1:37:46  |  Pastor Dean Odle</w:t>
      </w:r>
    </w:p>
    <w:p>
      <w:r>
        <w:t>There's people out there teaching you loose demons. No, you don't. You don't loose anything but people. That's the only example we have of loosing. Loosing. When he he told the spirit of infirmity to loose that woman, let her go. You hear me? We don't lose I've heard Christians go around, well, I loose this demon. No, you don't loose the demon. That's what witches do. They loose demons on you. We bind demons and we lose people in Jesus name. Amen. That's how it works. I mean, there were there were fake Christians back in the 90s writing books and publishing them. Liberty Seard was one of them. I think she was a witch pushing that. And I remember some ladies in my church came in and started doing that. Man, you want to talk about the warfare that created? I had to actually cast them out of the church because they wouldn't quit till they repented and stopped praying wrong. Showed them where they were wrong in the Bible and they still kept doing it. I said, "Well, y'all just become witches. Y'all are out of here. Gone. Don't come back until you repent of this error." Cuz it was causing spiritual problems in the church. Look, if you get into false doctrine, uh I know some of you looking at me funny. If you get into false doctrine contrary to what you've been taught and you start causing division, I don't even have to consult anybody. I can set your butt right out the door and she you right along. Not going to have it. Say, "Pastor Dean, that sounds mean." It's it's Bible. Romans 16. Mark those that cause divisions, offenses contrary to the doctrine you've learned. Mark them. And it says avoid them. How can you avoid them if you let them stay sitting in the church room? Can't avoid them. They must be marked and avoided. And that's especially if they get into this false doctrine. And if I hear anybody in this church, I'm going to tell you right now, you start coming here and start teaching that little season mess, your butt will be set out down in the the road. You start teaching we don't bind demons or we don't cast out Bye-bye now. Have a nice life frolicking with your demon friends. Say pastoring you sound mean. No Bible. We do it this way or we don't do it. And if you want, you don't want to do it this way, there's plenty of these lieutenants down the road that love to have you in their church. Let's stand. Say this with me. I will not follow follow stupid lieutenant.</w:t>
      </w:r>
    </w:p>
    <w:p>
      <w:pPr>
        <w:keepNext/>
        <w:spacing w:before="160" w:after="60"/>
      </w:pPr>
      <w:r>
        <w:rPr>
          <w:rFonts w:ascii="Calibri" w:hAnsi="Calibri"/>
          <w:b/>
          <w:color w:val="2E74B5"/>
          <w:sz w:val="20"/>
        </w:rPr>
        <w:t>1:37:46-1:40:52  |  Pastor Dean Odle</w:t>
      </w:r>
    </w:p>
    <w:p>
      <w:r>
        <w:t>[laughter] You want to see or you want to Is it hot in here or is it just me? I feel like I'm standing outside. Is the air conditioner even working? Well, listen. We may continue this as a series, but we are Christians, true born again Christians who know how to fight. Amen. We are the resistance to this entire system. And this is why you cannot compromise with it. That's why you cannot indulge it and love it and embrace it. Because you are supposed to be contrary to it. Fighting it, exposing it, casting it down. Amen. Amen. Let's pray. Heavenly Father, I ask you to help us to help us be the good soldiers of Jesus Christ to be the light of this world. to fight every principality, power, ruler of darkness, and wicked spirits in high places. Lord, to bind them, to resist them, to fight them on every level that you lead us personally, corporately, regionally, even nationwide. Lord, we just Lord, we ask you to lead us and guide us into these battles so that people can be set free. So that those who have been blinded by Satan, their eyes can be opened. So that they can be loosed and set free from the satanic chains and hear the gospel and decide freely with a free mind if they want to repent and follow you or not. Lord, we pray that eyes would be open and hearts would be convicted. We pray that you would use us. We pray God, I pray that you would stir our church up to be soldiers, to realize they have to deny themselves. That they have to be consistent in prayer, prayer meetings, faithful in what you've called them to do and how you've called them to live. to get control of their minds and their thought life and not let it run wild. Lord, we thank you. You've given us all the weapons, all the armor. You've given us the sword of the spirit, which is your word. You've given us the keys of the kingdom, binding and loosing. You've given us the weapons of warfare that are not carnal, but they're mighty through you. So Lord, lead us and guide us into this battle as your resistance.</w:t>
      </w:r>
    </w:p>
    <w:p>
      <w:pPr>
        <w:keepNext/>
        <w:spacing w:before="160" w:after="60"/>
      </w:pPr>
      <w:r>
        <w:rPr>
          <w:rFonts w:ascii="Calibri" w:hAnsi="Calibri"/>
          <w:b/>
          <w:color w:val="2E74B5"/>
          <w:sz w:val="20"/>
        </w:rPr>
        <w:t>1:40:52-1:41:05  |  Pastor Dean Odle</w:t>
      </w:r>
    </w:p>
    <w:p>
      <w:r>
        <w:t>I pray this in Jesus name. Amen. Amen. All right, y'all know the drill out there. Hug some necks before you leave. Uh my wife's coming up here. you. Oh. All right. Well, we'll say bye to those of you out there. God bless. See you next time. Everybody in here, hold on.</w:t>
      </w:r>
    </w:p>
    <w:sectPr w:rsidR="00FC693F" w:rsidRPr="0006063C" w:rsidSect="00034616">
      <w:headerReference w:type="default" r:id="rId9"/>
      <w:footerReference w:type="default" r:id="rId10"/>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b w:val="0"/>
        <w:color w:val="5A626C"/>
        <w:sz w:val="18"/>
      </w:rPr>
      <w:t>Watchman 33  •  The Resistance</w:t>
    </w:r>
    <w:r>
      <w:t xml:space="preserve">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Calibri" w:hAnsi="Calibri"/>
        <w:b/>
        <w:color w:val="5A626C"/>
        <w:sz w:val="18"/>
      </w:rPr>
      <w:t>WATCHMAN 33  |  LIGHTLY EDITED TRANSCRIPT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00" w:lineRule="auto"/>
    </w:pPr>
    <w:rPr>
      <w:rFonts w:ascii="Calibri" w:hAnsi="Calibri"/>
      <w:color w:val="1E2328"/>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200"/>
      <w:outlineLvl w:val="0"/>
    </w:pPr>
    <w:rPr>
      <w:rFonts w:asciiTheme="majorHAnsi" w:eastAsiaTheme="majorEastAsia" w:hAnsiTheme="majorHAnsi" w:cstheme="majorBidi" w:ascii="Calibri" w:hAnsi="Calibri"/>
      <w:b/>
      <w:bCs/>
      <w:color w:val="2E74B5"/>
      <w:sz w:val="32"/>
      <w:szCs w:val="28"/>
    </w:rPr>
  </w:style>
  <w:style w:type="paragraph" w:styleId="Heading2">
    <w:name w:val="heading 2"/>
    <w:basedOn w:val="Normal"/>
    <w:next w:val="Normal"/>
    <w:link w:val="Heading2Char"/>
    <w:uiPriority w:val="9"/>
    <w:unhideWhenUsed/>
    <w:qFormat/>
    <w:rsid w:val="00FC693F"/>
    <w:pPr>
      <w:keepNext/>
      <w:keepLines/>
      <w:spacing w:before="280" w:after="140"/>
      <w:outlineLvl w:val="1"/>
    </w:pPr>
    <w:rPr>
      <w:rFonts w:asciiTheme="majorHAnsi" w:eastAsiaTheme="majorEastAsia" w:hAnsiTheme="majorHAnsi" w:cstheme="majorBidi" w:ascii="Calibri" w:hAnsi="Calibr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ascii="Calibri" w:hAnsi="Calibri"/>
      <w:b/>
      <w:bCs/>
      <w:color w:val="1F4D7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60" w:line="240" w:lineRule="auto" w:before="0"/>
      <w:contextualSpacing/>
    </w:pPr>
    <w:rPr>
      <w:rFonts w:asciiTheme="majorHAnsi" w:eastAsiaTheme="majorEastAsia" w:hAnsiTheme="majorHAnsi" w:cstheme="majorBidi" w:ascii="Calibri" w:hAnsi="Calibri"/>
      <w:b w:val="0"/>
      <w:color w:val="0B2545"/>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40"/>
    </w:pPr>
    <w:rPr>
      <w:rFonts w:asciiTheme="majorHAnsi" w:eastAsiaTheme="majorEastAsia" w:hAnsiTheme="majorHAnsi" w:cstheme="majorBidi" w:ascii="Calibri" w:hAnsi="Calibri"/>
      <w:b w:val="0"/>
      <w:i/>
      <w:iCs/>
      <w:color w:val="1F4D78"/>
      <w:spacing w:val="15"/>
      <w:sz w:val="3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