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Humility</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1:12:36</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https://www.youtube.com/watch?v=WksOfqOgYYY</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“Humility,” Pastor Dean Odle presents a Scripture-centered message about pride and humility, grace and mercy, prayer. Drawing especially from Daniel 1, Habakkuk 3, Daniel 3, Daniel 4, the teaching emphasizes that spiritual pride blinds people to correction, while humility receives truth and depends on God. Odle connects that foundation with the conviction that God’s grace forgives and also trains believers to leave sin and live in obedience.</w:t>
      </w:r>
    </w:p>
    <w:p>
      <w:r>
        <w:t>As the sermon progresses, it addresses eternal life and hope, the condition of the church, the authority of Scripture.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2022-06-21;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Daniel 1; Habakkuk 3; Daniel 3; Daniel 4; Pride And Humility; Grace And Mercy; Prayer; Eternal Life And Hope; The Condition Of The Church; The Authority Of Scripture; Family Discipleship</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Daniel 1 and Grace And Mercy</w:t>
      </w:r>
    </w:p>
    <w:p>
      <w:r>
        <w:rPr>
          <w:b/>
          <w:color w:val="2E74B5"/>
        </w:rPr>
        <w:t>0:00-9:05</w:t>
      </w:r>
    </w:p>
    <w:p>
      <w:r>
        <w:t>Odle focuses on the authority of Scripture while working through Daniel 1, Habakkuk 3, Daniel 3. The message argues that Scripture is presented as the standard for doctrine, discernment, and daily obedience. It connects this with the conviction that God’s grace forgives and also trains believers to leave sin and live in obedience. The practical emphasis is to trust God’s promises and refuse decisions governed by fear.</w:t>
      </w:r>
    </w:p>
    <w:p>
      <w:pPr>
        <w:pStyle w:val="Heading2"/>
      </w:pPr>
      <w:r>
        <w:t>2. Eternal Life And Hope and Pride And Humility</w:t>
      </w:r>
    </w:p>
    <w:p>
      <w:r>
        <w:rPr>
          <w:b/>
          <w:color w:val="2E74B5"/>
        </w:rPr>
        <w:t>9:05-18:10</w:t>
      </w:r>
    </w:p>
    <w:p>
      <w:r>
        <w:t>Odle focuses on eternal life and hope. The message argues that the promise of eternal life directs believers toward hope, holiness, and perseverance in Christ. It connects this with the conviction that spiritual pride blinds people to correction, while humility receives truth and depends on God. The practical emphasis is to seek God in prayer and act on what Scripture requires.</w:t>
      </w:r>
    </w:p>
    <w:p>
      <w:pPr>
        <w:pStyle w:val="Heading2"/>
      </w:pPr>
      <w:r>
        <w:t>3. Pride And Humility and Eternal Life And Hope</w:t>
      </w:r>
    </w:p>
    <w:p>
      <w:r>
        <w:rPr>
          <w:b/>
          <w:color w:val="2E74B5"/>
        </w:rPr>
        <w:t>18:10-27:15</w:t>
      </w:r>
    </w:p>
    <w:p>
      <w:r>
        <w:t>Odle focuses on pride and humility. The message argues that spiritual pride blinds people to correction, while humility receives truth and depends on God. It connects this with the conviction that the promise of eternal life directs believers toward hope, holiness, and perseverance in Christ. The practical emphasis is to practice patient, truthful love in relationships and conflict.</w:t>
      </w:r>
    </w:p>
    <w:p>
      <w:pPr>
        <w:pStyle w:val="Heading2"/>
      </w:pPr>
      <w:r>
        <w:t>4. Galatians 6 and Holiness</w:t>
      </w:r>
    </w:p>
    <w:p>
      <w:r>
        <w:rPr>
          <w:b/>
          <w:color w:val="2E74B5"/>
        </w:rPr>
        <w:t>27:15-36:20</w:t>
      </w:r>
    </w:p>
    <w:p>
      <w:r>
        <w:t>Odle focuses on grace and mercy while working through Galatians 6, Titus 3, Luke 18. The message argues that God’s grace forgives and also trains believers to leave sin and live in obedience. It connects this with the conviction that God calls believers to reject compromise and pursue practical holiness. The practical emphasis is to practice patient, truthful love in relationships and conflict.</w:t>
      </w:r>
    </w:p>
    <w:p>
      <w:pPr>
        <w:pStyle w:val="Heading2"/>
      </w:pPr>
      <w:r>
        <w:t>5. Philippians 2 and Grace And Mercy</w:t>
      </w:r>
    </w:p>
    <w:p>
      <w:r>
        <w:rPr>
          <w:b/>
          <w:color w:val="2E74B5"/>
        </w:rPr>
        <w:t>36:20-45:25</w:t>
      </w:r>
    </w:p>
    <w:p>
      <w:r>
        <w:t>Odle focuses on pride and humility while working through Philippians 2, James 4, Peter 5. The message argues that spiritual pride blinds people to correction, while humility receives truth and depends on God. It connects this with the conviction that God’s grace forgives and also trains believers to leave sin and live in obedience. The practical emphasis is to test the teaching by Scripture and apply it through faithful obedience.</w:t>
      </w:r>
    </w:p>
    <w:p>
      <w:pPr>
        <w:pStyle w:val="Heading2"/>
      </w:pPr>
      <w:r>
        <w:t>6. Romans 12 and Prayer</w:t>
      </w:r>
    </w:p>
    <w:p>
      <w:r>
        <w:rPr>
          <w:b/>
          <w:color w:val="2E74B5"/>
        </w:rPr>
        <w:t>45:25-54:30</w:t>
      </w:r>
    </w:p>
    <w:p>
      <w:r>
        <w:t>Odle focuses on grace and mercy while working through Romans 12, Isaiah 66, John 2. The message argues that God’s grace forgives and also trains believers to leave sin and live in obedience. It connects this with the conviction that prayer expresses dependence on God and prepares believers to hear and obey Him. The practical emphasis is to seek God in prayer and act on what Scripture requires.</w:t>
      </w:r>
    </w:p>
    <w:p>
      <w:pPr>
        <w:pStyle w:val="Heading2"/>
      </w:pPr>
      <w:r>
        <w:t>7. Prayer and The Anointing</w:t>
      </w:r>
    </w:p>
    <w:p>
      <w:r>
        <w:rPr>
          <w:b/>
          <w:color w:val="2E74B5"/>
        </w:rPr>
        <w:t>54:30-1:03:35</w:t>
      </w:r>
    </w:p>
    <w:p>
      <w:r>
        <w:t>Odle focuses on prayer. The message argues that prayer expresses dependence on God and prepares believers to hear and obey Him. It connects this with the conviction that spiritual anointing is given for service and must remain joined to character and obedience. The practical emphasis is to seek God in prayer and act on what Scripture requires.</w:t>
      </w:r>
    </w:p>
    <w:p>
      <w:pPr>
        <w:pStyle w:val="Heading2"/>
      </w:pPr>
      <w:r>
        <w:t>8. Isaiah 57 and The Condition Of The Church</w:t>
      </w:r>
    </w:p>
    <w:p>
      <w:r>
        <w:rPr>
          <w:b/>
          <w:color w:val="2E74B5"/>
        </w:rPr>
        <w:t>1:03:35-1:12:36</w:t>
      </w:r>
    </w:p>
    <w:p>
      <w:r>
        <w:t>Odle focuses on prayer while working through Isaiah 57, Psalm 139. The message argues that prayer expresses dependence on God and prepares believers to hear and obey Him. It connects this with the conviction that the church is called to recover biblical faithfulness instead of accommodating compromise.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Daniel 1</w:t>
            </w:r>
          </w:p>
        </w:tc>
        <w:tc>
          <w:tcPr>
            <w:tcW w:type="dxa" w:w="4896"/>
          </w:tcPr>
          <w:p>
            <w:r>
              <w:t>Used in the sermon’s teaching on pride and humility and its practical application.</w:t>
            </w:r>
          </w:p>
        </w:tc>
      </w:tr>
      <w:tr>
        <w:tc>
          <w:tcPr>
            <w:tcW w:type="dxa" w:w="4896"/>
          </w:tcPr>
          <w:p>
            <w:r>
              <w:t>Habakkuk 3</w:t>
            </w:r>
          </w:p>
        </w:tc>
        <w:tc>
          <w:tcPr>
            <w:tcW w:type="dxa" w:w="4896"/>
          </w:tcPr>
          <w:p>
            <w:r>
              <w:t>Used in the sermon’s teaching on pride and humility and its practical application.</w:t>
            </w:r>
          </w:p>
        </w:tc>
      </w:tr>
      <w:tr>
        <w:tc>
          <w:tcPr>
            <w:tcW w:type="dxa" w:w="4896"/>
          </w:tcPr>
          <w:p>
            <w:r>
              <w:t>Daniel 3</w:t>
            </w:r>
          </w:p>
        </w:tc>
        <w:tc>
          <w:tcPr>
            <w:tcW w:type="dxa" w:w="4896"/>
          </w:tcPr>
          <w:p>
            <w:r>
              <w:t>Used in the sermon’s teaching on pride and humility and its practical application.</w:t>
            </w:r>
          </w:p>
        </w:tc>
      </w:tr>
      <w:tr>
        <w:tc>
          <w:tcPr>
            <w:tcW w:type="dxa" w:w="4896"/>
          </w:tcPr>
          <w:p>
            <w:r>
              <w:t>Daniel 4</w:t>
            </w:r>
          </w:p>
        </w:tc>
        <w:tc>
          <w:tcPr>
            <w:tcW w:type="dxa" w:w="4896"/>
          </w:tcPr>
          <w:p>
            <w:r>
              <w:t>Used in the sermon’s teaching on pride and humility and its practical application.</w:t>
            </w:r>
          </w:p>
        </w:tc>
      </w:tr>
      <w:tr>
        <w:tc>
          <w:tcPr>
            <w:tcW w:type="dxa" w:w="4896"/>
          </w:tcPr>
          <w:p>
            <w:r>
              <w:t>1 Corinthians 8</w:t>
            </w:r>
          </w:p>
        </w:tc>
        <w:tc>
          <w:tcPr>
            <w:tcW w:type="dxa" w:w="4896"/>
          </w:tcPr>
          <w:p>
            <w:r>
              <w:t>Used in the sermon’s teaching on pride and humility and its practical application.</w:t>
            </w:r>
          </w:p>
        </w:tc>
      </w:tr>
      <w:tr>
        <w:tc>
          <w:tcPr>
            <w:tcW w:type="dxa" w:w="4896"/>
          </w:tcPr>
          <w:p>
            <w:r>
              <w:t>Galatians 6</w:t>
            </w:r>
          </w:p>
        </w:tc>
        <w:tc>
          <w:tcPr>
            <w:tcW w:type="dxa" w:w="4896"/>
          </w:tcPr>
          <w:p>
            <w:r>
              <w:t>Used in the sermon’s teaching on pride and humility and its practical application.</w:t>
            </w:r>
          </w:p>
        </w:tc>
      </w:tr>
      <w:tr>
        <w:tc>
          <w:tcPr>
            <w:tcW w:type="dxa" w:w="4896"/>
          </w:tcPr>
          <w:p>
            <w:r>
              <w:t>Titus 3</w:t>
            </w:r>
          </w:p>
        </w:tc>
        <w:tc>
          <w:tcPr>
            <w:tcW w:type="dxa" w:w="4896"/>
          </w:tcPr>
          <w:p>
            <w:r>
              <w:t>Used in the sermon’s teaching on pride and humility and its practical application.</w:t>
            </w:r>
          </w:p>
        </w:tc>
      </w:tr>
      <w:tr>
        <w:tc>
          <w:tcPr>
            <w:tcW w:type="dxa" w:w="4896"/>
          </w:tcPr>
          <w:p>
            <w:r>
              <w:t>Luke 18</w:t>
            </w:r>
          </w:p>
        </w:tc>
        <w:tc>
          <w:tcPr>
            <w:tcW w:type="dxa" w:w="4896"/>
          </w:tcPr>
          <w:p>
            <w:r>
              <w:t>Used in the sermon’s teaching on pride and humility and its practical application.</w:t>
            </w:r>
          </w:p>
        </w:tc>
      </w:tr>
      <w:tr>
        <w:tc>
          <w:tcPr>
            <w:tcW w:type="dxa" w:w="4896"/>
          </w:tcPr>
          <w:p>
            <w:r>
              <w:t>Philippians 2</w:t>
            </w:r>
          </w:p>
        </w:tc>
        <w:tc>
          <w:tcPr>
            <w:tcW w:type="dxa" w:w="4896"/>
          </w:tcPr>
          <w:p>
            <w:r>
              <w:t>Used in the sermon’s teaching on pride and humility and its practical application.</w:t>
            </w:r>
          </w:p>
        </w:tc>
      </w:tr>
      <w:tr>
        <w:tc>
          <w:tcPr>
            <w:tcW w:type="dxa" w:w="4896"/>
          </w:tcPr>
          <w:p>
            <w:r>
              <w:t>James 4</w:t>
            </w:r>
          </w:p>
        </w:tc>
        <w:tc>
          <w:tcPr>
            <w:tcW w:type="dxa" w:w="4896"/>
          </w:tcPr>
          <w:p>
            <w:r>
              <w:t>Used in the sermon’s teaching on pride and humility and its practical application.</w:t>
            </w:r>
          </w:p>
        </w:tc>
      </w:tr>
      <w:tr>
        <w:tc>
          <w:tcPr>
            <w:tcW w:type="dxa" w:w="4896"/>
          </w:tcPr>
          <w:p>
            <w:r>
              <w:t>Peter 5</w:t>
            </w:r>
          </w:p>
        </w:tc>
        <w:tc>
          <w:tcPr>
            <w:tcW w:type="dxa" w:w="4896"/>
          </w:tcPr>
          <w:p>
            <w:r>
              <w:t>Used in the sermon’s teaching on pride and humility and its practical application.</w:t>
            </w:r>
          </w:p>
        </w:tc>
      </w:tr>
      <w:tr>
        <w:tc>
          <w:tcPr>
            <w:tcW w:type="dxa" w:w="4896"/>
          </w:tcPr>
          <w:p>
            <w:r>
              <w:t>Colossians 3</w:t>
            </w:r>
          </w:p>
        </w:tc>
        <w:tc>
          <w:tcPr>
            <w:tcW w:type="dxa" w:w="4896"/>
          </w:tcPr>
          <w:p>
            <w:r>
              <w:t>Used in the sermon’s teaching on pride and humility and its practical application.</w:t>
            </w:r>
          </w:p>
        </w:tc>
      </w:tr>
      <w:tr>
        <w:tc>
          <w:tcPr>
            <w:tcW w:type="dxa" w:w="4896"/>
          </w:tcPr>
          <w:p>
            <w:r>
              <w:t>Romans 12</w:t>
            </w:r>
          </w:p>
        </w:tc>
        <w:tc>
          <w:tcPr>
            <w:tcW w:type="dxa" w:w="4896"/>
          </w:tcPr>
          <w:p>
            <w:r>
              <w:t>Used in the sermon’s teaching on pride and humility and its practical application.</w:t>
            </w:r>
          </w:p>
        </w:tc>
      </w:tr>
      <w:tr>
        <w:tc>
          <w:tcPr>
            <w:tcW w:type="dxa" w:w="4896"/>
          </w:tcPr>
          <w:p>
            <w:r>
              <w:t>Isaiah 66</w:t>
            </w:r>
          </w:p>
        </w:tc>
        <w:tc>
          <w:tcPr>
            <w:tcW w:type="dxa" w:w="4896"/>
          </w:tcPr>
          <w:p>
            <w:r>
              <w:t>Used in the sermon’s teaching on pride and humility and its practical application.</w:t>
            </w:r>
          </w:p>
        </w:tc>
      </w:tr>
      <w:tr>
        <w:tc>
          <w:tcPr>
            <w:tcW w:type="dxa" w:w="4896"/>
          </w:tcPr>
          <w:p>
            <w:r>
              <w:t>John 2</w:t>
            </w:r>
          </w:p>
        </w:tc>
        <w:tc>
          <w:tcPr>
            <w:tcW w:type="dxa" w:w="4896"/>
          </w:tcPr>
          <w:p>
            <w:r>
              <w:t>Used in the sermon’s teaching on pride and humility and its practical application.</w:t>
            </w:r>
          </w:p>
        </w:tc>
      </w:tr>
      <w:tr>
        <w:tc>
          <w:tcPr>
            <w:tcW w:type="dxa" w:w="4896"/>
          </w:tcPr>
          <w:p>
            <w:r>
              <w:t>1 Chronicles 7</w:t>
            </w:r>
          </w:p>
        </w:tc>
        <w:tc>
          <w:tcPr>
            <w:tcW w:type="dxa" w:w="4896"/>
          </w:tcPr>
          <w:p>
            <w:r>
              <w:t>Used in the sermon’s teaching on pride and humility and its practical application.</w:t>
            </w:r>
          </w:p>
        </w:tc>
      </w:tr>
      <w:tr>
        <w:tc>
          <w:tcPr>
            <w:tcW w:type="dxa" w:w="4896"/>
          </w:tcPr>
          <w:p>
            <w:r>
              <w:t>1 Kings 22</w:t>
            </w:r>
          </w:p>
        </w:tc>
        <w:tc>
          <w:tcPr>
            <w:tcW w:type="dxa" w:w="4896"/>
          </w:tcPr>
          <w:p>
            <w:r>
              <w:t>Used in the sermon’s teaching on pride and humility and its practical application.</w:t>
            </w:r>
          </w:p>
        </w:tc>
      </w:tr>
      <w:tr>
        <w:tc>
          <w:tcPr>
            <w:tcW w:type="dxa" w:w="4896"/>
          </w:tcPr>
          <w:p>
            <w:r>
              <w:t>Isaiah 57</w:t>
            </w:r>
          </w:p>
        </w:tc>
        <w:tc>
          <w:tcPr>
            <w:tcW w:type="dxa" w:w="4896"/>
          </w:tcPr>
          <w:p>
            <w:r>
              <w:t>Used in the sermon’s teaching on pride and humility and its practical application.</w:t>
            </w:r>
          </w:p>
        </w:tc>
      </w:tr>
      <w:tr>
        <w:tc>
          <w:tcPr>
            <w:tcW w:type="dxa" w:w="4896"/>
          </w:tcPr>
          <w:p>
            <w:r>
              <w:t>Psalm 139</w:t>
            </w:r>
          </w:p>
        </w:tc>
        <w:tc>
          <w:tcPr>
            <w:tcW w:type="dxa" w:w="4896"/>
          </w:tcPr>
          <w:p>
            <w:r>
              <w:t>Used in the sermon’s teaching on pride and humility and its practical application.</w:t>
            </w:r>
          </w:p>
        </w:tc>
      </w:tr>
    </w:tbl>
    <w:p>
      <w:r>
        <w:br w:type="page"/>
      </w:r>
    </w:p>
    <w:p>
      <w:pPr>
        <w:pStyle w:val="Heading1"/>
      </w:pPr>
      <w:r>
        <w:t>Sources and Editorial Notes</w:t>
      </w:r>
    </w:p>
    <w:p>
      <w:r>
        <w:t>Primary video: https://www.youtube.com/watch?v=WksOfqOgYYY</w:t>
      </w:r>
    </w:p>
    <w:p>
      <w:r>
        <w:t>YouTube lists 2022-06-21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