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Pea Patch</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2022-11-29 (video upload date)</w:t>
            </w:r>
          </w:p>
        </w:tc>
      </w:tr>
      <w:tr>
        <w:tc>
          <w:tcPr>
            <w:tcW w:type="dxa" w:w="2016"/>
            <w:vAlign w:val="center"/>
          </w:tcPr>
          <w:p>
            <w:r>
              <w:rPr>
                <w:b/>
              </w:rPr>
              <w:t>Duration</w:t>
            </w:r>
          </w:p>
        </w:tc>
        <w:tc>
          <w:tcPr>
            <w:tcW w:type="dxa" w:w="7920"/>
            <w:vAlign w:val="center"/>
          </w:tcPr>
          <w:p>
            <w:r>
              <w:t>1:14:03</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https://www.youtube.com/watch?v=3LXKtSxSOgg</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“Pea Patch,” Pastor Dean Odle presents a Scripture-centered message about the condition of the church, David’s example, spiritual leadership. Drawing especially from Psalm 103, Psalm 68, John 3, Psalm 51, the teaching emphasizes that the church is called to recover biblical faithfulness instead of accommodating compromise. Odle connects that foundation with the conviction that David’s choices are used to examine leadership, testing, repentance, and renewed dependence on God.</w:t>
      </w:r>
    </w:p>
    <w:p>
      <w:r>
        <w:t>As the sermon progresses, it addresses prayer, faith, grace and mercy.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2022-11-29;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Scripture Alone; Christ Alone; Spiritual Warfare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Psalm 103; Psalm 68; John 3; Psalm 51; The Condition Of The Church; David’S Example; Spiritual Leadership; Prayer; Faith; Grace And Mercy; Stewardship And Giving</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Psalm 103 and Biblical Love</w:t>
      </w:r>
    </w:p>
    <w:p>
      <w:r>
        <w:rPr>
          <w:b/>
          <w:color w:val="2E74B5"/>
        </w:rPr>
        <w:t>0:00-9:16</w:t>
      </w:r>
    </w:p>
    <w:p>
      <w:r>
        <w:t>Odle focuses on David’s example while working through Psalm 103, Psalm 68. The message argues that David’s choices are used to examine leadership, testing, repentance, and renewed dependence on God. It connects this with the conviction that biblical love is demonstrated through truth, patience, sacrifice, and conduct toward others. The practical emphasis is to trust God’s promises and refuse decisions governed by fear.</w:t>
      </w:r>
    </w:p>
    <w:p>
      <w:pPr>
        <w:pStyle w:val="Heading2"/>
      </w:pPr>
      <w:r>
        <w:t>2. Psalm 103 and David’s Example</w:t>
      </w:r>
    </w:p>
    <w:p>
      <w:r>
        <w:rPr>
          <w:b/>
          <w:color w:val="2E74B5"/>
        </w:rPr>
        <w:t>9:16-18:32</w:t>
      </w:r>
    </w:p>
    <w:p>
      <w:r>
        <w:t>Odle focuses on grace and mercy while working through Psalm 103, John 3, Psalm 51. The message argues that God’s grace forgives and also trains believers to leave sin and live in obedience. It connects this with the conviction that David’s choices are used to examine leadership, testing, repentance, and renewed dependence on God. The practical emphasis is to respond with honest repentance and concrete obedience.</w:t>
      </w:r>
    </w:p>
    <w:p>
      <w:pPr>
        <w:pStyle w:val="Heading2"/>
      </w:pPr>
      <w:r>
        <w:t>3. David’s Example and Spiritual Leadership</w:t>
      </w:r>
    </w:p>
    <w:p>
      <w:r>
        <w:rPr>
          <w:b/>
          <w:color w:val="2E74B5"/>
        </w:rPr>
        <w:t>18:32-27:48</w:t>
      </w:r>
    </w:p>
    <w:p>
      <w:r>
        <w:t>Odle focuses on David’s example. The message argues that David’s choices are used to examine leadership, testing, repentance, and renewed dependence on God. It connects this with the conviction that leaders are accountable to teach faithfully, serve the flock, and model the character they proclaim. The practical emphasis is to trust God’s promises and refuse decisions governed by fear.</w:t>
      </w:r>
    </w:p>
    <w:p>
      <w:pPr>
        <w:pStyle w:val="Heading2"/>
      </w:pPr>
      <w:r>
        <w:t>4. The Condition Of The Church and Faith</w:t>
      </w:r>
    </w:p>
    <w:p>
      <w:r>
        <w:rPr>
          <w:b/>
          <w:color w:val="2E74B5"/>
        </w:rPr>
        <w:t>27:48-37:04</w:t>
      </w:r>
    </w:p>
    <w:p>
      <w:r>
        <w:t>Odle focuses on the condition of the church. The message argues that the church is called to recover biblical faithfulness instead of accommodating compromise. It connects this with the conviction that biblical faith trusts God’s character and acts upon His promises. The practical emphasis is to seek God in prayer and act on what Scripture requires.</w:t>
      </w:r>
    </w:p>
    <w:p>
      <w:pPr>
        <w:pStyle w:val="Heading2"/>
      </w:pPr>
      <w:r>
        <w:t>5. The Condition Of The Church and Spiritual Leadership</w:t>
      </w:r>
    </w:p>
    <w:p>
      <w:r>
        <w:rPr>
          <w:b/>
          <w:color w:val="2E74B5"/>
        </w:rPr>
        <w:t>37:04-46:20</w:t>
      </w:r>
    </w:p>
    <w:p>
      <w:r>
        <w:t>Odle focuses on the condition of the church. The message argues that the church is called to recover biblical faithfulness instead of accommodating compromise. It connects this with the conviction that leaders are accountable to teach faithfully, serve the flock, and model the character they proclaim. The practical emphasis is to test the teaching by Scripture and apply it through faithful obedience.</w:t>
      </w:r>
    </w:p>
    <w:p>
      <w:pPr>
        <w:pStyle w:val="Heading2"/>
      </w:pPr>
      <w:r>
        <w:t>6. Revelation 3 and Prayer</w:t>
      </w:r>
    </w:p>
    <w:p>
      <w:r>
        <w:rPr>
          <w:b/>
          <w:color w:val="2E74B5"/>
        </w:rPr>
        <w:t>46:20-55:36</w:t>
      </w:r>
    </w:p>
    <w:p>
      <w:r>
        <w:t>Odle focuses on the condition of the church while working through Revelation 3. The message argues that the church is called to recover biblical faithfulness instead of accommodating compromise. It connects this with the conviction that prayer expresses dependence on God and prepares believers to hear and obey Him. The practical emphasis is to seek God in prayer and act on what Scripture requires.</w:t>
      </w:r>
    </w:p>
    <w:p>
      <w:pPr>
        <w:pStyle w:val="Heading2"/>
      </w:pPr>
      <w:r>
        <w:t>7. Revelation 3 and Stewardship And Giving</w:t>
      </w:r>
    </w:p>
    <w:p>
      <w:r>
        <w:rPr>
          <w:b/>
          <w:color w:val="2E74B5"/>
        </w:rPr>
        <w:t>55:36-1:04:52</w:t>
      </w:r>
    </w:p>
    <w:p>
      <w:r>
        <w:t>Odle focuses on the condition of the church while working through Revelation 3. The message argues that the church is called to recover biblical faithfulness instead of accommodating compromise. It connects this with the conviction that material stewardship reveals priorities and should be governed by generosity, integrity, and obedience to God. The practical emphasis is to test the teaching by Scripture and apply it through faithful obedience.</w:t>
      </w:r>
    </w:p>
    <w:p>
      <w:pPr>
        <w:pStyle w:val="Heading2"/>
      </w:pPr>
      <w:r>
        <w:t>8. Prayer and The Condition Of The Church</w:t>
      </w:r>
    </w:p>
    <w:p>
      <w:r>
        <w:rPr>
          <w:b/>
          <w:color w:val="2E74B5"/>
        </w:rPr>
        <w:t>1:04:52-1:14:03</w:t>
      </w:r>
    </w:p>
    <w:p>
      <w:r>
        <w:t>Odle focuses on prayer. The message argues that prayer expresses dependence on God and prepares believers to hear and obey Him. It connects this with the conviction that the church is called to recover biblical faithfulness instead of accommodating compromise.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Psalm 103</w:t>
            </w:r>
          </w:p>
        </w:tc>
        <w:tc>
          <w:tcPr>
            <w:tcW w:type="dxa" w:w="4896"/>
          </w:tcPr>
          <w:p>
            <w:r>
              <w:t>Used in the sermon’s teaching on the condition of the church and its practical application.</w:t>
            </w:r>
          </w:p>
        </w:tc>
      </w:tr>
      <w:tr>
        <w:tc>
          <w:tcPr>
            <w:tcW w:type="dxa" w:w="4896"/>
          </w:tcPr>
          <w:p>
            <w:r>
              <w:t>Psalm 68</w:t>
            </w:r>
          </w:p>
        </w:tc>
        <w:tc>
          <w:tcPr>
            <w:tcW w:type="dxa" w:w="4896"/>
          </w:tcPr>
          <w:p>
            <w:r>
              <w:t>Used in the sermon’s teaching on the condition of the church and its practical application.</w:t>
            </w:r>
          </w:p>
        </w:tc>
      </w:tr>
      <w:tr>
        <w:tc>
          <w:tcPr>
            <w:tcW w:type="dxa" w:w="4896"/>
          </w:tcPr>
          <w:p>
            <w:r>
              <w:t>John 3</w:t>
            </w:r>
          </w:p>
        </w:tc>
        <w:tc>
          <w:tcPr>
            <w:tcW w:type="dxa" w:w="4896"/>
          </w:tcPr>
          <w:p>
            <w:r>
              <w:t>Used in the sermon’s teaching on the condition of the church and its practical application.</w:t>
            </w:r>
          </w:p>
        </w:tc>
      </w:tr>
      <w:tr>
        <w:tc>
          <w:tcPr>
            <w:tcW w:type="dxa" w:w="4896"/>
          </w:tcPr>
          <w:p>
            <w:r>
              <w:t>Psalm 51</w:t>
            </w:r>
          </w:p>
        </w:tc>
        <w:tc>
          <w:tcPr>
            <w:tcW w:type="dxa" w:w="4896"/>
          </w:tcPr>
          <w:p>
            <w:r>
              <w:t>Used in the sermon’s teaching on the condition of the church and its practical application.</w:t>
            </w:r>
          </w:p>
        </w:tc>
      </w:tr>
      <w:tr>
        <w:tc>
          <w:tcPr>
            <w:tcW w:type="dxa" w:w="4896"/>
          </w:tcPr>
          <w:p>
            <w:r>
              <w:t>Proverbs 16</w:t>
            </w:r>
          </w:p>
        </w:tc>
        <w:tc>
          <w:tcPr>
            <w:tcW w:type="dxa" w:w="4896"/>
          </w:tcPr>
          <w:p>
            <w:r>
              <w:t>Used in the sermon’s teaching on the condition of the church and its practical application.</w:t>
            </w:r>
          </w:p>
        </w:tc>
      </w:tr>
      <w:tr>
        <w:tc>
          <w:tcPr>
            <w:tcW w:type="dxa" w:w="4896"/>
          </w:tcPr>
          <w:p>
            <w:r>
              <w:t>1 Samuel 23</w:t>
            </w:r>
          </w:p>
        </w:tc>
        <w:tc>
          <w:tcPr>
            <w:tcW w:type="dxa" w:w="4896"/>
          </w:tcPr>
          <w:p>
            <w:r>
              <w:t>Used in the sermon’s teaching on the condition of the church and its practical application.</w:t>
            </w:r>
          </w:p>
        </w:tc>
      </w:tr>
      <w:tr>
        <w:tc>
          <w:tcPr>
            <w:tcW w:type="dxa" w:w="4896"/>
          </w:tcPr>
          <w:p>
            <w:r>
              <w:t>Revelation 3</w:t>
            </w:r>
          </w:p>
        </w:tc>
        <w:tc>
          <w:tcPr>
            <w:tcW w:type="dxa" w:w="4896"/>
          </w:tcPr>
          <w:p>
            <w:r>
              <w:t>Used in the sermon’s teaching on the condition of the church and its practical application.</w:t>
            </w:r>
          </w:p>
        </w:tc>
      </w:tr>
    </w:tbl>
    <w:p>
      <w:r>
        <w:br w:type="page"/>
      </w:r>
    </w:p>
    <w:p>
      <w:pPr>
        <w:pStyle w:val="Heading1"/>
      </w:pPr>
      <w:r>
        <w:t>Sources and Editorial Notes</w:t>
      </w:r>
    </w:p>
    <w:p>
      <w:r>
        <w:t>Primary video: https://www.youtube.com/watch?v=3LXKtSxSOgg</w:t>
      </w:r>
    </w:p>
    <w:p>
      <w:r>
        <w:t>YouTube lists 2022-11-29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