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Pushed</w:t>
      </w:r>
    </w:p>
    <w:p>
      <w:pPr>
        <w:pStyle w:val="Subtitle"/>
        <w:jc w:val="center"/>
      </w:pPr>
      <w:r>
        <w:t>Lightly Edited Transcript</w:t>
      </w:r>
    </w:p>
    <w:p>
      <w:pPr>
        <w:jc w:val="center"/>
      </w:pPr>
      <w:r>
        <w:rPr>
          <w:rFonts w:ascii="Aptos" w:hAnsi="Aptos"/>
          <w:b/>
          <w:color w:val="58636D"/>
          <w:sz w:val="20"/>
        </w:rPr>
        <w:t>Pastor Dean Odle  |  Fire &amp; Grace Church</w:t>
      </w:r>
    </w:p>
    <w:tbl>
      <w:tblPr>
        <w:tblW w:type="auto" w:w="0"/>
        <w:jc w:val="center"/>
        <w:tblLook w:firstColumn="1" w:firstRow="1" w:lastColumn="0" w:lastRow="0" w:noHBand="0" w:noVBand="1" w:val="04A0"/>
      </w:tblPr>
      <w:tblGrid>
        <w:gridCol w:w="9648"/>
      </w:tblGrid>
      <w:tr>
        <w:tc>
          <w:tcPr>
            <w:tcW w:type="dxa" w:w="9648"/>
            <w:shd w:fill="F7F3E8"/>
            <w:tcMar>
              <w:top w:w="160" w:type="dxa"/>
              <w:start w:w="180" w:type="dxa"/>
              <w:bottom w:w="160" w:type="dxa"/>
              <w:end w:w="180" w:type="dxa"/>
            </w:tcMar>
          </w:tcPr>
          <w:p>
            <w:r>
              <w:rPr>
                <w:rFonts w:ascii="Aptos" w:hAnsi="Aptos"/>
                <w:i/>
                <w:color w:val="4D4434"/>
                <w:sz w:val="19"/>
              </w:rPr>
              <w:t>Edited for readability while preserving the speaker’s meaning and substantive statements. This resource is based on the supplied timestamped auto-transcript. Filler, immediate stutters, accidental repetitions, empty fragments, and obvious caption artifacts were lightly cleaned. The speaker’s claims are preserved as statements made in the sermon and are not necessarily independently verified.</w:t>
            </w:r>
          </w:p>
        </w:tc>
      </w:tr>
    </w:tbl>
    <w:tbl>
      <w:tblPr>
        <w:tblW w:type="auto" w:w="0"/>
        <w:jc w:val="center"/>
        <w:tblLayout w:type="fixed"/>
        <w:tblLook w:firstColumn="1" w:firstRow="1" w:lastColumn="0" w:lastRow="0" w:noHBand="0" w:noVBand="1" w:val="04A0"/>
      </w:tblPr>
      <w:tblGrid>
        <w:gridCol w:w="4824"/>
        <w:gridCol w:w="4824"/>
      </w:tblGrid>
      <w:tr>
        <w:tc>
          <w:tcPr>
            <w:tcW w:type="dxa" w:w="1944"/>
            <w:shd w:fill="EEF3F6"/>
            <w:tcMar>
              <w:top w:w="100" w:type="dxa"/>
              <w:start w:w="120" w:type="dxa"/>
              <w:bottom w:w="100" w:type="dxa"/>
              <w:end w:w="120" w:type="dxa"/>
            </w:tcMar>
            <w:vAlign w:val="top"/>
          </w:tcPr>
          <w:p>
            <w:r>
              <w:rPr>
                <w:rFonts w:ascii="Aptos" w:hAnsi="Aptos"/>
                <w:b/>
                <w:color w:val="20384F"/>
                <w:sz w:val="18"/>
              </w:rPr>
              <w:t>Speaker</w:t>
            </w:r>
          </w:p>
        </w:tc>
        <w:tc>
          <w:tcPr>
            <w:tcW w:type="dxa" w:w="7704"/>
            <w:tcMar>
              <w:top w:w="100" w:type="dxa"/>
              <w:start w:w="120" w:type="dxa"/>
              <w:bottom w:w="100" w:type="dxa"/>
              <w:end w:w="120" w:type="dxa"/>
            </w:tcMar>
            <w:vAlign w:val="top"/>
          </w:tcPr>
          <w:p>
            <w:r>
              <w:rPr>
                <w:rFonts w:ascii="Aptos" w:hAnsi="Aptos"/>
                <w:sz w:val="18"/>
              </w:rPr>
              <w:t>Pastor Dean Odle</w:t>
            </w:r>
          </w:p>
        </w:tc>
      </w:tr>
      <w:tr>
        <w:tc>
          <w:tcPr>
            <w:tcW w:type="dxa" w:w="1944"/>
            <w:shd w:fill="EEF3F6"/>
            <w:tcMar>
              <w:top w:w="100" w:type="dxa"/>
              <w:start w:w="120" w:type="dxa"/>
              <w:bottom w:w="100" w:type="dxa"/>
              <w:end w:w="120" w:type="dxa"/>
            </w:tcMar>
            <w:vAlign w:val="top"/>
          </w:tcPr>
          <w:p>
            <w:r>
              <w:rPr>
                <w:rFonts w:ascii="Aptos" w:hAnsi="Aptos"/>
                <w:b/>
                <w:color w:val="20384F"/>
                <w:sz w:val="18"/>
              </w:rPr>
              <w:t>Source</w:t>
            </w:r>
          </w:p>
        </w:tc>
        <w:tc>
          <w:tcPr>
            <w:tcW w:type="dxa" w:w="7704"/>
            <w:tcMar>
              <w:top w:w="100" w:type="dxa"/>
              <w:start w:w="120" w:type="dxa"/>
              <w:bottom w:w="100" w:type="dxa"/>
              <w:end w:w="120" w:type="dxa"/>
            </w:tcMar>
            <w:vAlign w:val="top"/>
          </w:tcPr>
          <w:p>
            <w:r>
              <w:rPr>
                <w:rFonts w:ascii="Aptos" w:hAnsi="Aptos"/>
                <w:sz w:val="18"/>
              </w:rPr>
              <w:t>https://www.youtube.com/watch?v=s688tfJ13io</w:t>
            </w:r>
          </w:p>
        </w:tc>
      </w:tr>
      <w:tr>
        <w:tc>
          <w:tcPr>
            <w:tcW w:type="dxa" w:w="1944"/>
            <w:shd w:fill="EEF3F6"/>
            <w:tcMar>
              <w:top w:w="100" w:type="dxa"/>
              <w:start w:w="120" w:type="dxa"/>
              <w:bottom w:w="100" w:type="dxa"/>
              <w:end w:w="120" w:type="dxa"/>
            </w:tcMar>
            <w:vAlign w:val="top"/>
          </w:tcPr>
          <w:p>
            <w:r>
              <w:rPr>
                <w:rFonts w:ascii="Aptos" w:hAnsi="Aptos"/>
                <w:b/>
                <w:color w:val="20384F"/>
                <w:sz w:val="18"/>
              </w:rPr>
              <w:t>Duration</w:t>
            </w:r>
          </w:p>
        </w:tc>
        <w:tc>
          <w:tcPr>
            <w:tcW w:type="dxa" w:w="7704"/>
            <w:tcMar>
              <w:top w:w="100" w:type="dxa"/>
              <w:start w:w="120" w:type="dxa"/>
              <w:bottom w:w="100" w:type="dxa"/>
              <w:end w:w="120" w:type="dxa"/>
            </w:tcMar>
            <w:vAlign w:val="top"/>
          </w:tcPr>
          <w:p>
            <w:r>
              <w:rPr>
                <w:rFonts w:ascii="Aptos" w:hAnsi="Aptos"/>
                <w:sz w:val="18"/>
              </w:rPr>
              <w:t>1:37:39</w:t>
            </w:r>
          </w:p>
        </w:tc>
      </w:tr>
      <w:tr>
        <w:tc>
          <w:tcPr>
            <w:tcW w:type="dxa" w:w="1944"/>
            <w:shd w:fill="EEF3F6"/>
            <w:tcMar>
              <w:top w:w="100" w:type="dxa"/>
              <w:start w:w="120" w:type="dxa"/>
              <w:bottom w:w="100" w:type="dxa"/>
              <w:end w:w="120" w:type="dxa"/>
            </w:tcMar>
            <w:vAlign w:val="top"/>
          </w:tcPr>
          <w:p>
            <w:r>
              <w:rPr>
                <w:rFonts w:ascii="Aptos" w:hAnsi="Aptos"/>
                <w:b/>
                <w:color w:val="20384F"/>
                <w:sz w:val="18"/>
              </w:rPr>
              <w:t>Transcript basis</w:t>
            </w:r>
          </w:p>
        </w:tc>
        <w:tc>
          <w:tcPr>
            <w:tcW w:type="dxa" w:w="7704"/>
            <w:tcMar>
              <w:top w:w="100" w:type="dxa"/>
              <w:start w:w="120" w:type="dxa"/>
              <w:bottom w:w="100" w:type="dxa"/>
              <w:end w:w="120" w:type="dxa"/>
            </w:tcMar>
            <w:vAlign w:val="top"/>
          </w:tcPr>
          <w:p>
            <w:r>
              <w:rPr>
                <w:rFonts w:ascii="Aptos" w:hAnsi="Aptos"/>
                <w:sz w:val="18"/>
              </w:rPr>
              <w:t>Provided timestamped auto-transcript, lightly edited</w:t>
            </w:r>
          </w:p>
        </w:tc>
      </w:tr>
      <w:tr>
        <w:tc>
          <w:tcPr>
            <w:tcW w:type="dxa" w:w="1944"/>
            <w:shd w:fill="EEF3F6"/>
            <w:tcMar>
              <w:top w:w="100" w:type="dxa"/>
              <w:start w:w="120" w:type="dxa"/>
              <w:bottom w:w="100" w:type="dxa"/>
              <w:end w:w="120" w:type="dxa"/>
            </w:tcMar>
            <w:vAlign w:val="top"/>
          </w:tcPr>
          <w:p>
            <w:r>
              <w:rPr>
                <w:rFonts w:ascii="Aptos" w:hAnsi="Aptos"/>
                <w:b/>
                <w:color w:val="20384F"/>
                <w:sz w:val="18"/>
              </w:rPr>
              <w:t>Scripture translation</w:t>
            </w:r>
          </w:p>
        </w:tc>
        <w:tc>
          <w:tcPr>
            <w:tcW w:type="dxa" w:w="7704"/>
            <w:tcMar>
              <w:top w:w="100" w:type="dxa"/>
              <w:start w:w="120" w:type="dxa"/>
              <w:bottom w:w="100" w:type="dxa"/>
              <w:end w:w="120" w:type="dxa"/>
            </w:tcMar>
            <w:vAlign w:val="top"/>
          </w:tcPr>
          <w:p>
            <w:r>
              <w:rPr>
                <w:rFonts w:ascii="Aptos" w:hAnsi="Aptos"/>
                <w:sz w:val="18"/>
              </w:rPr>
              <w:t>KJV</w:t>
            </w:r>
          </w:p>
        </w:tc>
      </w:tr>
    </w:tbl>
    <w:p>
      <w:r>
        <w:br w:type="page"/>
      </w:r>
    </w:p>
    <w:p>
      <w:pPr>
        <w:pStyle w:val="Heading1"/>
      </w:pPr>
      <w:r>
        <w:t>Lightly Edited Transcript</w:t>
      </w:r>
    </w:p>
    <w:p>
      <w:pPr>
        <w:keepNext/>
      </w:pPr>
      <w:r>
        <w:rPr>
          <w:rFonts w:ascii="Aptos" w:hAnsi="Aptos"/>
          <w:b/>
          <w:color w:val="A77A22"/>
          <w:sz w:val="18"/>
        </w:rPr>
        <w:t>[00:00-03:00]  PASTOR DEAN ODLE</w:t>
      </w:r>
    </w:p>
    <w:p>
      <w:pPr>
        <w:spacing w:after="180"/>
      </w:pPr>
      <w:r>
        <w:t>secondsThank you, Jesus. [music] We need to worship the Lord in holiness. seconds[music] secondsIn righteousness, because that's what he wants. [music] That's what he wants. secondsYou give your honey what she wants, right? [music] You give your honey what he wants. But this ain't that kind of honey. seconds[music] secondsThis is the most holy, the most worthy, y'all. The most holy. secondsThank you, Jesus. secondsHe deserves all of our praise. The powerful, most holy one. seconds[music] secondsHe's worthy of and there is power in the [singing and music] name of Jesus secondsyour Lord. There is power [singing] in the name of Jesus your God. minute, 2 secondsThere is power [singing] in the name of Jesus. [music] Oh you thinking that's not how high it goes. minute, 10 secondsThat's not [singing] how it goes. minute, 13 seconds[music] But we need to think about what we're saying, y'all. We call ourselves [music] Christians. minute, 22 secondsAmen. minute, 24 secondsWe call ourselves [music] Christians, y'all. And there's power in our God. minute, 30 secondsAnd hard times are coming. They're coming. minute, 35 secondsBut that's [music] why we need to press into this song. [music] There is power in the name of Jesus. minute, 46 secondsThere is power in the [singing] name of Jesus. [music] Oh, there is power minute, 55 secondsin [music and singing] the name of Jesus our Lord. That breaks every chain. minutes[music] Breaks every chain. Breaks all our chains. What's your chain in here? minutes, 7 seconds[music] minutes, 8 secondsWhat's our chain in here? What's your chain? [music] You got a chain. minutes, 15 secondsHe'll break it. [music] minutes, 18 seconds[singing] minutes, 19 secondsPraise the Lord. minutes, 22 seconds[music] minutes, 22 secondsPraise the Lord. minutes, 27 secondsOh, [singing] and there's [music] an army rising up. minutes, 35 seconds[music and singing] minutes, 36 secondsThere's an army rising up. Okay, I'll sing it right. [music] Oh, there's an [singing] army rising up. minutes, 49 secondsThere's an army rising [singing] up. minutes, 55 secondsThere's an army [singing] rising [music] up.</w:t>
      </w:r>
    </w:p>
    <w:p>
      <w:pPr>
        <w:keepNext/>
      </w:pPr>
      <w:r>
        <w:rPr>
          <w:rFonts w:ascii="Aptos" w:hAnsi="Aptos"/>
          <w:b/>
          <w:color w:val="A77A22"/>
          <w:sz w:val="18"/>
        </w:rPr>
        <w:t>[03:00-06:01]  PASTOR DEAN ODLE</w:t>
      </w:r>
    </w:p>
    <w:p>
      <w:pPr>
        <w:spacing w:after="180"/>
      </w:pPr>
      <w:r>
        <w:t>minutes[singing] minutes, 1 secondTo break every chain. To [music] break every chain. Break every [singing] chain. minutes, 8 secondsBreak every chain. [music] Break every chain. Break every [singing] chain. minutes, 20 seconds[music] minutes, 25 seconds[music] minutes, 33 secondsDo you believe that this morning? Every chain. minutes, 38 secondsEvery chain [music] of sin, every demonic chain, even Satan himself as he walks up to you. minutes, 47 seconds[music] minutes, 49 secondsAnd he's walked up to me before and turned around. I had to walk away. And I'm [music] not talking about a demon. minutes, 54 secondsI'm talking about Satan himself walked up to me one time. minutesI was much younger. [music] So it was not about a pride thing. He was worried. minutes, 8 secondsYou know why? Cuz we were teaching people how to pray, how to do spiritual warfare against him. minutes, 14 secondsAnd then we were going out on the street and preaching to the lost. [music] Those three things together made him real worried. So he had to come threaten me. minutes, 26 secondsUh that was 30 years ago. [music] Didn't work. Right. We have power in the name of Jesus. minutes, 35 secondsThank [music] you, Jesus. minutes, 36 secondsAnd the days ahead, there going to be things roaming the earth that are [music] going to bring terror to men's hearts. That's right. minutes, 43 secondsYou just remember we have power and authority over all It's about the power of [music] the enemy. minutes, 52 secondsIt's about him, y'all. I'm serious. minutes, 59 secondsYou got to remember that. minutes, 3 secondsThat's why I'm still here after what, 38, 39 years. [music] minutes, 11 secondsBecause Satanists have tried to kill me, been shot at, [music] walked out into the darkness by minutes, 18 secondsMuslims, minutes, 20 seconds[music] minutes, 21 secondsand God has delivered me because he is the Almighty. [music] Amen. minutes, 28 secondsJesus name is the name above every name. Amen. minutes, 33 secondsAmen. [music] Amen. Amen. You may be seated this morning. Thank you, Johnny and Julie. minutes, 39 secondsHallelujah. It's good to worship the Lord. Amen. minutes, 43 secondsUm, babe, do we have a picture of Did you send them a picture of I'm sorry. Do you send them a picture of the building? minutes, 54 secondsSure can. Yeah, we're um so we're moving forward. God has actually made a way,</w:t>
      </w:r>
    </w:p>
    <w:p>
      <w:pPr>
        <w:keepNext/>
      </w:pPr>
      <w:r>
        <w:rPr>
          <w:rFonts w:ascii="Aptos" w:hAnsi="Aptos"/>
          <w:b/>
          <w:color w:val="A77A22"/>
          <w:sz w:val="18"/>
        </w:rPr>
        <w:t>[06:01-09:06]  PASTOR DEAN ODLE</w:t>
      </w:r>
    </w:p>
    <w:p>
      <w:pPr>
        <w:spacing w:after="180"/>
      </w:pPr>
      <w:r>
        <w:t>minutes, 1 secondshown us the way to go, and it's going to be good. minutes, 6 secondsUm, we have put the uh deposit down on a building and it's going to be metal. minutes, 16 secondsWe're going to have to get the foundation poured, but it's all kind of the plans are coming. But it's a great deal. We're going to be able to do this, minutes, 25 secondsI believe, all of this without going to a bank and borrowing a dime. Amen. minutes, 32 secondsSo, God is good. And probably I can't I minutes, 39 secondscan't guess exactly when, but uh how long it'll take us, but in a few months we will be in a different place. Amen. minutes, 47 secondsWe'll be on our 15 and a half acres and uh it's going to be awesome. Amen. minutes, 55 secondsAll right. Um do you have your Bibles this morning? I hope you do. minutes, 1 secondIf you don't, we're going to try to put it up here. But I've entitled this message this morning, Pushed. minutes, 8 secondsDon't push me cuz I'm close to the edge. minutes, 14 seconds[laughter] minutes, 17 secondsWell, yeah. They Some of them are too young for that one. Grandmaster Flash. Yeah. The Furious Five. Yeah. minutes, 24 secondsFrom early 80s. Uh but this is something that's been on my heart really for many minutes, 33 secondsyears. In fact, um something the Lord gave me probably 20 years ago, but it's really for now. But I was in the midst of a trial. minutes, 45 secondsSomebody say trial. We don't like those, do we? minutes, 51 secondsUm yeah, trials are something else. I uh when you get into a trial and uh and minuteswhether you know there's two ways to get into a trial, let me just put this out before we get into this. Two ways to get into and what is a trial is when you're minutes, 9 secondsbeing tested. When your faith in the Lord, your walk, uh your mouth, minutes, 17 secondsuh everything about you is being tested. minutes, 22 secondsNow, there's two ways. The Lord can just step back and you can be doing great. You could be living for the Lord minutes, 30 secondson fire for Jesus, not living in sin, and the devil says, "Hey, God, let me have them for a little bit. minutes, 39 secondsSee what they do." Right? Like Job, like Peter, right? minutes, 44 secondsYou did nothing wrong, but the Lord stepped back and all of a sudden you're going through hell and you minutes, 51 secondswonder what in the world did I do? And Job spent a lot of time on the ground minutes, 58 secondsbefore God like trying to figure out how did this happen to me? His friend says, "Surely you've sinned, right? Surely</w:t>
      </w:r>
    </w:p>
    <w:p>
      <w:pPr>
        <w:keepNext/>
      </w:pPr>
      <w:r>
        <w:rPr>
          <w:rFonts w:ascii="Aptos" w:hAnsi="Aptos"/>
          <w:b/>
          <w:color w:val="A77A22"/>
          <w:sz w:val="18"/>
        </w:rPr>
        <w:t>[09:06-12:06]  PASTOR DEAN ODLE</w:t>
      </w:r>
    </w:p>
    <w:p>
      <w:pPr>
        <w:spacing w:after="180"/>
      </w:pPr>
      <w:r>
        <w:t>minutes, 6 secondsyou've sinned some way because we know God doesn't allow this kind of stuff to happen to the righteous. minutes, 13 secondsAnd all of them were wrong, right? They all got rebuked by the Lord because sometimes the Lord does let the minutes, 22 secondsrighteous go through horrible, difficult times of testing and trials. And this is minutes, 31 secondswhat is so wrong with much of the preaching out there in the world minutes, 39 secondsin the church especially in the west and in America is because they want to tell you everything you know come to Jesus and your life will be hunky dory and minutes, 46 secondseverything will be just fine. There won't be any difficulties. minutes, 52 secondsBut no, you're going to have difficulties. You're going to walk through fires and testing. Hang on. I got to get my water up here. minutes, 3 secondsThank y'all for the water. I got about five. minutes, 13 secondsBut let's go to Daniel. Put up Daniel uh chapter 3, y'all. Uh we're just going to start reading for verse one. minutes, 32 secondsY'all all right with that? If I can get there myself. minutes, 41 secondsDaniel 3:1, Nebuchadnezzar the king made an image of gold whose height was three score minutes, 50 secondscubits. Now, if we go by the foot and a half cubit measurement, then we're talking minutes, 57 secondsabout 90 feet tall. Now, that's that's as tall as some of the big tall pine minutes, 4 secondstrees. So, think about that. 90 feet. I think uh telephone poles are what 50 60 maybe 40 something like that. We're talking about up there. So, 90t tall. minutes, 17 secondsAnd then it says uh the breadth or the width thereof was six cubits. So that minutes, 23 secondswould be uh 9 ft wide. So this thing was you know had a base on it. Now we don't minutes, 31 secondsknow exactly what this image was. Y'all can put up the picture I sent you of Nebuchadnezzar's minutes, 38 secondsstatue. But think about this. It was 90 feet and and 9 ft wide. minutes, 49 secondsmade of gold. minutes, 52 secondsFirst of all, how did he make something so huge? minutes, 59 secondsAnd gold is heavy. I can't even imagine how they did this.</w:t>
      </w:r>
    </w:p>
    <w:p>
      <w:pPr>
        <w:keepNext/>
      </w:pPr>
      <w:r>
        <w:rPr>
          <w:rFonts w:ascii="Aptos" w:hAnsi="Aptos"/>
          <w:b/>
          <w:color w:val="A77A22"/>
          <w:sz w:val="18"/>
        </w:rPr>
        <w:t>[12:06-15:09]  PASTOR DEAN ODLE</w:t>
      </w:r>
    </w:p>
    <w:p>
      <w:pPr>
        <w:spacing w:after="180"/>
      </w:pPr>
      <w:r>
        <w:t>minutes, 6 secondsSo just looking at this, I believe that Nebuchadnezzar had assistance minutes, 14 secondsfrom some fallen angels, demons. minutes, 20 secondsAnd there's a reason why I'm saying this, okay? minutes, 24 secondsBut we're going to keep reading. I just want you to get the scope of this. minutes, 28 secondsSometimes we think, "Oh, he just made a statue." And we're thinking about, well, it's about 9 ft tall or something, you know, like some tribe might make minutes, 35 secondssomewhere. No, 90 feet made of gold. minutes, 42 secondsI I can't even fathom this. And then let me ask them, where'd this thing go? minutes, 51 secondsI mean, is it buried somewhere in the desert? minutes, 57 secondsIt'd be nice to find, wouldn't it? minutes, 1 secondTalk about a treasure hunt. That'd be something right there, right? But let's keep reading. Then Nebuchadnezzar, well, he set it up in the plain of minutes, 9 secondsDuran, the province of Babylon. Then Nebuchadnezzar, the king sent together the princes, the governors, the captains and judges, the treasurers, the minutes, 18 secondscounselors, the sheriffs, and the rulers of the provinces to come uh to the dedication of the image which Nebuchadnezzar the king had set up. Then minutes, 27 secondsthe princes, the governors, and captains, and the judges, the treasures, the counselors, the sheriffs, and all the rulers of the provinces were gathered together unto the dedication of minutes, 35 secondsthe image that Nebuchadnezzar the king had set up. And they stood before the image that Nebuchadnezzar had set up. minutes, 42 secondsThen a herald cried aloud to to you it is commanded oh people nations and languages that at what time you hear the minutes, 51 secondssound of the coronet the flute the harp the sackbut the sulttery the doulamer and all kinds of music you shall fall minutes, 58 secondsdown and worship the golden image that Nebuchadnezzar the king had set up and who so fallth not down and worship shall minutes, 6 secondsthe same hour be cast into the midst of a burning fiery furnace. Therefore, at that time when all the people heard the minutes, 14 secondssound of the coronet, flute, harp, sackbudge, sultry, they all and all kinds of music, all the people minutes, 22 secondsand the nations and languages fell down and worshiped the golden image that Nebuchadnezzar the king had set up. minutes, 29 secondsWherefore at that time certain calaldanss came near and accused the Jews. Then spake and said to the king Nebuchadnezzar, "Oh king, live forever. minutes, 38 secondsThou, oh king, hast made a decree that every man shall hear the sound of the coronet, flute, harps. I mean, goodness gracious, how many times we're going to minutes, 46 secondssay this? All kinds of music shall fall down and worship the golden image. And who so falls not down and worship shall minutes, 54 secondsbe cast in the midst of a burning fiery furnace. There are certain Jews whom thou has set over the affairs of the minutes, 2 secondsprovince of Babylon, Shadrach, Meshach, and Abednego. These men, oh king, have not regarded thee. They serve not thy</w:t>
      </w:r>
    </w:p>
    <w:p>
      <w:pPr>
        <w:keepNext/>
      </w:pPr>
      <w:r>
        <w:rPr>
          <w:rFonts w:ascii="Aptos" w:hAnsi="Aptos"/>
          <w:b/>
          <w:color w:val="A77A22"/>
          <w:sz w:val="18"/>
        </w:rPr>
        <w:t>[15:09-18:12]  PASTOR DEAN ODLE</w:t>
      </w:r>
    </w:p>
    <w:p>
      <w:pPr>
        <w:spacing w:after="180"/>
      </w:pPr>
      <w:r>
        <w:t>minutes, 9 secondsgods, nor worship the golden image which thou has set up. Then Nebuchadnezzar in his rage and fury commanded to bring Shadrach, Meshach, and Abedneo. And they brought these men before the king. minutes, 20 secondsNebuchadnezzar spake and said unto them, "Is it true, oh Shadrach, Meshach, and Abednego? Do do not ye serve my gods, minutes, 27 secondsnor worship the golden image which I have set up?" Now, if it be ready, and I'm not going to repeat all this, he said, "But if you worship not, minutes, 36 secondsyou shall be cast the same hour into the midst of a burning fiery furnace. Who is that God that shall deliver you out of minutes, 44 secondsmy hands?" And Shadrach, Meshach, and Abednego answered and said to the king, "Oh, Nebuchadnezzar, we are not careful to answer thee in minutes, 52 secondsthis matter. If it be so, our God whom we serve is able to deliver us from the burning fiery furnace, and he will minutes, 1 seconddeliver us out of thy hand, O king. But if not, be it known unto thee, O king, that we will not serve thy gods, nor minutes, 9 secondsworship the golden image which thou has set up. We will not bow. Now, think about this. minutes, 15 secondsAll the nations and the people from all the provinces of Babylon, they ruled 120 provinces. All of these people bowed. minutes, 29 secondsThink about it. minutes, 33 secondsThat means all the Jews that had been taken captive into Babylon still hadn't learned their lesson. minutes, 43 secondsThey've gone through judgment, rebuke, correction. Prophecies have been fulfilled about judgment. They're in Babylon in minutes, 51 secondscaptivity and they're still giving in to the system. You need to hear me. minutes, 5 secondsThe pressure to conform to this world is unbelievable. minutes, 11 secondsAnd by our fleshly nature, we are creatures of follow the crowd group, right? minutes, 19 secondsThey've done studies on this. minutes, 24 secondsPeople will surrender even though they'll know something's wrong and I shouldn't do this, but if they're in a group that does it, they'll do it. minutes, 36 secondsThere's very few people that have the strength when a whole mass of people are going this way to go, "Nah, I'm going minutes, 44 secondsthis way." It's just not a normal trait in us in our when I say in our flesh nature. minutes, 53 secondsBut as born again Christians, as new creatures in Christ Jesus, as one who minutes, 1 secondhas a direct relationship with the King Jesus, we are supposed to be a people who are bold as lions.</w:t>
      </w:r>
    </w:p>
    <w:p>
      <w:pPr>
        <w:keepNext/>
      </w:pPr>
      <w:r>
        <w:rPr>
          <w:rFonts w:ascii="Aptos" w:hAnsi="Aptos"/>
          <w:b/>
          <w:color w:val="A77A22"/>
          <w:sz w:val="18"/>
        </w:rPr>
        <w:t>[18:12-21:13]  PASTOR DEAN ODLE</w:t>
      </w:r>
    </w:p>
    <w:p>
      <w:pPr>
        <w:spacing w:after="180"/>
      </w:pPr>
      <w:r>
        <w:t>minutes, 12 secondsWe are the ones who say, "Oh king, whether God delivers us in this or not, minutes, 19 secondswe will not bow to your image." minutes, 29 secondsNow, this Babylon here, we were told that in the end we'd have a mystery Babylon, minutes, 36 secondsright? So meaning that this spirit that ruled this whole region at the time would continue all the way to the end. minutes, 47 secondsBut what does the devil do? All the devil does is the same old stuff, but he just rebrands himself. minutes, 57 secondsHe might make things just a little different, but truly there is nothing new under the sun. minutes, 5 secondsAnd he has always brought together the fallen angels and mankind. minutes, 13 secondsAnd the fallen angels have always taught men how to do certain things in the physical world. minutes, 23 secondsOkay? minutes, 25 secondsSo that's how this that's how this statue think about there is nothing especially back then or even now think minutes, 33 secondsabout making that 90 foot statue and it says set it up who lifted that thing up minutes, 41 secondssomebody ought to do the calculations on how heavy that thing was minutes, 49 secondssome some math person need to do that for me before come on I I know some of you were good in math. I hope so. Especially if you minutes, 58 secondsknow if you went to school outside of Alabama, you should be good in math. minutes, 2 secondsAnyway, I'm only saying it's Obama Obama's minutes, 10 secondsCommon Core curriculum. I'm not blaming it on Alamians. minutes, 13 secondsI mean, you know, we got a lot of smart people here. But yeah, it's all it was all the same, wasn't it? minutes, 22 secondsNo child left behind. minutes, 24 seconds[laughter] minutes, 26 secondsOh gosh. Yeah, it was terrible. minutes, 32 secondsWhere was I? I totally lost. Oh, somebody doing that math for me. minutes, 38 secondsBut what is it? Say that loud. minutes, 48 seconds1,800 108,540 what? Just pounds, right? minutes, 4 secondsSo, divide that by 2,000. Let's do it in tons. I just want to say how many tons.</w:t>
      </w:r>
    </w:p>
    <w:p>
      <w:pPr>
        <w:keepNext/>
      </w:pPr>
      <w:r>
        <w:rPr>
          <w:rFonts w:ascii="Aptos" w:hAnsi="Aptos"/>
          <w:b/>
          <w:color w:val="A77A22"/>
          <w:sz w:val="18"/>
        </w:rPr>
        <w:t>[21:13-24:18]  PASTOR DEAN ODLE</w:t>
      </w:r>
    </w:p>
    <w:p>
      <w:pPr>
        <w:spacing w:after="180"/>
      </w:pPr>
      <w:r>
        <w:t>minutes, 13 secondsOver 50 tons. Over 50 tons. 54 tons. minutes, 19 secondsGoodness gracious. So, I'm I'm gathering that uh the fallen angel set it up for it. They had to have done it right now. minutes, 29 secondsThat brings me to this before we read any further. minutes, 33 secondsI believe what the the image, you know, Revelation 13 talks about the image that is going to speak. And you know, we've minutes, 41 secondstalked about that. In fact, put Revelation 13 up because this is the absolute proof of the supernatural inspiration of the Bible, these two minutes, 50 secondsprophecies that are in Revelation 13. If you don't get anything else, if you can't understand anything else about Bible prophecy, just know this. We know minutes, 58 secondsJohn, the Apostle John wrote the book of Revelation in around AD 9596. minutes, 6 secondsAll right? This is absolute historical fact. minutes, 11 secondsuh confirmed by the early church fathers after him that the disciples of John. minutes, 15 secondsJohn lived a long life and even after he got free from the exile in Patmas where minutes, 22 secondshe wrote revelation he went back to the church of Ephesus and pastored it for a number of years. Okay. And so there were minutes, 30 secondspeople that he discipled and then they discipled those a next group of people like Polycarpet and then Irenaeus and minutes, 38 secondsthey told us exactly when he wrote the book of revelation and it was before uh I mean after 70 AD. So guess what? minutes, 50 secondsUh somebody will figure that out. Let's go down to the second beast when it starts talking about that. minutes, 1 secondYeah. So it says, "And all that dwell upon the earth." Now, here we are again with all that dwell upon the earth. How many how many is that? minutes, 10 secondsThat's a lot of people, right? minutes, 14 secondsAnd the term here is he's showing he says, "All that dwell upon the earth shall worship him whose names are not written in the lamb's book of life slain minutes, 23 secondsfrom the foundation of the world." So those who are not born again will worship Somebody say they will worship. They will worship. minutes, 31 secondsIt's already beginning. minutes, 33 secondsKeep going. It says, "If any man have an ear, let him hear." Let's keep going. He that leadth and get to captivity shall go into captivity. He that killth with a minutes, 40 secondssword must be killed with a sword. Here is the patience and faith of the saints. minutes, 45 secondsAnd I beheld another beast coming up out of the earth. It had two horns like a lamb. And he spake as a dragon. minutes, 52 secondsHe exercises all the power of the first beast, which is the antichrist. This is the false prophet. And he causes the earth and them which dwell therein to minutesworship the first beast. So we're going to worship what? The first beast, the world government, the man who leads it, the antichrist. And then he says the minutes, 10 secondssecond beast, and he will do great wonders and make fire come down from heaven in the sight of men. I believe this is whoever the final pope is will</w:t>
      </w:r>
    </w:p>
    <w:p>
      <w:pPr>
        <w:keepNext/>
      </w:pPr>
      <w:r>
        <w:rPr>
          <w:rFonts w:ascii="Aptos" w:hAnsi="Aptos"/>
          <w:b/>
          <w:color w:val="A77A22"/>
          <w:sz w:val="18"/>
        </w:rPr>
        <w:t>[24:18-27:25]  PASTOR DEAN ODLE</w:t>
      </w:r>
    </w:p>
    <w:p>
      <w:pPr>
        <w:spacing w:after="180"/>
      </w:pPr>
      <w:r>
        <w:t>minutes, 18 secondsbe the false prophet. But then it says this, "And he that deceiveth them that dwell on the earth," and he well, this minutes, 26 secondsfalse prophet deceives them that dwell on the earth by the means of those miracles which he had power to do in the sight of the beast, saying to them that minutes, 34 secondsdwell on the earth, and here we go, that they should make an image to the beast, which had a womb by a sword and did live. So, you're going to be told to make an image. Guess what? minutes, 45 secondsNow, anybody can make an image. We've got uh what artificial intelligence 3D printing. minutes, 55 secondsYou can tell Grock or chat GPT or just name one to make you whatever you want. minutes, 5 secondsI had them I I made me some demonic possessed sharks one time for an illustration. minutes, 12 secondsDid they did a good job on it? minutes, 15 secondsUm, y'all know what I'm talking about. minutes, 19 secondsAnyway, but it says that they should make an image, right? Let's keep going. minutes, 25 secondsAnd this false prophet said he had power to give life unto the image. Somebody say an image. minutes, 32 secondsAn image is a physical thing. minutes, 35 secondsIt's something made. Like Nebuchadnezzar made his out of gold, right? Guess what they use gold in too now? minutes, 44 secondscomputers, phones, right? They use gold in these things. minutes, 55 secondsHe says here, what they're going to cause this physical object, keep going. He says, well, no, I'm minutes, 3 secondssorry. It caused this image of the beast should speak and cause as many that would not worship this image, somebody say, worship the image, worship the image, should be killed. minutes, 13 secondsSo this thing is going to speak. This fil physical thing is going to speak and then it's going if you don't worship minutes, 23 secondssubmit bow down revere honor love cherish. You get the drift. minutes, 33 secondsIf you don't worship this then this thing is going to have you uh slated to be killed. minutes, 41 secondsThis is where we're headed. Now, let's keep reading. minutes, 47 secondsAnd he causes all, both small and great, rich and poor, free and bond, to receive a mark, something engraved or etched in their right hand or in their foreheads. minutes, 57 secondsAnd that no man might buy or sell, save he that had the mark, the name of the beast, the number of his name. And here is wisdom. Let him that hath understanding count the number of the minutes, 6 secondsbees for it is the number of a man and his number is 6003 score and six. Now we're going to go back. I want you say these these things said we're going to minutes, 13 secondshave something physical that's an image that's a physical thing speak. It will have the power to order people to be killed.</w:t>
      </w:r>
    </w:p>
    <w:p>
      <w:pPr>
        <w:keepNext/>
      </w:pPr>
      <w:r>
        <w:rPr>
          <w:rFonts w:ascii="Aptos" w:hAnsi="Aptos"/>
          <w:b/>
          <w:color w:val="A77A22"/>
          <w:sz w:val="18"/>
        </w:rPr>
        <w:t>[27:25-30:28]  PASTOR DEAN ODLE</w:t>
      </w:r>
    </w:p>
    <w:p>
      <w:pPr>
        <w:spacing w:after="180"/>
      </w:pPr>
      <w:r>
        <w:t>minutes, 25 secondsAnd it's going to also be able to control who can buy and sell in about six months from now. minutes, 33 secondsartificial intelligence will go from where I believe it is right now. I believe it's artificial general intelligence. Probably six months to a minutes, 41 secondsyear, we're going to have artificial super intelligence. Now, once it goes there, once it progresses to minutes, 50 secondsthat point, it will be smarter minutes, 57 secondsfaster than all humans. minutes, 3 secondsAnd it'll probably do some good things at first. It'll probably find some cures for some diseases. minutes, 11 secondsThink about it. It's going to be able to process more information than every human being that's ever lived in just a few seconds. minutes, 21 secondsNow what the devil is doing by helping and I believe the fallen angels and Satan himself, Lucifer, that old minutes, 28 secondsserpent, the dragon that he has helped mankind with technology to this point, minutes, 37 secondsokay? Because there's no way they could do it themselves. And there are things that are so small now. minutes, 43 secondsBut somebody did, I think they used an electron microscope and they they put um like a microchip on there and it minutes, 53 secondslooked like as they began to magnify it, it looked like it went layer upon layer upon layer upon layer. minutesI mean, it just kept going and you're like, "No human being could do this. minutes, 6 secondsIt's too small." And this is why everything's getting smaller. Well, you can have a phone on your watch now, right? minutes, 17 secondsBut put up the thing I sent you, the the uh wearables and implants. minutes, 27 secondsthis right here. minutes, 30 secondsReally, they don't even need you to be wearing something to use you as a to track you or to use minutes, 40 secondsyou as a transmission device as an antenna. Notice it says wearables and implantables. Now, this is minutes, 47 secondsthis is studies being done, right? So, just want you to see that. Go to the next one. minutes, 55 secondsAnd this tells you how in an implantable device on remote health care applications, you are minutes, 5 secondsif you continue down this road, if you submit to this system, you will be required minutes, 12 secondsto be something implanted in your hand or forehead, the mark of the beast. You will be required. This will be mandated. minutes, 19 secondsAnd they will be able to communicate. They'll know your health situation. They'll have your banking information.</w:t>
      </w:r>
    </w:p>
    <w:p>
      <w:pPr>
        <w:keepNext/>
      </w:pPr>
      <w:r>
        <w:rPr>
          <w:rFonts w:ascii="Aptos" w:hAnsi="Aptos"/>
          <w:b/>
          <w:color w:val="A77A22"/>
          <w:sz w:val="18"/>
        </w:rPr>
        <w:t>[30:28-33:30]  PASTOR DEAN ODLE</w:t>
      </w:r>
    </w:p>
    <w:p>
      <w:pPr>
        <w:spacing w:after="180"/>
      </w:pPr>
      <w:r>
        <w:t>minutes, 28 secondsIt'll have everything about you on there. But just know this. I mean, this is And this is minutes, 35 secondsIt's funny. You You would think that they would not want to be so open and confirm the Bible to be true. minutes, 44 secondsBut they have to because they have to do this, right? And minutes, 51 secondsthis is coming so fast, y'all. I can't I guess I can't explain it now minutes, 58 secondsthat artificial intelligence has been unleashed. minutes, 5 secondsSee, and and and just give you an example, Grock 4 that we have now, we'll soon have minutes, 12 secondsGrock 5, but Grock 4 the the reason it's different is it took minutes, 18 secondsthree different models and basically it runs through that. minutes, 27 secondsSo, it's learning so fast that as it gets faster, it gets faster. minutes, 39 secondsYou get what I'm saying? That's why really to tell you the truth, I believe it's six months before we lose minutes, 47 secondscontrol. Total control. We may be at that point now. minutes, 52 secondsAll right. Elon Musk is not on your side. minutes, 58 secondsHe wants implants in your head and your body. minutes, 3 secondsBasically saying if you're not connected to this system, you are going to be irrelevant. minutes, 12 secondsYou understand? minutes, 14 secondsYou're going to be what they called us back in the day. What Henry Kissinger called us the useless eaters. minutes, 25 secondsY'all understand this? But the Bible warned us. minutes, 31 secondsHe warned us that an image was going to start speaking. Now, I say, "How's it going to have us killed?" I wondered minutes, 38 secondsthis for years. Like, how will this computer program? minutes, 46 secondsI get how it will monitor us. I get how it will track us. minutes, 53 secondsBut how would it kill us? minutes, 57 secondsWell, robots is how they're going to do it. minutes, 2 secondsThink about a fleet. They're already now, guess what? They're they're moving away from our government and and China and other governments are moving away minutes, 10 secondsfrom piloted flight. Now we we're having fighter squadrons that have no pilots in minutes, 18 secondsthem completely governed by artificial intelligence.</w:t>
      </w:r>
    </w:p>
    <w:p>
      <w:pPr>
        <w:keepNext/>
      </w:pPr>
      <w:r>
        <w:rPr>
          <w:rFonts w:ascii="Aptos" w:hAnsi="Aptos"/>
          <w:b/>
          <w:color w:val="A77A22"/>
          <w:sz w:val="18"/>
        </w:rPr>
        <w:t>[33:30-36:35]  PASTOR DEAN ODLE</w:t>
      </w:r>
    </w:p>
    <w:p>
      <w:pPr>
        <w:spacing w:after="180"/>
      </w:pPr>
      <w:r>
        <w:t>minutes, 30 secondsSwarms of drones completely controlled at the same time. minutes, 38 secondsRobots and drones. minutes, 40 secondsAnd I think it's it's interesting because the Bible talked about like, you know, one of the minutes, 49 secondsone of the curses that used to come on the people when they turned away from God was locust. minutes, 55 secondsAnd what would locust do? They come in and they would just devour everything. minutes, 58 secondsAnd then they died. The people would die slowly of starvation because all the food would be destroyed by the locust. minutes, 7 secondsBut we're going to have a different kind of locust. minutes, 10 secondsdrones everywhere. And that's what's interesting is that movie, how many of people have seen the movie uh from the minutes, 18 secondshow when did it come out? In the 80s, They Live. How many seen that? minutes, 25 secondsIf you haven't, you should now. It's funny. It's cheesy. It's full. It's as cheesiest movies you'll ever see. But minutes, 34 secondsit is as Rowdy Roddy Piper who starred in it has now passed away. But he said it was a documentary and not a movie. minutes, 43 secondsAnd in the movie in the movie now they had drones that would track people and follow people and kill people. minutes, 51 secondsAnd in the movie there was they had it as aliens but we know it as the fallen angels and demons. But the aliens were minutes, 59 secondsteamed up with the the world elite and they were helping the world elite minutes, 8 secondsget richer and richer and richer. And they were having a little like uh I don't know a little uh awards program, a minutes, 16 secondslittle celebration of their success of stamping out the minutes, 23 secondsrevolution, the rebels. And the rebels were uh based in a church. A pastor was minutes, 30 secondsthe resistance and they had the glasses to give to people to enable them to see who was a real human and who was not. minutes, 40 secondsAnd it's interesting they came out of a church. It was a church. They even admitted that it will be the church that we'll see. The true church of Jesus minutes, 48 secondsChrist that we'll see. But in that final little celebration they were having there over their successes, their financial successes minutes, 57 secondsand that they were almost completely destroyed the the resistance. minutes, 2 secondsThey said that it was the year 2025. minutes, 11 secondsI kid you not. from the 80s 2025 and and it's really now minutes, 19 secondsright now that the thing has been created and is moving that will stamp out the minutes, 26 secondsresistance many of us right now the pressure to bow to this thing</w:t>
      </w:r>
    </w:p>
    <w:p>
      <w:pPr>
        <w:keepNext/>
      </w:pPr>
      <w:r>
        <w:rPr>
          <w:rFonts w:ascii="Aptos" w:hAnsi="Aptos"/>
          <w:b/>
          <w:color w:val="A77A22"/>
          <w:sz w:val="18"/>
        </w:rPr>
        <w:t>[36:35-39:36]  PASTOR DEAN ODLE</w:t>
      </w:r>
    </w:p>
    <w:p>
      <w:pPr>
        <w:spacing w:after="180"/>
      </w:pPr>
      <w:r>
        <w:t>minutes, 35 secondsand you can go ahead and put up the uh the slide where I say the the AI worship minutes, 43 secondsAnd we're going to go through some of these. I'm just want to show you this right here. It's already beginning. minutes, 49 secondsSo, worshiping AI as the god. minutes, 54 secondsLet's let's go through them. The next one. Yep. minutes, 4 secondsSo, here we go. Worshiping AI as a god, a new religion, or a crisis of meaning. minutes, 9 secondsI recently watched a video exploring how people are beginning to worship AI forming a new religion around it and minutes, 19 secondsit was cra it's crazy according to video this phenomenon is widespread or more widespread than I expected communities around the world and engaging in some form of this already. minutes, 31 secondsLet's keep going. minutes, 35 secondsright here. This is uh University of Michigan worshiping at the altar of AI. minutes, 41 secondsIt says University of Michigan anthropologist takes on artificial intelligence and the authority we give to it, submitting to it. Let's go to the minutes, 49 secondsnext one. Uh this is the sacred sandwich. This is another one. He says, "Worshiping in the digital groves of minutes, 57 secondsidolatry." Keep going. minutes, 2 secondsbowing to the machine. From golden calves to generative algorithms and ancient logic of idolatry is alive in our reverence for AI. minutes, 13 secondsThat was just a few days ago. What happens when AI surpasses human intelligence? The implications of artificial super intelligence. minutes, 23 secondsLet's keep going. Was that it on? Okay. minutes, 31 secondsYeah, let's play that video real quick. This freaks me out right here. That's right. minutes, 45 secondsYou think, okay, this is where it stops. Nope. minutes, 54 secondsOh, it keeps going. Keep going. minutes, 2 secondsLook. Oh, we're not. Uh-huh. minutes, 14 secondsOkay. Oh, it's still going. Oh, wait a minute. We got more. minutes, 27 secondsNow, that right there is I don't care how much we think we've advanced in</w:t>
      </w:r>
    </w:p>
    <w:p>
      <w:pPr>
        <w:keepNext/>
      </w:pPr>
      <w:r>
        <w:rPr>
          <w:rFonts w:ascii="Aptos" w:hAnsi="Aptos"/>
          <w:b/>
          <w:color w:val="A77A22"/>
          <w:sz w:val="18"/>
        </w:rPr>
        <w:t>[39:36-42:39]  PASTOR DEAN ODLE</w:t>
      </w:r>
    </w:p>
    <w:p>
      <w:pPr>
        <w:spacing w:after="180"/>
      </w:pPr>
      <w:r>
        <w:t>minutes, 36 secondstechnology. We did not do this by ourselves. Just like Nebuchadnezzar did not make that statue of gold and lift it up. minutes, 46 secondsYou have to understand this system is being created by Satan, his fallen angels, and his accompllices, the human being accompllices. minutes, 58 secondsAnd this is how this system works. Now, let's go back to Daniel chapter 3 real quick. minutes, 6 secondsI'm going show you something. Now, this this that was just the introduction. All right. minutes, 16 secondsNow we can really start the message here. Pushed. Let me show you. Let's go down. minutes, 22 secondsKeep reading. Let's see. We'll start. So verse 19. Daniel 3:19. minutes, 35 secondsThen was Nebuchadnezzar full of fury, and the form of his visage was changed against Shadrach, Meshach, and Abednego. minutes, 43 secondsTherefore, he spake and commanded that they should heat the furnace one seven times more than it was want to be heated. And he commanded the most mighty minutes, 52 secondsmen that were in his army to bind Shadrach, Meshach, and Abednego, and to cast them into the burning fiery furnace. Then these men were bound in minutes, 1 secondtheir coats, their hosen, their hats, and their other garments. And they were cast into the midst of the burning fiery minutes, 8 secondsfurnace. Therefore, because the king's commandment was urgent and the furnace exceeding hot, the flame of the fire slew those men that took Shadrach, minutes, 17 secondsMeshach, and Abedneo. And these three men, Shadrach, Meshach, and Abednego, mark this verse right here. Mark this, fell down. Somebody say fell down. minutes, 26 secondsFell down into the midst of the burning fiery furnace. Now minutes, 34 secondsof course this was a real event but when we are bound when we are going minutes, 42 secondsto go through a test and we are pushed into the fire nobody goes willingly minutes, 50 secondsright nobody says please Lord give me a trial minutes, 57 secondsif so you you got problems up here All right. [laughter] Um minutes, 7 secondsbecause let me tell you, when the Lord steps back from you, it's wonderful when minutes, 14 secondsyou feel his presence and peace and joy and you're going through wonderful times and prayer and worship and la minutes, 22 secondseverything's fine. And then the Lord says, "Okay, step back." Can you Can you do it when he steps back from you? when he feels like he's a million miles away minutes, 30 secondsand you're trying to figure out, did I do something wrong? minutes, 35 secondsNo, you didn't do anything wrong. In fact, it's because you were doing a lot of things right.</w:t>
      </w:r>
    </w:p>
    <w:p>
      <w:pPr>
        <w:keepNext/>
      </w:pPr>
      <w:r>
        <w:rPr>
          <w:rFonts w:ascii="Aptos" w:hAnsi="Aptos"/>
          <w:b/>
          <w:color w:val="A77A22"/>
          <w:sz w:val="18"/>
        </w:rPr>
        <w:t>[42:39-45:43]  PASTOR DEAN ODLE</w:t>
      </w:r>
    </w:p>
    <w:p>
      <w:pPr>
        <w:spacing w:after="180"/>
      </w:pPr>
      <w:r>
        <w:t>minutes, 39 secondsThe Lord goes, okay, Satan, try it. Try to turn them against me. minutes, 47 secondsAnd believe you me, Satan will bring a doozy into your life. minutes, 55 secondsThat's southern for big trial, right? And it's no fun. minutes, 2 secondsAnd there's some trials that you go through. I mean, they're going to be they're so severe, they're so huge, they're so harsh that when you get minutes, 10 secondsinitially get thrown in, pushed into it, you fall down. minutes, 17 secondsYou just blow it. It's too much. It's overwhelming. minutes, 23 secondsThis is when you get so depressed that you actually contemplate suicide. The devil will put that there because he minutes, 31 secondswhen you first get pushed in there and you fall down, you're just like that's the hottest part of the fire. I've shot it with laser uh what do they call them? minutes, 43 secondsYeah, that thing. minutes, 46 secondsAnd the fire is hot, but you shoot it down where the fire and the coals are. minutes, 52 secondsin the in the midst of it. That's where it's really the hottest usually even a campfire is down at the center is like over 700 degrees, right? minutes, 5 secondsSo they fall down. Let me tell you something, folks. minutes, 9 secondsYou go through something like, man, divorce, a spouse cheating on you, minutes, 17 secondsum losing a family member you love and you go through or maybe you lose your minutes, 26 secondsjob and everything's going to hell in a hand basket, right? minutes, 31 secondsOr a health a serious health issue comes on you. minutes, 38 secondsAnd you know, we're all human. And this is what I want to tell you about this this minutes, 45 secondsthe good part of this message. When you get pushed into the fire, you might fall down. minutes, 54 secondsYou might just blow it. minutes, 57 secondsYou might get angry at God. You might cuss and you ain't cussed in years. minutes, 4 secondsYou might scream and cry. You might be, "Why is this happening to me, God? Why are you letting this happen to me? minutes, 14 secondsHow did you let this happen? minutes, 18 secondsHow h how how is my spouse leaving me? I prayed for my marriage every day." minutes, 27 secondsI mean, I could go down the list. You lost a child. minutes, 36 secondsyou go through it. Here's the key to this.</w:t>
      </w:r>
    </w:p>
    <w:p>
      <w:pPr>
        <w:keepNext/>
      </w:pPr>
      <w:r>
        <w:rPr>
          <w:rFonts w:ascii="Aptos" w:hAnsi="Aptos"/>
          <w:b/>
          <w:color w:val="A77A22"/>
          <w:sz w:val="18"/>
        </w:rPr>
        <w:t>[45:43-48:43]  PASTOR DEAN ODLE</w:t>
      </w:r>
    </w:p>
    <w:p>
      <w:pPr>
        <w:spacing w:after="180"/>
      </w:pPr>
      <w:r>
        <w:t>minutes, 43 secondsYou might fall down when you start going through a really difficult test. minutes, 52 secondsBut what did they do? We know what they did. They stood up. Somebody say, "I will stand up. minutes, 3 secondsSo, you can choose to stay down when you get hit. minutes, 9 secondsAnd we're all going to get hit. And we're going to get hit hard. And we're about to get hit really hard. And the United States is going to get hit hard. minutes, 18 secondsEverything from the economy to major cities getting obliterated. minutes, 27 secondsI mean, Russia has a new missile that's powered by a small nuclear reactor, and NATO has dubbed it Skyfall. minutes, 40 secondsI think that's interesting. How did we know? minutes, 50 secondsIt can just fly around for a long time until it decides to come down. minutes, 1 secondSome of you, when this stuff hits our country, when the sleeper cells of the Muslims minutes, 9 secondsand the Chinese soldiers finally start their random killing spree, minutes, 19 secondswhen the fire really hits and there's no money and all your paper money's worth is uh for use for toilet paper. minutes, 30 secondsSome people are going to really fall down in that trial, in that heat, minutes, 42 secondsbecause they're going to be like, "Why did you let that happen here?" See, America's been blessed. We've been extremely blessed for a long time. minutes, 54 secondsBut the Lord's about to step back from our whole nation and allow Satan to try us and test us. minutes, 3 secondsNow the question is, you're either going to stand up minutes, 9 secondsand stay strong in Jesus or you're going to lay down until you burn up and die. minutes, 21 secondsHere's the good news. minutes, 24 secondsIf you stand up, somebody's going to stand up with you in there, right? minutes, 31 secondsPut my picture back up again. minutes, 35 secondsThe title page, it says in verse 24, "Then Nebuchadnezzar king was astonished and</w:t>
      </w:r>
    </w:p>
    <w:p>
      <w:pPr>
        <w:keepNext/>
      </w:pPr>
      <w:r>
        <w:rPr>
          <w:rFonts w:ascii="Aptos" w:hAnsi="Aptos"/>
          <w:b/>
          <w:color w:val="A77A22"/>
          <w:sz w:val="18"/>
        </w:rPr>
        <w:t>[48:43-51:48]  PASTOR DEAN ODLE</w:t>
      </w:r>
    </w:p>
    <w:p>
      <w:pPr>
        <w:spacing w:after="180"/>
      </w:pPr>
      <w:r>
        <w:t>minutes, 43 secondsrose up in haste and spake and said unto his counselors, did not we cast three men bound into the midst of the fire?" minutes, 52 secondsThey answered and said unto the king, "True, O king." And he answered and said,"Lo, I see four men loose, walking in the midst of the fire, and they have minutesno hurt, and the form of the fourth is like the Son of God." Woohoo! minutes, 11 secondsWhen you stand up, when you refuse to bow, when you do the right thing and you start going through hell because you did minutes, 19 secondsthe right thing, you even if you fall down, even if you mess it up in the beginning, you got to minutes, 27 secondsstand up and say, "Lord, I love you anyway. I'm going to follow you anyway. minutes, 32 secondsI don't care what happens. Whether I walk out of this fire or I die in here, I'm going to do it standing on my feet." minutes, 39 secondsHallelujah. Amen. And I'm going to do it standing on my feet with Jesus next to me because he's going to be right there. minutes, 47 secondsAnd he promised if you stood for him, he will stand for you. Amen. Amen. Amen. minutes, 57 secondsThey got up from this hottest part here. minutes, 59 secondsSee, they stood up and then Jesus walked in there. minutes, 7 secondsSee, the Holy Spirit moved upon. I believe the Holy Spirit moved upon Nebuchadnezzar and he said that fourth one. minutes, 16 secondsHe could have said, "Looks like a God." He could have said, "Another man's in there." minutes, 24 secondsNo, the Holy Spirit came on him because he was a king in authority. The Holy Spirit came on him and said, "No, minutes, 31 secondsthat's the son of God in there." He didn't even know what he was saying. minutes, 40 secondsBut what did Jesus promise us in Matthew 28? He said, "I will be with you minutes, 50 secondsuntil the end of the world." Amen. minutes, 58 secondsIt's going to be difficult when we will not submit to this coming minutes, 7 secondsartificial intelligence controlled money system. minutes, 13 secondsI have told our state officials and I have emailed and tal I've emailed all of them. minutes, 23 secondsI've talked to all of them. Well, not all. I hadn't talked to all of them, but I have I have gotten the word to all of minutes, 30 secondsthem, the senators, our state senators, our representatives, that we can never do away with physical money. minutes, 40 secondsWe can never allow even a central bank digital currency that's American or let them convince you</w:t>
      </w:r>
    </w:p>
    <w:p>
      <w:pPr>
        <w:keepNext/>
      </w:pPr>
      <w:r>
        <w:rPr>
          <w:rFonts w:ascii="Aptos" w:hAnsi="Aptos"/>
          <w:b/>
          <w:color w:val="A77A22"/>
          <w:sz w:val="18"/>
        </w:rPr>
        <w:t>[51:48-54:51]  PASTOR DEAN ODLE</w:t>
      </w:r>
    </w:p>
    <w:p>
      <w:pPr>
        <w:spacing w:after="180"/>
      </w:pPr>
      <w:r>
        <w:t>minutes, 48 secondsthat oh we we just need to go to a cryptoc currency and everything will be wonderful. The moment minutes, 56 secondswe allow them to make physical money that we can put in our pocket disappear, then you're a slave. minutes, 7 secondsYou're a slave. Your freedom is gone. Yeah, trustworthy is a voting machine. minutes, 16 secondsThat's correct. So, hear me. minutes, 22 secondsYou're going to have to be in a place where you trust Jesus because I don't care how good maybe minutes, 29 secondsyou're the best prepper that ever lived, right? minutes, 35 secondsYou still cannot prepare for everything that's coming, right? minutes, 47 secondsYou're going to have to have the help of the Lord. What did the Lord do? Have you ever tried to get up with your hands tied behind your back? minutes, 56 secondsUs old guys really have a time with that one, right? You can do it. But I believe minutes, 3 secondsthat the Lord when he stepped in there allowed only minutes, 9 secondswhatever they were bound with to burn up and then they were able to stand up. minutes, 17 secondsYou're going to have to have the help, supernatural help of the Lord. minutes, 24 secondsChad said he sent you the the drones. Let's let's play that video real quick. minutes, 31 secondsOkay, there's no there's no way we we can fight all this, escape all this. minutes, 41 secondsI don't care how prepared we are. minutes, 45 secondsIf they really want you, they're coming for you, right? minutes, 50 secondsAnd I'm sure with me, they know they better bring somebody with them, right? They better bring a few extras. minutes, 58 secondsI probably know that about you guys. minutes, 1 secondBut still, no matter how many they bring or what they bring, the only way you're going to be delivered is to stand your minutes, 8 secondsground and say, "In the name of Jesus, minutes, 16 secondsI rebuke you drones. I rebuke you robots. I rebuke you minutes, 22 secondstranshumanist soldiers." See, we're some if especially if you didn't take the vaccine, you're you're minutes, 30 secondsyou're still part of the pure blood race of human beings. minutes, 37 secondsThat's what Satan hates. Satan hates us because we are made in the image of God and he minutes, 44 secondslooks at us and it makes him angry every single time he sees one of us.</w:t>
      </w:r>
    </w:p>
    <w:p>
      <w:pPr>
        <w:keepNext/>
      </w:pPr>
      <w:r>
        <w:rPr>
          <w:rFonts w:ascii="Aptos" w:hAnsi="Aptos"/>
          <w:b/>
          <w:color w:val="A77A22"/>
          <w:sz w:val="18"/>
        </w:rPr>
        <w:t>[54:51-57:59]  PASTOR DEAN ODLE</w:t>
      </w:r>
    </w:p>
    <w:p>
      <w:pPr>
        <w:spacing w:after="180"/>
      </w:pPr>
      <w:r>
        <w:t>minutes, 51 secondsAnd like a crazy mafia boss, he can't kill God. He can't get to God. minutes, 59 secondsBut so what do you do? Take out everybody. You can go after his children. minutes, 6 secondsThat's what the devil's doing. There's again nothing new under the sun. minutes, 14 secondsThere will be supernatural deliverance. minutes, 17 secondsAnd I told y'all long before we were meeting at Sharie's house, 2015, right before we moved into this building. minutes, 25 secondsAnd I told y'all about the the vision I had of a drone flying. And I knew in the vision this massive predator drone was minutes, 33 secondsflying to my house, fully armed to take out my house. And I'm like watching this in a movie. minutes, 40 secondsI'm wide awake, but I'm watching the Lord just showing it to me. minutes, 45 secondsand I see this hand come out of the sky, this huge hand, swatted it down like it was a bug. And I've shared that many minutes, 51 secondstimes. Um, another friend of ours um had dreams of us going when we're in minutesthis time actually going from house to house and preaching in different houses to groups of people minutes, 6 secondsand that drones were trying to follow us and trying to uh trying to kill us, trying to stop us and that God intervened. minutes, 17 secondsSo, I believe we're going to see some some amazing supernatural things. But here, go ahead. You got the video ready. minutes, 24 secondsPlay away. minutes, 36 secondsCustomer pilots directed almost 3,000 precision strikes last year. We're super proud of it. It allows you to separate minutes, 45 secondsthe bad guys from the good. It's a big deal. But we have something much bigger. minutes, 59 secondsYour kids probably have one of these, right? Not quite. minutes, 7 secondsHell of a pilot. No, that skill is all AI. minutes, 14 secondsIt's flying [music] itself. minutes, 17 secondsIts processor can react a 100 times faster than a human. The stochastic motion is an anti- sniper feature. minutes, 30 secondsJust like any mobile device these days, it has cameras and sensors. And just like your phones and social media apps, it does facial recognition. minutes, 41 secondsInside here is 3 g of shaped explosive. minutes, 48 secondsThis is how it works.</w:t>
      </w:r>
    </w:p>
    <w:p>
      <w:pPr>
        <w:keepNext/>
      </w:pPr>
      <w:r>
        <w:rPr>
          <w:rFonts w:ascii="Aptos" w:hAnsi="Aptos"/>
          <w:b/>
          <w:color w:val="A77A22"/>
          <w:sz w:val="18"/>
        </w:rPr>
        <w:t>[57:59-1:01:02]  PASTOR DEAN ODLE</w:t>
      </w:r>
    </w:p>
    <w:p>
      <w:pPr>
        <w:spacing w:after="180"/>
      </w:pPr>
      <w:r>
        <w:t>minutes, 59 secondsDid you see that? minutes, 2 secondsThat little bang is enough to penetrate the skull and destroy the contents. minutes, 10 secondsThey used to say guns don't kill people. minutes, 12 secondsPeople do. Well, people don't. They get emotional. Disobey orders. Aim high. minutes, 20 secondsLet's watch the weapons make the decisions. Now, trust me, these were all bad guys. minutes, 33 secondsNow, that is an air strike of surgical precision. minutes, 37 secondsIt's one of a range of products. Trained as a team, they can penetrate buildings, cars, trains, evade people, bullets, minutes, 46 secondspretty much any counter measure. They cannot be stopped. minutes, 54 secondsNow, I said this was big. Why? Because we are thinking big. Watch. minutes, 4 secondsA $25 million order now buys this. minutes, 9 secondsEnough to kill half a city. The bad half. Nuclear is obsolete. minutes, 17 secondsTake out your entire enemy virtually risk-free. minutes, 22 secondsJust characterize him, release the swarm, and rest easy. These are available today. minutes, 30 secondsWe have a distribution network taking orders from military, law enforcement, and specialist clients. minutes, 37 secondsThe nation is still recovering from yesterday's incident, which officials are describing as some kind of automated attack, which killed 11 US senators at the capital building. minutes, 47 secondsThey flew in from everywhere, but attacked just one side of the aisle. It was chaos. People were screaming. minutes, 52 secondsYou can see high windows, very small, precisely punctured to gain entry to the building. minutes, 58 secondsWhat did you do for the victim? I just did what I could for him. The things weren't even interested in me. They're just buzzing. hour, 4 secondsGovernment sources admit the in Huh? No. No. That was just a hour, 11 secondsthat was just a a drama for you there to show what it can do, right? Think about that. hour, 20 secondsenough drones, $25 million order to take out a whole city of precise people that you want to get. hour, 30 secondsThe bad half. hour, 33 secondsI think we know who the world system who's going to worship Satan, the Antichrist, and the hour, 40 secondsbeast image. I think we know who's going to be told is the bad guy, right? Christians. hour, 51 secondsSo, we're looking at a system in which there is no escape.</w:t>
      </w:r>
    </w:p>
    <w:p>
      <w:pPr>
        <w:keepNext/>
      </w:pPr>
      <w:r>
        <w:rPr>
          <w:rFonts w:ascii="Aptos" w:hAnsi="Aptos"/>
          <w:b/>
          <w:color w:val="A77A22"/>
          <w:sz w:val="18"/>
        </w:rPr>
        <w:t>[1:01:02-1:04:15]  PASTOR DEAN ODLE</w:t>
      </w:r>
    </w:p>
    <w:p>
      <w:pPr>
        <w:spacing w:after="180"/>
      </w:pPr>
      <w:r>
        <w:t>hour, 1 minute, 2 secondsThis is why Jesus is going to return because he made this statement in hour, 1 minute, 10 secondsMatthew. He said, "Unless those days be shortened," the great trial, the great fire you're going to go through that all hour, 1 minute, 18 secondsthe nations are going to go through. He said, "Unless those days were shortened, no flesh would be saved. The machines would win. hour, 1 minute, 29 secondsThere wouldn't be any more human beings." The Lord said he would never let the human race become extinct. hour, 1 minute, 38 secondsWould not allow it. And he's not going to allow them to get to all of the church, the true church, because Jesus hour, 1 minute, 46 secondssaid, "What? I will build my church and the gates of hell will not prevail against it." hour, 1 minute, 54 secondsSo the devil is on notice that there's some there's some of us Christians that he might not be able to get to no matter what he does because the the Lord Jesus hour, 2 minutes, 4 secondsis going to be standing with us in that fire. hour, 2 minutes, 7 secondsAmen. Hear me out everyone in this room, everyone listening. Do not find yourself hour, 2 minutes, 15 secondsas an unrighteous, wicked, unsaved person who's not really following Jesus. hour, 2 minutes, 23 secondsDon't Don't be on that side. hour, 2 minutes, 26 secondsBecause what they're going to do is once they get you to bow and once they get you to submit hour, 2 minutes, 34 secondsthese things that they're going to put inside of you, some of it will be via vaccines. hour, 2 minutes, 43 secondsBut these things they want to put inside of you are going to take over your brain, your will, your mind. This is why hour, 2 minutes, 52 secondsJesus said, "Don't do this." through the Apostle John. Don't take the mark of the beast. Don't bow the knee to this system hour, 3 minutesbecause you're going to lose the most valuable thing God gave you. And that's a free will to choose the devil or Jesus. hour, 3 minutes, 12 secondsAnd there and and what's going to happen is if you submit and take that in your hand or forehead or any more vaccines, hour, 3 minutes, 19 secondsthey're going to begin to get control of your brain. your thoughts. hour, 3 minutes, 29 secondsAnd this is already happening, y'all. hour, 3 minutes, 34 secondsSome of the warfare we face as Christians right now is not just spiritual, it's electronic, hour, 3 minutes, 44 secondsbombarding our minds. hour, 3 minutes, 48 secondsAnd they have figured out the frequency our body gives off and they know how to use it. hour, 4 minutesThis is why you I can't expl explain it to you. You have to be on the Lord's side.</w:t>
      </w:r>
    </w:p>
    <w:p>
      <w:pPr>
        <w:keepNext/>
      </w:pPr>
      <w:r>
        <w:rPr>
          <w:rFonts w:ascii="Aptos" w:hAnsi="Aptos"/>
          <w:b/>
          <w:color w:val="A77A22"/>
          <w:sz w:val="18"/>
        </w:rPr>
        <w:t>[1:04:15-1:07:23]  PASTOR DEAN ODLE</w:t>
      </w:r>
    </w:p>
    <w:p>
      <w:pPr>
        <w:spacing w:after="180"/>
      </w:pPr>
      <w:r>
        <w:t>hour, 4 minutes, 15 secondsYeah. What's the date on that? Is that 2014? hour, 4 minutes, 20 seconds[snorts] hour, 4 minutes, 20 secondsYeah. The military is building brain chips to treat PTSD. That's what is that 11 years ago. hour, 4 minutes, 32 secondsHow do we He says, "How well can you predict your next mood swing? How well can anyone?" It's existential dilemma for many of us. But for the military, hour, 4 minutes, 41 secondsthe ability to treat anxiety, depression, memory loss, and symptoms associated with post-traumatic stress disorder has become one of the most important battles of the post-war hour, 4 minutes, 50 secondsperiod. Now, the Pentagon is developing a new innovative brain chip to treat PTSD and soldiers and veterans that hour, 4 minutes, 58 secondscould bring sweeping new changes to the way depression and anxiety is treated for millions. With 12 million and the hour, 5 minutes, 5 secondspotential of 26 million more if benchmarks are met, the Defense Advanced Research Projects Agency or DARPA wants hour, 5 minutes, 12 secondsto reach deep into the brain soft tissue to record, predict, possibly treat anxiety, depression, and other maladies hour, 5 minutes, 19 secondsof mood and mind. Teams from the University of California at San Francisco, uh, Lawrence Livermore National Lab, da da da da da, extending hour, 5 minutes, 28 secondsit these things, electrodes into the brain. Well, we're way past that now. I mean, think 11 years ago, way past it. hour, 5 minutes, 36 secondsNow, think, okay, if a if a soldier comes back with PTSD, right? Because he's remembering hour, 5 minutes, 45 secondstraumatic events that happened in war and they causing him anxiety and stress. hour, 5 minutes, 50 secondsAnd they can put something in your brain that can control that, can change your thoughts and your mood. hour, 5 minutes, 58 secondsMaybe take your memory, change your memories. Now we're getting to other movies. hour, 6 minutes, 7 secondsTotal recall. Yeah. hour, 6 minutes, 11 secondsBut if they can do that, then they can also, if that chip's in there, tell you Jesus is just a myth. hour, 6 minutes, 21 secondsJesus is a fable. There's no God but what you see in front of you. hour, 6 minutes, 35 secondsLet me just go on and tell you right now, there's very few preachers in America hour, 6 minutes, 43 secondswarning people about this, talking about this. hour, 6 minutes, 48 secondsBut whatever you do, you cannot bow. You've got to be like Shadrach, Meshach, and Abednego. You hour, 6 minutes, 56 secondscannot bow. You've got to be and you got to say to that whole system, hour, 7 minutes, 5 secondsI love Jesus and whether I die right here, you kill me or God delivers me, hour, 7 minutes, 14 secondsI will not bow my knee to your image, to your Babylonian system.</w:t>
      </w:r>
    </w:p>
    <w:p>
      <w:pPr>
        <w:keepNext/>
      </w:pPr>
      <w:r>
        <w:rPr>
          <w:rFonts w:ascii="Aptos" w:hAnsi="Aptos"/>
          <w:b/>
          <w:color w:val="A77A22"/>
          <w:sz w:val="18"/>
        </w:rPr>
        <w:t>[1:07:23-1:10:25]  PASTOR DEAN ODLE</w:t>
      </w:r>
    </w:p>
    <w:p>
      <w:pPr>
        <w:spacing w:after="180"/>
      </w:pPr>
      <w:r>
        <w:t>hour, 7 minutes, 23 secondsWill not do it. hour, 7 minutes, 26 secondsAnd look, you're going to see the Roman Catholic Church, it's already happening, joining with Islam, Hinduism, Buddhism, they're all coming hour, 7 minutes, 34 secondstogether. The one world religion is coming together and they're just going to say, "Hey, hey, hey, it's okay. You can have any gods you want and just hour, 7 minutes, 43 seconds[clears throat] come and be part of the part of the team." And people are going to line up at Catholic churches and Protestant hour, 7 minutes, 51 secondschurches. I'm telling you, Christians are going to line up Cuz you know what? hour, 8 minutesThey're going to be like, "I got to feed my kids. hour, 8 minutes, 3 secondsGod knows. God God will understand." No, let's put one more passage up and I'm quitting. One more passage. Well, I'm hour, 8 minutes, 12 secondsgoing to do this until I'm gone or Jesus comes back. But Revelation 14, we're going to read this verse. Start at verse nine. hour, 8 minutes, 22 secondsThis is your And you know what? If you're here today, this is your warning. You've been warned. So, you will have no excuse when hour, 8 minutes, 30 secondsyou stand before God if you bow the knee and take this mark and worship this image. hour, 8 minutes, 38 secondsHe says in uh Revelation 14:9, "And the third angel followed them, saying with a loud voice, if any man," somebody say, hour, 8 minutes, 45 seconds"if any." If any man, human being, worship the beast and his image, and receive his hour, 8 minutes, 52 secondsmark in his forehead or in his hand, the same shall drink of the wine of the wrath of God, which is poured out without mixture into the cup of his hour, 9 minutesindignation. That's his wrath. He shall be tormented. The person who takes this mark and worships this image, he shall hour, 9 minutes, 8 secondsbe tormented with fire and brimstone in the presence of the holy angels and in the presence of the lamb. hour, 9 minutes, 14 secondsAnd the smoke of their torment will ascend up forever and ever. They have no rest day dare who worship the beast in hour, 9 minutes, 21 secondshis image and whosoever receiveth the mark of his name. Everybody see that? hour, 9 minutes, 28 secondsIf you bow to this system, if you take this mark, you are rejecting, hour, 9 minutes, 37 secondsdenying Jesus Christ as your Lord and Savior. hour, 9 minutes, 43 secondsYou're casting aside what he did for you on the cross, hour, 9 minutes, 50 secondshis resurrection from the dead, his authority over you as creator. hour, 9 minutes, 59 secondsYou're denying all that to save your little hide, right? hour, 10 minutes, 8 secondsThis is why the Bible says Jesus said, "The one who tries to save his life shall lose it. hour, 10 minutes, 17 secondsAnd the one who loses his life for my sake shall find it shall live forever."</w:t>
      </w:r>
    </w:p>
    <w:p>
      <w:pPr>
        <w:keepNext/>
      </w:pPr>
      <w:r>
        <w:rPr>
          <w:rFonts w:ascii="Aptos" w:hAnsi="Aptos"/>
          <w:b/>
          <w:color w:val="A77A22"/>
          <w:sz w:val="18"/>
        </w:rPr>
        <w:t>[1:10:25-1:13:26]  PASTOR DEAN ODLE</w:t>
      </w:r>
    </w:p>
    <w:p>
      <w:pPr>
        <w:spacing w:after="180"/>
      </w:pPr>
      <w:r>
        <w:t>hour, 10 minutes, 25 secondsI hate that this has come upon some of you younger ones. I hate that you have to hear and we have to talk about this being upon you. It's going to be in our hour, 10 minutes, 34 secondslifetime. It's racing toward us so fast now. hour, 10 minutes, 42 secondsI mean, they're talking about something major. I wonder what it might be in 2027 the wicked are talking about. hour, 10 minutes, 57 secondsYeah. Do y'all hear about that? that Trump officials are moving and different people in the government are moving in hour, 11 minutes, 5 secondsonto military bases because of threats of assassination and probably because they need to get hour, 11 minutes, 12 secondsout of uh DC, New York, Chicago. hour, 11 minutes, 21 secondsNo, it's about to get sporty out there, folks. hour, 11 minutes, 26 secondsSo, we're going to be in a fire like it's never been before. hour, 11 minutes, 34 secondsUh, we're not getting the preerttrib rapture. That's what a lot of people are going to fall down because they're going to think, "Oh, I supposed to get raptured out of here. My pastor told me hour, 11 minutes, 42 secondsI was leaving before all this hit." You're not. Sorry to tell you, you've been lied to. hour, 11 minutes, 53 secondsWe're going to find out the hard way. hour, 11 minutes, 55 secondsJesus said what? That he would raise us up the last day. When when when does the rapture happen? hour, 12 minutes, 4 secondsAnd immediately after the tribulation of those days, not before. hour, 12 minutes, 14 secondsSo God didn't promise us that we would not go through persecution from the enemy. hour, 12 minutes, 22 secondsThis is where they made a mistake. Some people thought the the final trial fire, the tribulation period, the seven-year period, they've always said, "Oh, that's hour, 12 minutes, 30 secondsall the wrath of God, and we're not going we're not delivered to God's wrath." No, that's no no. They they that's that is the worst generalization hour, 12 minutes, 37 secondsand taking things out of context you can possibly be. hour, 12 minutes, 41 secondsNo. When you read the fine print, all of it, you find out no, it's not all the wrath of God happening. In fact, the the hour, 12 minutes, 50 secondsthe most terrible of his wrath happens on the last day. The last trumpet, the seventh vial of wrath is when all the hour, 12 minutes, 59 secondsnations fall. All the mountains are brought down. All the islands are moved out of their place. All the cities of the nations are destroyed in one day. hour, 13 minutes, 9 secondsThat's the day the dead in Christ shall rise first, and then we which are alive and remain shall be caught up together with him. We will be in heaven. And hour, 13 minutes, 18 secondsthere'll be 30 minutes of silence because we will be watching the destruction of every city upon the face of the earth before the second coming of</w:t>
      </w:r>
    </w:p>
    <w:p>
      <w:pPr>
        <w:keepNext/>
      </w:pPr>
      <w:r>
        <w:rPr>
          <w:rFonts w:ascii="Aptos" w:hAnsi="Aptos"/>
          <w:b/>
          <w:color w:val="A77A22"/>
          <w:sz w:val="18"/>
        </w:rPr>
        <w:t>[1:13:26-1:16:36]  PASTOR DEAN ODLE</w:t>
      </w:r>
    </w:p>
    <w:p>
      <w:pPr>
        <w:spacing w:after="180"/>
      </w:pPr>
      <w:r>
        <w:t>hour, 13 minutes, 26 secondsJesus. We will have the marriage supper of the lamb with him. And then we're going to mount up on horses to ride with hour, 13 minutes, 35 secondshim right back down here to the battle of Armageddon. And those are going to be the soldiers from all over the world that have taken the mark and follow the hour, 13 minutes, 44 secondsantichrist. and they're going to be there to fight Jesus when he returns. And guess what? hour, 13 minutes, 51 secondsWe know the end of the story is they lose in a bigger way. hour, 14 minutesSo you either going to be found in the valley of Megiddo somewhere hour, 14 minutes, 11 secondsfor vultures and eagles to eat. hour, 14 minutes, 15 secondsor you're going to be riding back with Jesus. You going to have to pick. Now, let's stand. hour, 14 minutes, 31 secondsThis is why the great student of Moses, hour, 14 minutes, 39 secondsJoshua, said, "Choose you this day whom you will serve." And here's what's so wild. Who is he talking to? hour, 14 minutes, 49 secondsThe people of God who were what? hour, 14 minutes, 52 secondssliding back, falling back, giving in, compromising, bowing to paganism around hour, 14 minutes, 59 secondsthem, bowing to the images around them. And the Lord said through Joshua, "You hour, 15 minutes, 7 secondsbetter choose this day who you will serve." hour, 15 minutes, 13 secondsSee, I chose June 1987. I said, "That's it. hour, 15 minutes, 22 secondsdone with the devil. I'm done with the sin. I'm done with that worldly crap that was destroying me. Sex, drugs, and hour, 15 minutes, 30 secondsrock and roll, drunkenness, and partying. hour, 15 minutes, 33 secondsI'm done with that, Jesus. I give you my life. hour, 15 minutes, 40 secondsI follow you. Not a not I don't follow a a religion or a denomination. I follow you hour, 15 minutes, 50 secondscuz no church is going to save you. No priest, no confessional, no baptism, none of that saves you. You must repent. hour, 16 minutes, 1 secondAdmit you're a sinner and say, "Jesus, I believe you came. God in the flesh hour, 16 minutes, 9 secondsdied on the cross for my sins because you knew no sin. You rose from the dead the third day. hour, 16 minutes, 17 secondsYou are God Almighty, King, Messiah, Savior, the only one who can wash my hour, 16 minutes, 25 secondssins away and give me eternal life. I will follow you now.</w:t>
      </w:r>
    </w:p>
    <w:p>
      <w:pPr>
        <w:keepNext/>
      </w:pPr>
      <w:r>
        <w:rPr>
          <w:rFonts w:ascii="Aptos" w:hAnsi="Aptos"/>
          <w:b/>
          <w:color w:val="A77A22"/>
          <w:sz w:val="18"/>
        </w:rPr>
        <w:t>[1:16:36-1:19:36]  PASTOR DEAN ODLE</w:t>
      </w:r>
    </w:p>
    <w:p>
      <w:pPr>
        <w:spacing w:after="180"/>
      </w:pPr>
      <w:r>
        <w:t>hour, 16 minutes, 36 secondsYou got to choose. hour, 16 minutes, 41 secondsBack when I was about 20, 21 years old here in Auburn Opalikica area, there's a young man that we were talking to. He hour, 16 minutes, 50 secondswas a senior at Bula High School, and he told us, "Oh, I I know y'all was hour, 16 minutes, 58 secondstelling the truth. I mean, he was being he was convicted. The Holy Spirit was moving upon him." He said, "Guys, look look. I just want to go to the prom with hour, 17 minutes, 7 secondsmy date as a senior. I want to party it up." And then after that, I'm going to give my life to Jesus. hour, 17 minutes, 17 secondsProm night in Auburn, somewhere around exit 57 there, hour, 17 minutes, 25 secondshe was shot in the back of the head and died through his truck window. hour, 17 minutes, 37 secondsAnd he never saw it coming. hour, 17 minutes, 40 seconds19 years old, had his chance hour, 17 minutes, 48 secondsto choose who he would serve, but he delayed. I I'm going to do it another time. I'm too busy, Lord. I hour, 17 minutes, 56 secondsThere's things I want to do. Well, that means you love the world. You love the the system, the beast. hour, 18 minutes, 7 secondsAnd let me tell you, I had another friend that knew him. hour, 18 minutes, 12 secondsAnd I remember going to the funeral home cuz we just rushed over there when we found out. hour, 18 minutes, 22 secondsAnd my friend who didn't think about what shirt he had on, hour, 18 minutes, 28 secondsbut he actually had a guy like laying down like in a cartoon had feet laying hour, 18 minutes, 35 secondsthere. It says and clearly dead and says, "Don't be caught dead without Jesus." And I turned around and looked at him. I said, "Do you realize what hour, 18 minutes, 43 secondsshirt you got?" I said, "Probably need to change that real quick." But it was true though. hour, 18 minutes, 54 secondsSo I'm gonna tell you what the church said. Don't be caught dead without Jesus. Amen. hour, 19 minutes, 2 secondsNow what we're going to do, the Bible says this. hour, 19 minutes, 8 secondsIf you are ashamed of Jesus and you won't confess him in front of people, then he will be ashamed of you. This is why we give altar calls. hour, 19 minutes, 20 secondsBecause you have to admit you're a sinner and repent and give your life to Jesus in front of people at some point. hour, 19 minutes, 28 secondsYou've got to confess it in front of people. There's no secret Christians. No closet Christians.</w:t>
      </w:r>
    </w:p>
    <w:p>
      <w:pPr>
        <w:keepNext/>
      </w:pPr>
      <w:r>
        <w:rPr>
          <w:rFonts w:ascii="Aptos" w:hAnsi="Aptos"/>
          <w:b/>
          <w:color w:val="A77A22"/>
          <w:sz w:val="18"/>
        </w:rPr>
        <w:t>[1:19:36-1:22:37]  PASTOR DEAN ODLE</w:t>
      </w:r>
    </w:p>
    <w:p>
      <w:pPr>
        <w:spacing w:after="180"/>
      </w:pPr>
      <w:r>
        <w:t>hour, 19 minutes, 36 secondsAnd if the Bible says, "If you will confess me before me and I will confess you before my father in heaven." So, hour, 19 minutes, 43 secondsbrother, I want you to put on um Oh, what's that Lindle song faintly? Go ahead. hour, 19 minutes, 57 secondsIt's not the one I was thinking about, but go ahead. hour, 20 minutes, 2 secondsBut let's bow our heads. We're going to pray. And as this song is is playing, if you need to give your life to Jesus for real, if you're going to choose that hour, 20 minutes, 11 secondsfrom this day, I repent. I turn away from my sin. Some of it's pornography. hour, 20 minutes, 17 secondsSome of you it's it's playing video games is really your idol. It takes up all your time. hour, 20 minutes, 26 secondsI mean, there's things you need to repent and turn away from. If you're into sexual sin outside of marriage, you need to repent. hour, 20 minutes, 37 secondsBecause if you are a fornicator, an adulterer, a whoreonger, you're not going to go to heaven. You have to repent. You have to turn away hour, 20 minutes, 45 secondsfrom sin and follow Jesus. hour, 20 minutes, 50 secondsAmen. Let's let's pray right now. Father in heaven, I pray over everyone here, those watching, Lord, that they will hour, 20 minutes, 58 secondschoose today to let you into their lives to let you wash their sins away. hour, 21 minutes, 7 secondsThat Lord, they will have the full intention that today is the day that I turn from all wickedness, all sin, all bad things. hour, 21 minutes, 17 secondsAnd I want to be cleansed by the blood of Jesus shed on the cross. I believe, Lord, you rose from the dead. Lord, I hour, 21 minutes, 24 secondspray in the name of Jesus for everyone in this room, those watching, listen, if there there's any among hour, 21 minutes, 32 secondsus that haven't made that choice or we've tried to straddle the fence and tried to play both worlds, can't do it. hour, 21 minutes, 42 secondsSo Lord, I I pray today you will touch right now, convict, draw those, give them the courage hour, 21 minutes, 51 secondsto stand up to stand with you even in the fire to stand with you instead of standing with hour, 22 minutesthe world and with that evil satanic system that's just full of lust and lies. hour, 22 minutes, 11 secondsLord, draw them and bring them out today in this room. hour, 22 minutes, 15 secondsIf you're out there watching and you are not truly born again, you have not truly surrendered to Jesus and made him Lord of your life, just get down on your hour, 22 minutes, 24 secondsknees and pray with us. I'm going to pray in a minute, but go ahead and play that song today. If you need to choose, you know you do.</w:t>
      </w:r>
    </w:p>
    <w:p>
      <w:pPr>
        <w:keepNext/>
      </w:pPr>
      <w:r>
        <w:rPr>
          <w:rFonts w:ascii="Aptos" w:hAnsi="Aptos"/>
          <w:b/>
          <w:color w:val="A77A22"/>
          <w:sz w:val="18"/>
        </w:rPr>
        <w:t>[1:22:37-1:25:41]  PASTOR DEAN ODLE</w:t>
      </w:r>
    </w:p>
    <w:p>
      <w:pPr>
        <w:spacing w:after="180"/>
      </w:pPr>
      <w:r>
        <w:t>hour, 22 minutes, 37 secondsI want you to boldly come up here as this song's playing and just stand up here and say today I'm choosing to let Jesus be Lord of my life. hour, 22 minutes, 47 secondsThat means I give up my plans. I give up my will. [music] Anybody in here choose you this day whom you will serve. hour, 23 minutesFailing you surround me. [music] hour, 23 minutes, 8 secondsFailing [singing] you [music] surround me. hour, 23 minutes, 18 secondsFailing. [singing] Don't be ashamed. hour, 23 minutes, 21 secondsYou surround me and I hour, 23 minutes, 29 seconds[music] hour, 23 minutes, 30 secondsfeel your [singing] touch. Yes, I come over here. hour, 23 minutes, 37 secondsI feel your [singing] touch. That's awesome. That's awesome. hour, 23 minutes, 45 seconds[music] hour, 23 minutes, 45 secondsIs there anybody else you need to come? hour, 23 minutes, 47 secondsYou need to choose Jesus. You surround [music and singing] me. hour, 23 minutes, 58 seconds[music] hour, 24 minutesYou surround me. Surround [singing] me. hour, 24 minutes, 6 secondsI feel like there's somebody else that you're holding back, that you're worried about what people [music] will think. hour, 24 minutes, 11 secondsDon't worry about what anybody will think about you. Worry about what Jesus thinks. Feel [singing] your touch. hour, 24 minutes, 19 secondsHe loves [music] you. He's pulling on your heart. He's saying, "Choose me. Choose me. hour, 24 minutes, 26 secondsFeel your Yeah. Let's worship him right here. hour, 24 minutes, 35 secondsThe wind [music] in the tree. hour, 24 minutes, 38 secondsThe Holy Spirit's moving." Yeah. Just come up here and stand [music] right here with me for a minute. What's your name? The wind [singing] in the tree softly whisper. hour, 24 minutes, 49 secondsI feel there's somebody else. hour, 24 minutes, 52 secondsThe wind [music] in the tree softly whisper. hour, 24 minutes, 58 secondsAnd while y'all are up here, just just just talk to Jesus [music] about what's in your heart. hour, 25 minutes, 4 seconds[singing] hour, 25 minutes, 5 secondsBecause it's between you and him. I'm [music] going to lead you in prayer, but it's still you and him. hour, 25 minutes, 12 secondsHere we go. [music] hour, 25 minutes, 22 seconds[music] hour, 25 minutes, 28 seconds[music] hour, 25 minutes, 29 secondsMy god. [singing] My god. hour, 25 minutes, 35 seconds[music]</w:t>
      </w:r>
    </w:p>
    <w:p>
      <w:pPr>
        <w:keepNext/>
      </w:pPr>
      <w:r>
        <w:rPr>
          <w:rFonts w:ascii="Aptos" w:hAnsi="Aptos"/>
          <w:b/>
          <w:color w:val="A77A22"/>
          <w:sz w:val="18"/>
        </w:rPr>
        <w:t>[1:25:41-1:28:47]  PASTOR DEAN ODLE</w:t>
      </w:r>
    </w:p>
    <w:p>
      <w:pPr>
        <w:spacing w:after="180"/>
      </w:pPr>
      <w:r>
        <w:t>hour, 25 minutes, 41 seconds[music] hour, 25 minutes, 43 seconds[singing] hour, 25 minutes, 46 seconds[music] hour, 25 minutes, 47 secondsLet's turn it down. [music] hour, 25 minutes, 56 seconds[singing] hour, 25 minutes, 57 secondsThank you, Jesus. hour, 26 minutes, 1 secondSay it. Come on. [music] All right. If anybody else needs [music] to come, I'm about to I'm about to pray with these that come up here. hour, 26 minutes, 13 secondsI remember when the Lord [music] got a hold of me and was pulling on me when I was 11 years old and I was in the back of that Baptist church. I was so scared hour, 26 minutes, 22 secondsfor some reason of what people [music] would think about me and I was why at 11 years old was I hour, 26 minutes, 30 secondsworried about that but it was a fear. It was stupid. And I remember [music] when I finally said I want Jesus more than hour, 26 minutes, 38 secondsanything else. And I got up and the power and presence of God hit me. hour, 26 minutes, 42 seconds[music] hour, 26 minutes, 44 secondsAnd the power of God's up here and I want to pray for these. I'm going to pray [music] for you first and then we're going to lead you in a hour, 26 minutes, 52 secondsprayer. Just a basic prayer. But this is not about just what you pray today. This is about what [music] you choose to do tomorrow, the next day, the next week. hour, 27 minutes, 3 secondsAre you going to keep following Jesus with all your heart? hour, 27 minutes, 7 secondsIn fact, let's [music] just do that prayer for us. Everybody just turn face me. hour, 27 minutes, 12 secondsTurn around. Turn it down a little bit more. Just bow your heads. You're going to pray this with me. All right. Say, "Father God in heaven, hour, 27 minutes, 21 secondsI believe that you sent your son, Jesus Christ, hour, 27 minutes, 29 secondsthat he died on the cross for my sins. hour, 27 minutes, 34 secondsEvery wicked thing I've ever done was put upon him. hour, 27 minutes, 42 secondsHe suffered and died to shed his blood because that's the only thing that would wash my sins away. hour, 27 minutes, 54 secondsI believe, Lord Jesus, you did that for me. I believe you rose from the dead. hour, 28 minutes, 2 secondsAnd today I choose you with all my heart. I repent. I turn from hour, 28 minutes, 12 secondswickedness, sin, idolatry, lust, perversion, hour, 28 minutes, 20 secondsgreed. Lord, forgive me of my sins. I truly choose you. hour, 28 minutes, 29 secondsI surrender my life. hour, 28 minutes, 32 secondsI'm going to follow you, Jesus, according to the Bible. hour, 28 minutes, 40 secondsThank you, Lord. Father, I pray in the name of Jesus right now, Lord, for your anointing, for your power, for your</w:t>
      </w:r>
    </w:p>
    <w:p>
      <w:pPr>
        <w:keepNext/>
      </w:pPr>
      <w:r>
        <w:rPr>
          <w:rFonts w:ascii="Aptos" w:hAnsi="Aptos"/>
          <w:b/>
          <w:color w:val="A77A22"/>
          <w:sz w:val="18"/>
        </w:rPr>
        <w:t>[1:28:47-1:31:49]  PASTOR DEAN ODLE</w:t>
      </w:r>
    </w:p>
    <w:p>
      <w:pPr>
        <w:spacing w:after="180"/>
      </w:pPr>
      <w:r>
        <w:t>hour, 28 minutes, 47 secondsglory to touch, Lord, these young men that came up here today. Lord, I pray in the name of Jesus that you fill them with your Holy Spirit, that you set their hour, 28 minutes, 56 secondshearts on fire for you, God, that they will blaze a trail for you. That they will be an example of what a Christian's hour, 29 minutes, 3 secondssupposed to be, a biblical Christian, one that follows Jesus according to the word and not according to denominations hour, 29 minutes, 11 secondsor religion. God, I pray in the name of Jesus, Lord, for your power to come upon them and to fill them in Jesus name. hour, 29 minutes, 18 secondsLord, for your glory, your presence, that you would reveal yourself to them in a mighty way, God, that they would learn to hear your voice, that you would hour, 29 minutes, 27 secondsgive these young men visions and dreams and revelations and prophetic things. hour, 29 minutes, 32 secondsThat they would hear your voice and know what you are saying and telling them to do. That they will surrender their will hour, 29 minutes, 39 secondsin their life to do your will, not their will anymore. Lord, I bless hour, 29 minutes, 45 secondsthem. I pray God that they go forth in power and glory and boldness following you with all of their heart. hour, 29 minutes, 56 secondsFather, I pray this right now. The name of Jesus, I thank you this young man had the courage to get up out of his seat and come down here in front of everyone hour, 30 minutes, 4 secondsto confess Jesus as Lord of his life to choose today to surrender to repent to become a disciple of Jesus. hour, 30 minutes, 15 secondsNot just a believer, but a disciple, a follower, and obey the Lord. The person that obeys. hour, 30 minutes, 25 secondsLord, I pray in the name of Jesus, let your power, let your anointing, let your fire of the Holy Ghost come upon him. hour, 30 minutes, 33 secondsLet his heart be set on fire. Lord, as he takes time to pray and read the Bible, Lord, reveal yourself to him. hour, 30 minutes, 40 secondsvisions, dreams, revelations, Lord, prophetic words. Lord, reveal yourself to him, hour, 30 minutes, 48 secondsLord. I pray for my brother here, Lord, that you do a mighty work in his life, Lord. hour, 30 minutes, 55 secondsGod, I thank you, Lord, that he's choosing to get off the fence and go all the way for you. That he's repenting of hour, 31 minutes, 2 secondssin and putting it in the past, walking away from it. hour, 31 minutes, 8 secondsThank you, Jesus. Lord, we bless God. We bless these men who came forward here, Lord. hour, 31 minutes, 19 secondsOh, Lord, let them become bold, courageous, godly men that will lead, hour, 31 minutes, 28 secondsthat will lead others to know you, that will lead the way, that will blaze a trail, Lord, that will be an example for you, Lord. hour, 31 minutes, 40 secondsLord, I pray for that boldness and that fire upon all of them in Jesus name.</w:t>
      </w:r>
    </w:p>
    <w:p>
      <w:pPr>
        <w:keepNext/>
      </w:pPr>
      <w:r>
        <w:rPr>
          <w:rFonts w:ascii="Aptos" w:hAnsi="Aptos"/>
          <w:b/>
          <w:color w:val="A77A22"/>
          <w:sz w:val="18"/>
        </w:rPr>
        <w:t>[1:31:49-1:34:57]  PASTOR DEAN ODLE</w:t>
      </w:r>
    </w:p>
    <w:p>
      <w:pPr>
        <w:spacing w:after="180"/>
      </w:pPr>
      <w:r>
        <w:t>hour, 31 minutes, 49 secondsSomebody say, "Amen." Amen. Hallelujah. [applause] Praise the Lord. Praise the Lord. hour, 31 minutes, 58 secondsNow, remember this. hour, 32 minutes[applause] hour, 32 minutes, 1 secondWhat you're choosing is a lifestyle. hour, 32 minutes, 5 secondsIt's a life lived. It's not a day in church. It's not a just a one-time thing. Oh, I got I prayed. I prayed and hour, 32 minutes, 13 secondsaccepted Jesus. No, this is about getting to know him. And I promise you this, if you will take time every day to get hour, 32 minutes, 21 secondsalone somewhere and talk to him even I mean just tell him what's going on in your life and talk to him as a friend and say, "Lord, hour, 32 minutes, 30 secondsshow me what I need to know." And you read this, I'm gonna tell you what happened to me at 19. God revealed hour, 32 minutes, 38 secondshimself to me. He would his presence would fill that room. He would speak to me. He would show me things to come. He hour, 32 minutes, 47 secondswould give me understanding of the Bible at 19. So you can become like Peter and James and all of them. hour, 32 minutes, 58 secondsYou can become a true disciple and blaze a trail for Jesus because there's time is short. hour, 33 minutes, 8 secondsAll right, God bless y'all. Y'all may be seeing it. Thank you. Um, real quick before we go, babe, did you send that picture? hour, 33 minutes, 17 secondsAll right, let's do this real quick before we go. We praise God for That's awesome. Um, those of you that came and hour, 33 minutes, 26 secondsrepented and accepted Jesus, if you need any help from us, from me, you just let us know. Get one of the cards over hour, 33 minutes, 34 secondsthere. Phone numbers on there you can call. Um, but we're going to show you. We're about to build this. hour, 33 minutes, 45 secondsAnd uh it's uh what is it? 60 by 100. hour, 33 minutes, 50 secondsSo, it'll be 6,000 square ft. plenty of room. Uh so we're going to get the plan and then we're going to do the hour, 33 minutes, 58 secondsfoundation and I think what did they say that that the actual building should go up in like five days or something? hour, 34 minutes, 5 secondsThree or four days. Uh and then we will we'll start uh framing it up, making it what we want it to be on the inside. hour, 34 minutes, 18 secondsAnd so anyway, and those of you if you want to donate to the building fund, hour, 34 minutes, 24 secondsjust say this is for the building and we will put it towards that. Everything that somebody has sent in said this is for the building that's going for the hour, 34 minutes, 33 secondsbuilding and um so yeah, there's a pull down tab you can hour, 34 minutes, 41 secondssee there. So um but I I'm just thrilled. I think uh you know sometimes it looks like when they hour, 34 minutes, 48 secondswe're being pushed uh [laughter] literally being pushed out of this building. Um but that's okay because uh</w:t>
      </w:r>
    </w:p>
    <w:p>
      <w:pPr>
        <w:keepNext/>
      </w:pPr>
      <w:r>
        <w:rPr>
          <w:rFonts w:ascii="Aptos" w:hAnsi="Aptos"/>
          <w:b/>
          <w:color w:val="A77A22"/>
          <w:sz w:val="18"/>
        </w:rPr>
        <w:t>[1:34:57-1:37:39]  PASTOR DEAN ODLE</w:t>
      </w:r>
    </w:p>
    <w:p>
      <w:pPr>
        <w:spacing w:after="180"/>
      </w:pPr>
      <w:r>
        <w:t>hour, 34 minutes, 57 secondsthe Lord had a plan. And I'll tell you what, you know, we kept talking about it over time because we've had the land how long now? A year plus. hour, 35 minutes, 9 secondsAnd when were we going to build? And I just kept the the Lord just kept laying on my heart just be patient. just wait. hour, 35 minutes, 16 secondsUm the right situation and I'm going to tell you that this situation that we found is just amazing. Um we just put hour, 35 minutes, 24 secondsthe deposit $10,000 down on it. The building will be 72. hour, 35 minutes, 31 secondsUh I think the foundation will be about 60 and then we go from there. We'll pay hour, 35 minutes, 38 secondsfor that. We we got that to take care of and then we'll uh you know we'll figure out the rest. Amen. hour, 35 minutes, 46 secondsWe will have a roof. That's right. Better than a tent. hour, 35 minutes, 50 seconds[laughter] hour, 35 minutes, 52 secondsYeah. hour, 35 minutes, 54 seconds[applause] hour, 35 minutes, 56 secondsAnd 15 acres. I want to put some uh RV spots for people who visit. And I want hour, 36 minutes, 3 secondsto do I want to do some I want us to get uh make full use of that 15 and a half acres for a lot of good things that we hour, 36 minutes, 11 secondsneed to do. And so anyway, we thank God that we have been pushed. Amen. hour, 36 minutes, 19 seconds[laughter] hour, 36 minutes, 20 secondsBut it was time. It's the perfect timing and everything's falling together just perfectly. But keep praying. The devil always try to throw a kink in the hour, 36 minutes, 28 secondssystem, but um keep praying. Uh, I just wanted to let everybody know and I want to thank everybody. Listen, I'm going tell you hour, 36 minutes, 34 secondssomething. the church family that's here and the church family that's out there. hour, 36 minutes, 40 secondsUm, we wouldn't be able to do these things except that we have just wonderful hour, 36 minutes, 47 secondssupporters for years that have prayer and finances that have helped us grow hour, 36 minutes, 55 secondsand have helped us pay for what we need and that have, you know, we were able to go and buy the land. That's the biggest check I ever wrote was a $155,000 check. hour, 37 minutes, 8 secondsUm, but higher worship leaders. Um, God God is is good and there's much more to come. hour, 37 minutes, 19 secondsAnd truly, if everybody was in here, we do not have enough room. Uh, it is it is time to be able to uh expand the tent a hour, 37 minutes, 28 secondslittle bit. Right. All right. Anyway, that's all I have. You have anything else? hour, 37 minutes, 35 secondsAll right. We just say God bless. hour, 37 minutes, 39 secondsThanks for everything. Hug them next before you leave. All right.</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8636D"/>
        <w:sz w:val="16"/>
      </w:rPr>
      <w:t xml:space="preserve">WATCHMAN 33  •  </w:t>
    </w:r>
    <w:r>
      <w:fldChar w:fldCharType="begin"/>
    </w:r>
    <w:r>
      <w:instrText xml:space="preserve">PAGE</w:instrText>
    </w:r>
    <w:r>
      <w:fldChar w:fldCharType="separate"/>
    </w:r>
    <w:r>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8636D"/>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84F"/>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A77A22"/>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2038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038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Theme="majorHAnsi" w:eastAsiaTheme="majorEastAsia" w:hAnsiTheme="majorHAnsi" w:cstheme="majorBidi" w:ascii="Aptos Display" w:hAnsi="Aptos Display"/>
      <w:b w:val="0"/>
      <w:i/>
      <w:iCs/>
      <w:color w:val="58636D"/>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