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Shock &amp; Awe</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1:05:17</w:t>
            </w:r>
          </w:p>
        </w:tc>
      </w:tr>
      <w:tr>
        <w:tc>
          <w:tcPr>
            <w:tcW w:type="dxa" w:w="2016"/>
            <w:vAlign w:val="center"/>
          </w:tcPr>
          <w:p>
            <w:r>
              <w:rPr>
                <w:b/>
              </w:rPr>
              <w:t>Source</w:t>
            </w:r>
          </w:p>
        </w:tc>
        <w:tc>
          <w:tcPr>
            <w:tcW w:type="dxa" w:w="7920"/>
            <w:vAlign w:val="center"/>
          </w:tcPr>
          <w:p>
            <w:r>
              <w:t>https://www.youtube.com/watch?v=FXATz2x3CVw</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0:00-8:10</w:t>
      </w:r>
    </w:p>
    <w:p>
      <w:pPr>
        <w:keepNext/>
      </w:pPr>
      <w:r>
        <w:rPr>
          <w:b/>
          <w:color w:val="2E74B5"/>
        </w:rPr>
        <w:t>Pastor Dean Odle</w:t>
      </w:r>
    </w:p>
    <w:p>
      <w:pPr>
        <w:keepLines/>
      </w:pPr>
      <w:r>
        <w:t>Odle focuses on Bible prophecy while working through Luke 19. The message argues that prophecy should produce discernment, readiness, and faithfulness rather than speculation alone. It connects this with the conviction that God’s judgment is treated as righteous, certain, and a reason to repent while mercy is offered. The practical emphasis is to respond with honest repentance and concrete obedience.</w:t>
      </w:r>
    </w:p>
    <w:p>
      <w:pPr>
        <w:pStyle w:val="Heading2"/>
        <w:keepNext/>
      </w:pPr>
      <w:r>
        <w:t>2. 8:10-16:19</w:t>
      </w:r>
    </w:p>
    <w:p>
      <w:pPr>
        <w:keepNext/>
      </w:pPr>
      <w:r>
        <w:rPr>
          <w:b/>
          <w:color w:val="2E74B5"/>
        </w:rPr>
        <w:t>Pastor Dean Odle</w:t>
      </w:r>
    </w:p>
    <w:p>
      <w:pPr>
        <w:keepLines/>
      </w:pPr>
      <w:r>
        <w:t>Odle focuses on the authority of Scripture while working through Revelation 9.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3. 16:19-24:29</w:t>
      </w:r>
    </w:p>
    <w:p>
      <w:pPr>
        <w:keepNext/>
      </w:pPr>
      <w:r>
        <w:rPr>
          <w:b/>
          <w:color w:val="2E74B5"/>
        </w:rPr>
        <w:t>Pastor Dean Odle</w:t>
      </w:r>
    </w:p>
    <w:p>
      <w:pPr>
        <w:keepLines/>
      </w:pPr>
      <w:r>
        <w:t>Odle focuses on the condition of the church while working through Amos 3. The message argues that the church is called to recover biblical faithfulness instead of accommodating compromise. It connects this with the conviction that leaders are accountable to teach faithfully, serve the flock, and model the character they proclaim. The practical emphasis is to remain watchful, grounded in Scripture, and ready to obey Christ.</w:t>
      </w:r>
    </w:p>
    <w:p>
      <w:pPr>
        <w:pStyle w:val="Heading2"/>
        <w:keepNext/>
      </w:pPr>
      <w:r>
        <w:t>4. 24:29-32:38</w:t>
      </w:r>
    </w:p>
    <w:p>
      <w:pPr>
        <w:keepNext/>
      </w:pPr>
      <w:r>
        <w:rPr>
          <w:b/>
          <w:color w:val="2E74B5"/>
        </w:rPr>
        <w:t>Pastor Dean Odle</w:t>
      </w:r>
    </w:p>
    <w:p>
      <w:pPr>
        <w:keepLines/>
      </w:pPr>
      <w:r>
        <w:t>Odle focuses on spiritual vigilance. The message argues that believers are urged to remain sober, alert, prayerful, and ready amid spiritual danger. It connects this with the conviction that the church is called to recover biblical faithfulness instead of accommodating compromise. The practical emphasis is to remain watchful, grounded in Scripture, and ready to obey Christ.</w:t>
      </w:r>
    </w:p>
    <w:p>
      <w:pPr>
        <w:pStyle w:val="Heading2"/>
        <w:keepNext/>
      </w:pPr>
      <w:r>
        <w:t>5. 32:38-40:48</w:t>
      </w:r>
    </w:p>
    <w:p>
      <w:pPr>
        <w:keepNext/>
      </w:pPr>
      <w:r>
        <w:rPr>
          <w:b/>
          <w:color w:val="2E74B5"/>
        </w:rPr>
        <w:t>Pastor Dean Odle</w:t>
      </w:r>
    </w:p>
    <w:p>
      <w:pPr>
        <w:keepLines/>
      </w:pPr>
      <w:r>
        <w:t>Odle focuses on Israel in prophecy while working through Ezekiel 36, Isaiah 11, Amos 9. The message argues that the sermon relates Israel’s place in Scripture to the unfolding prophetic picture.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6. 40:48-48:58</w:t>
      </w:r>
    </w:p>
    <w:p>
      <w:pPr>
        <w:keepNext/>
      </w:pPr>
      <w:r>
        <w:rPr>
          <w:b/>
          <w:color w:val="2E74B5"/>
        </w:rPr>
        <w:t>Pastor Dean Odle</w:t>
      </w:r>
    </w:p>
    <w:p>
      <w:pPr>
        <w:keepLines/>
      </w:pPr>
      <w:r>
        <w:t>Odle focuses on spiritual vigilance while working through Romans 2. The message argues that believers are urged to remain sober, alert, prayerful, and ready amid spiritual danger. It connects this with the conviction that God’s judgment is treated as righteous, certain, and a reason to repent while mercy is offered. The practical emphasis is to remain watchful, grounded in Scripture, and ready to obey Christ.</w:t>
      </w:r>
    </w:p>
    <w:p>
      <w:pPr>
        <w:pStyle w:val="Heading2"/>
        <w:keepNext/>
      </w:pPr>
      <w:r>
        <w:t>7. 48:58-57:07</w:t>
      </w:r>
    </w:p>
    <w:p>
      <w:pPr>
        <w:keepNext/>
      </w:pPr>
      <w:r>
        <w:rPr>
          <w:b/>
          <w:color w:val="2E74B5"/>
        </w:rPr>
        <w:t>Pastor Dean Odle</w:t>
      </w:r>
    </w:p>
    <w:p>
      <w:pPr>
        <w:keepLines/>
      </w:pPr>
      <w:r>
        <w:t>Odle focuses on eternal life and hope. The message argues that the promise of eternal life directs believers toward hope, holiness, and perseverance in Christ. It connects this with the conviction that the believer must answer fear with trust in God, sober judgment, and faithful action. The practical emphasis is to trust God’s promises and refuse decisions governed by fear.</w:t>
      </w:r>
    </w:p>
    <w:p>
      <w:pPr>
        <w:pStyle w:val="Heading2"/>
        <w:keepNext/>
      </w:pPr>
      <w:r>
        <w:t>8. 57:07-1:05:17</w:t>
      </w:r>
    </w:p>
    <w:p>
      <w:pPr>
        <w:keepNext/>
      </w:pPr>
      <w:r>
        <w:rPr>
          <w:b/>
          <w:color w:val="2E74B5"/>
        </w:rPr>
        <w:t>Pastor Dean Odle</w:t>
      </w:r>
    </w:p>
    <w:p>
      <w:pPr>
        <w:keepLines/>
      </w:pPr>
      <w:r>
        <w:t>Odle focuses on eternal life and hope while working through Matthew 7, Ezekiel 18, Ezekiel 3. The message argues that the promise of eternal life directs believers toward hope, holiness, and perseverance in Christ. It connects this with the conviction that faithfulness in the home requires instruction, loving correction, protection, and a consistent Christian example.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