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Prophetic Leadership</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1:23:13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https://www.youtube.com/watch?v=wuI6hjboUC4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“Prophetic Leadership,” Pastor Dean Odle presents a Scripture-centered message about Bible prophecy, spiritual leadership, faith. Drawing especially from Romans 1, Matthew 10, Proverbs 28, Matthew 28, the teaching emphasizes that prophecy should produce discernment, readiness, and faithfulness rather than speculation alone. Odle connects that foundation with the conviction that leaders are accountable to teach faithfully, serve the flock, and model the character they proclaim.</w:t>
      </w:r>
    </w:p>
    <w:p>
      <w:r>
        <w:t>As the sermon progresses, it addresses the condition of the church, the authority of Scripture, the prophetic sign.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Romans 1; Matthew 10; Proverbs 28; Matthew 28; Bible Prophecy; Spiritual Leadership; Faith; The Condition Of The Church; The Authority Of Scripture; The Prophetic Sign; Holiness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Romans 1 and Baptism</w:t>
      </w:r>
    </w:p>
    <w:p>
      <w:r>
        <w:rPr>
          <w:b/>
          <w:color w:val="2E74B5"/>
        </w:rPr>
        <w:t>0:00-10:25</w:t>
      </w:r>
    </w:p>
    <w:p>
      <w:r>
        <w:t>Odle focuses on the prophetic sign while working through Romans 1, Matthew 10. The message argues that the biblical narrative is used to show God’s power to recover what has been lost and restore usefulness. It connects this with the conviction that baptism is examined as an act of obedience and identification with Christ’s death, burial, and resurrection. The practical emphasis is to remain watchful, grounded in Scripture, and ready to obey Christ.</w:t>
      </w:r>
    </w:p>
    <w:p>
      <w:pPr>
        <w:pStyle w:val="Heading2"/>
      </w:pPr>
      <w:r>
        <w:t>2. Matthew 10 and Spiritual Leadership</w:t>
      </w:r>
    </w:p>
    <w:p>
      <w:r>
        <w:rPr>
          <w:b/>
          <w:color w:val="2E74B5"/>
        </w:rPr>
        <w:t>10:25-20:50</w:t>
      </w:r>
    </w:p>
    <w:p>
      <w:r>
        <w:t>Odle focuses on Bible prophecy while working through Matthew 10.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3. Proverbs 28 and Spiritual Leadership</w:t>
      </w:r>
    </w:p>
    <w:p>
      <w:r>
        <w:rPr>
          <w:b/>
          <w:color w:val="2E74B5"/>
        </w:rPr>
        <w:t>20:50-31:15</w:t>
      </w:r>
    </w:p>
    <w:p>
      <w:r>
        <w:t>Odle focuses on Bible prophecy while working through Proverbs 28.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4. Matthew 28 and God’s Commandments</w:t>
      </w:r>
    </w:p>
    <w:p>
      <w:r>
        <w:rPr>
          <w:b/>
          <w:color w:val="2E74B5"/>
        </w:rPr>
        <w:t>31:15-41:40</w:t>
      </w:r>
    </w:p>
    <w:p>
      <w:r>
        <w:t>Odle focuses on biblical love while working through Matthew 28, Matthew 23. The message argues that biblical love is demonstrated through truth, patience, sacrifice, and conduct toward others. It connects this with the conviction that God’s commands reveal His standard and direct the obedient life. The practical emphasis is to practice patient, truthful love in relationships and conflict.</w:t>
      </w:r>
    </w:p>
    <w:p>
      <w:pPr>
        <w:pStyle w:val="Heading2"/>
      </w:pPr>
      <w:r>
        <w:t>5. Ephesians 5 and Idolatry And Occult Influence</w:t>
      </w:r>
    </w:p>
    <w:p>
      <w:r>
        <w:rPr>
          <w:b/>
          <w:color w:val="2E74B5"/>
        </w:rPr>
        <w:t>41:40-52:05</w:t>
      </w:r>
    </w:p>
    <w:p>
      <w:r>
        <w:t>Odle focuses on faith while working through Ephesians 5. The message argues that biblical faith trusts God’s character and acts upon His promises. It connects this with the conviction that objects and practices tied to idolatry are treated as spiritual compromises that should be renounced. The practical emphasis is to trust God’s promises and refuse decisions governed by fear.</w:t>
      </w:r>
    </w:p>
    <w:p>
      <w:pPr>
        <w:pStyle w:val="Heading2"/>
      </w:pPr>
      <w:r>
        <w:t>6. Faith and The Authority Of Scripture</w:t>
      </w:r>
    </w:p>
    <w:p>
      <w:r>
        <w:rPr>
          <w:b/>
          <w:color w:val="2E74B5"/>
        </w:rPr>
        <w:t>52:05-1:02:30</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pPr>
      <w:r>
        <w:t>7. Matthew 10 and Bible Prophecy</w:t>
      </w:r>
    </w:p>
    <w:p>
      <w:r>
        <w:rPr>
          <w:b/>
          <w:color w:val="2E74B5"/>
        </w:rPr>
        <w:t>1:02:30-1:12:55</w:t>
      </w:r>
    </w:p>
    <w:p>
      <w:r>
        <w:t>Odle focuses on the authority of Scripture while working through Matthew 10, Proverbs 29.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pPr>
      <w:r>
        <w:t>8. Ezekiel 13 and Spiritual Leadership</w:t>
      </w:r>
    </w:p>
    <w:p>
      <w:r>
        <w:rPr>
          <w:b/>
          <w:color w:val="2E74B5"/>
        </w:rPr>
        <w:t>1:12:55-1:23:13</w:t>
      </w:r>
    </w:p>
    <w:p>
      <w:r>
        <w:t>Odle focuses on Bible prophecy while working through Ezekiel 13, John 16.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w:t>
            </w:r>
          </w:p>
        </w:tc>
        <w:tc>
          <w:tcPr>
            <w:tcW w:type="dxa" w:w="4896"/>
          </w:tcPr>
          <w:p>
            <w:r>
              <w:t>Used in the sermon’s teaching on Bible prophecy and its practical application.</w:t>
            </w:r>
          </w:p>
        </w:tc>
      </w:tr>
      <w:tr>
        <w:tc>
          <w:tcPr>
            <w:tcW w:type="dxa" w:w="4896"/>
          </w:tcPr>
          <w:p>
            <w:r>
              <w:t>Matthew 10</w:t>
            </w:r>
          </w:p>
        </w:tc>
        <w:tc>
          <w:tcPr>
            <w:tcW w:type="dxa" w:w="4896"/>
          </w:tcPr>
          <w:p>
            <w:r>
              <w:t>Used in the sermon’s teaching on Bible prophecy and its practical application.</w:t>
            </w:r>
          </w:p>
        </w:tc>
      </w:tr>
      <w:tr>
        <w:tc>
          <w:tcPr>
            <w:tcW w:type="dxa" w:w="4896"/>
          </w:tcPr>
          <w:p>
            <w:r>
              <w:t>Proverbs 28</w:t>
            </w:r>
          </w:p>
        </w:tc>
        <w:tc>
          <w:tcPr>
            <w:tcW w:type="dxa" w:w="4896"/>
          </w:tcPr>
          <w:p>
            <w:r>
              <w:t>Used in the sermon’s teaching on Bible prophecy and its practical application.</w:t>
            </w:r>
          </w:p>
        </w:tc>
      </w:tr>
      <w:tr>
        <w:tc>
          <w:tcPr>
            <w:tcW w:type="dxa" w:w="4896"/>
          </w:tcPr>
          <w:p>
            <w:r>
              <w:t>Matthew 28</w:t>
            </w:r>
          </w:p>
        </w:tc>
        <w:tc>
          <w:tcPr>
            <w:tcW w:type="dxa" w:w="4896"/>
          </w:tcPr>
          <w:p>
            <w:r>
              <w:t>Used in the sermon’s teaching on Bible prophecy and its practical application.</w:t>
            </w:r>
          </w:p>
        </w:tc>
      </w:tr>
      <w:tr>
        <w:tc>
          <w:tcPr>
            <w:tcW w:type="dxa" w:w="4896"/>
          </w:tcPr>
          <w:p>
            <w:r>
              <w:t>Matthew 23</w:t>
            </w:r>
          </w:p>
        </w:tc>
        <w:tc>
          <w:tcPr>
            <w:tcW w:type="dxa" w:w="4896"/>
          </w:tcPr>
          <w:p>
            <w:r>
              <w:t>Used in the sermon’s teaching on Bible prophecy and its practical application.</w:t>
            </w:r>
          </w:p>
        </w:tc>
      </w:tr>
      <w:tr>
        <w:tc>
          <w:tcPr>
            <w:tcW w:type="dxa" w:w="4896"/>
          </w:tcPr>
          <w:p>
            <w:r>
              <w:t>Ephesians 5</w:t>
            </w:r>
          </w:p>
        </w:tc>
        <w:tc>
          <w:tcPr>
            <w:tcW w:type="dxa" w:w="4896"/>
          </w:tcPr>
          <w:p>
            <w:r>
              <w:t>Used in the sermon’s teaching on Bible prophecy and its practical application.</w:t>
            </w:r>
          </w:p>
        </w:tc>
      </w:tr>
      <w:tr>
        <w:tc>
          <w:tcPr>
            <w:tcW w:type="dxa" w:w="4896"/>
          </w:tcPr>
          <w:p>
            <w:r>
              <w:t>Proverbs 29</w:t>
            </w:r>
          </w:p>
        </w:tc>
        <w:tc>
          <w:tcPr>
            <w:tcW w:type="dxa" w:w="4896"/>
          </w:tcPr>
          <w:p>
            <w:r>
              <w:t>Used in the sermon’s teaching on Bible prophecy and its practical application.</w:t>
            </w:r>
          </w:p>
        </w:tc>
      </w:tr>
      <w:tr>
        <w:tc>
          <w:tcPr>
            <w:tcW w:type="dxa" w:w="4896"/>
          </w:tcPr>
          <w:p>
            <w:r>
              <w:t>Ezekiel 13</w:t>
            </w:r>
          </w:p>
        </w:tc>
        <w:tc>
          <w:tcPr>
            <w:tcW w:type="dxa" w:w="4896"/>
          </w:tcPr>
          <w:p>
            <w:r>
              <w:t>Used in the sermon’s teaching on Bible prophecy and its practical application.</w:t>
            </w:r>
          </w:p>
        </w:tc>
      </w:tr>
      <w:tr>
        <w:tc>
          <w:tcPr>
            <w:tcW w:type="dxa" w:w="4896"/>
          </w:tcPr>
          <w:p>
            <w:r>
              <w:t>John 16</w:t>
            </w:r>
          </w:p>
        </w:tc>
        <w:tc>
          <w:tcPr>
            <w:tcW w:type="dxa" w:w="4896"/>
          </w:tcPr>
          <w:p>
            <w:r>
              <w:t>Used in the sermon’s teaching on Bible prophecy and its practical application.</w:t>
            </w:r>
          </w:p>
        </w:tc>
      </w:tr>
    </w:tbl>
    <w:p>
      <w:r>
        <w:br w:type="page"/>
      </w:r>
    </w:p>
    <w:p>
      <w:pPr>
        <w:pStyle w:val="Heading1"/>
      </w:pPr>
      <w:r>
        <w:t>Sources and Editorial Notes</w:t>
      </w:r>
    </w:p>
    <w:p>
      <w:r>
        <w:t>Primary video: https://www.youtube.com/watch?v=wuI6hjboUC4</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