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Satanic Year</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1:12:52</w:t>
            </w:r>
          </w:p>
        </w:tc>
      </w:tr>
      <w:tr>
        <w:tc>
          <w:tcPr>
            <w:tcW w:type="dxa" w:w="2016"/>
            <w:vAlign w:val="center"/>
          </w:tcPr>
          <w:p>
            <w:r>
              <w:rPr>
                <w:b/>
              </w:rPr>
              <w:t>Source</w:t>
            </w:r>
          </w:p>
        </w:tc>
        <w:tc>
          <w:tcPr>
            <w:tcW w:type="dxa" w:w="7920"/>
            <w:vAlign w:val="center"/>
          </w:tcPr>
          <w:p>
            <w:r>
              <w:t>https://www.youtube.com/watch?v=HsG16-LRp48</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0:00-9:06</w:t>
      </w:r>
    </w:p>
    <w:p>
      <w:pPr>
        <w:keepNext/>
      </w:pPr>
      <w:r>
        <w:rPr>
          <w:b/>
          <w:color w:val="2E74B5"/>
        </w:rPr>
        <w:t>Pastor Dean Odle</w:t>
      </w:r>
    </w:p>
    <w:p>
      <w:pPr>
        <w:keepLines/>
      </w:pPr>
      <w:r>
        <w:t>Odle focuses on Satanic opposition while working through John 9, John 12. The message argues that Satan’s work is described through deception, accusation, temptation, and opposition to God’s purposes. It connects this with the conviction that Jerusalem is presented as a biblical and prophetic focal point in God’s purposes. The practical emphasis is to test the teaching by Scripture and apply it through faithful obedience.</w:t>
      </w:r>
    </w:p>
    <w:p>
      <w:pPr>
        <w:pStyle w:val="Heading2"/>
        <w:keepNext/>
      </w:pPr>
      <w:r>
        <w:t>2. 9:06-18:13</w:t>
      </w:r>
    </w:p>
    <w:p>
      <w:pPr>
        <w:keepNext/>
      </w:pPr>
      <w:r>
        <w:rPr>
          <w:b/>
          <w:color w:val="2E74B5"/>
        </w:rPr>
        <w:t>Pastor Dean Odle</w:t>
      </w:r>
    </w:p>
    <w:p>
      <w:pPr>
        <w:keepLines/>
      </w:pPr>
      <w:r>
        <w:t>Odle focuses on spiritual deception while working through Isaiah 14. The message argues that believers are warned to test persuasive claims and religious appearances by Scripture. It connects this with the conviction that Satan’s work is described through deception, accusation, temptation, and opposition to God’s purposes. The practical emphasis is to trust God’s promises and refuse decisions governed by fear.</w:t>
      </w:r>
    </w:p>
    <w:p>
      <w:pPr>
        <w:pStyle w:val="Heading2"/>
        <w:keepNext/>
      </w:pPr>
      <w:r>
        <w:t>3. 18:13-27:20</w:t>
      </w:r>
    </w:p>
    <w:p>
      <w:pPr>
        <w:keepNext/>
      </w:pPr>
      <w:r>
        <w:rPr>
          <w:b/>
          <w:color w:val="2E74B5"/>
        </w:rPr>
        <w:t>Pastor Dean Odle</w:t>
      </w:r>
    </w:p>
    <w:p>
      <w:pPr>
        <w:keepLines/>
      </w:pPr>
      <w:r>
        <w:t>Odle focuses on Bible prophecy while working through Deuteronomy 13, Deuteronomy 18. The message argues that prophecy should produce discernment, readiness, and faithfulness rather than speculation alone. It connects this with the conviction that Satan’s work is described through deception, accusation, temptation, and opposition to God’s purposes. The practical emphasis is to remain watchful, grounded in Scripture, and ready to obey Christ.</w:t>
      </w:r>
    </w:p>
    <w:p>
      <w:pPr>
        <w:pStyle w:val="Heading2"/>
        <w:keepNext/>
      </w:pPr>
      <w:r>
        <w:t>4. 27:20-36:26</w:t>
      </w:r>
    </w:p>
    <w:p>
      <w:pPr>
        <w:keepNext/>
      </w:pPr>
      <w:r>
        <w:rPr>
          <w:b/>
          <w:color w:val="2E74B5"/>
        </w:rPr>
        <w:t>Pastor Dean Odle</w:t>
      </w:r>
    </w:p>
    <w:p>
      <w:pPr>
        <w:keepLines/>
      </w:pPr>
      <w:r>
        <w:t>Odle focuses on Satanic opposition while working through Revelation 12, Revelation 9. The message argues that Satan’s work is described through deception, accusation, temptation, and opposition to God’s purposes. It connects this with the conviction that the promise of eternal life directs believers toward hope, holiness, and perseverance in Christ. The practical emphasis is to remain watchful, grounded in Scripture, and ready to obey Christ.</w:t>
      </w:r>
    </w:p>
    <w:p>
      <w:pPr>
        <w:pStyle w:val="Heading2"/>
        <w:keepNext/>
      </w:pPr>
      <w:r>
        <w:t>5. 36:26-45:32</w:t>
      </w:r>
    </w:p>
    <w:p>
      <w:pPr>
        <w:keepNext/>
      </w:pPr>
      <w:r>
        <w:rPr>
          <w:b/>
          <w:color w:val="2E74B5"/>
        </w:rPr>
        <w:t>Pastor Dean Odle</w:t>
      </w:r>
    </w:p>
    <w:p>
      <w:pPr>
        <w:keepLines/>
      </w:pPr>
      <w:r>
        <w:t>Odle focuses on Bible prophecy while working through Genesis 1, Luke 21, Romans 1. The message argues that prophecy should produce discernment, readiness, and faithfulness rather than speculation alone. It connects this with the conviction that the sermon relates Israel’s place in Scripture to the unfolding prophetic picture. The practical emphasis is to remain watchful, grounded in Scripture, and ready to obey Christ.</w:t>
      </w:r>
    </w:p>
    <w:p>
      <w:pPr>
        <w:pStyle w:val="Heading2"/>
        <w:keepNext/>
      </w:pPr>
      <w:r>
        <w:t>6. 45:32-54:39</w:t>
      </w:r>
    </w:p>
    <w:p>
      <w:pPr>
        <w:keepNext/>
      </w:pPr>
      <w:r>
        <w:rPr>
          <w:b/>
          <w:color w:val="2E74B5"/>
        </w:rPr>
        <w:t>Pastor Dean Odle</w:t>
      </w:r>
    </w:p>
    <w:p>
      <w:pPr>
        <w:keepLines/>
      </w:pPr>
      <w:r>
        <w:t>Odle focuses on Islamic origins and claims. The message argues that Islamic claims and biblical revelation present incompatible accounts of God and salvation.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7. 54:39-1:03:46</w:t>
      </w:r>
    </w:p>
    <w:p>
      <w:pPr>
        <w:keepNext/>
      </w:pPr>
      <w:r>
        <w:rPr>
          <w:b/>
          <w:color w:val="2E74B5"/>
        </w:rPr>
        <w:t>Pastor Dean Odle</w:t>
      </w:r>
    </w:p>
    <w:p>
      <w:pPr>
        <w:keepLines/>
      </w:pPr>
      <w:r>
        <w:t>Odle focuses on Bible prophecy. The message argues that prophecy should produce discernment, readiness, and faithfulness rather than speculation alone. It connects this with the conviction that Islamic claims and biblical revelation present incompatible accounts of God and salvation. The practical emphasis is to remain watchful, grounded in Scripture, and ready to obey Christ.</w:t>
      </w:r>
    </w:p>
    <w:p>
      <w:pPr>
        <w:pStyle w:val="Heading2"/>
        <w:keepNext/>
      </w:pPr>
      <w:r>
        <w:t>8. 1:03:46-1:12:52</w:t>
      </w:r>
    </w:p>
    <w:p>
      <w:pPr>
        <w:keepNext/>
      </w:pPr>
      <w:r>
        <w:rPr>
          <w:b/>
          <w:color w:val="2E74B5"/>
        </w:rPr>
        <w:t>Pastor Dean Odle</w:t>
      </w:r>
    </w:p>
    <w:p>
      <w:pPr>
        <w:keepLines/>
      </w:pPr>
      <w:r>
        <w:t>Odle focuses on Israel in prophecy while working through Psalm 141. The message argues that the sermon relates Israel’s place in Scripture to the unfolding prophetic picture. It connects this with the conviction that thankfulness remembers God’s mercy and guards the heart from entitlement and complaint.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