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Dumb Dogs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2025-06-01 (video upload date)</w:t>
            </w:r>
          </w:p>
        </w:tc>
      </w:tr>
      <w:tr>
        <w:tc>
          <w:tcPr>
            <w:tcW w:type="dxa" w:w="2016"/>
            <w:vAlign w:val="center"/>
          </w:tcPr>
          <w:p>
            <w:r>
              <w:rPr>
                <w:b/>
              </w:rPr>
              <w:t>Duration</w:t>
            </w:r>
          </w:p>
        </w:tc>
        <w:tc>
          <w:tcPr>
            <w:tcW w:type="dxa" w:w="7920"/>
            <w:vAlign w:val="center"/>
          </w:tcPr>
          <w:p>
            <w:r>
              <w:t>1:38:23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https://www.youtube.com/watch?v=oVYdSTlzjc8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“Dumb Dogs,” Pastor Dean Odle presents a Scripture-centered message about holiness, the condition of the church, Bible prophecy. Drawing especially from John 10:27, Romans 8, John 16, Proverbs 11, the teaching emphasizes that God calls believers to reject compromise and pursue practical holiness. Odle connects that foundation with the conviction that the church is called to recover biblical faithfulness instead of accommodating compromise.</w:t>
      </w:r>
    </w:p>
    <w:p>
      <w:r>
        <w:t>As the sermon progresses, it addresses prayer, spiritual leadership, the Holy Spirit.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2025-06-01;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Holy Spirit; Scripture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John 10:27; Romans 8; John 16; Proverbs 11; Holiness; The Condition Of The Church; Bible Prophecy; Prayer; Spiritual Leadership; The Holy Spirit; The Condition Of The Heart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Love and Gratitude</w:t>
      </w:r>
    </w:p>
    <w:p>
      <w:r>
        <w:rPr>
          <w:b/>
          <w:color w:val="2E74B5"/>
        </w:rPr>
        <w:t>0:00-9:51</w:t>
      </w:r>
    </w:p>
    <w:p>
      <w:r>
        <w:t>Odle focuses on biblical love. The message argues that biblical love is demonstrated through truth, patience, sacrifice, and conduct toward others. It connects this with the conviction that thankfulness remembers God’s mercy and guards the heart from entitlement and complaint. The practical emphasis is to seek God in prayer and act on what Scripture requires.</w:t>
      </w:r>
    </w:p>
    <w:p>
      <w:pPr>
        <w:pStyle w:val="Heading2"/>
      </w:pPr>
      <w:r>
        <w:t>2. John 10:27 and The Holy Spirit</w:t>
      </w:r>
    </w:p>
    <w:p>
      <w:r>
        <w:rPr>
          <w:b/>
          <w:color w:val="2E74B5"/>
        </w:rPr>
        <w:t>9:51-19:42</w:t>
      </w:r>
    </w:p>
    <w:p>
      <w:r>
        <w:t>Odle focuses on holiness while working through John 10:27, Romans 8, John 16. The message argues that God calls believers to reject compromise and pursue practical holiness. It connects this with the conviction that the Holy Spirit leads, equips, corrects, and strengthens believers who yield to God. The practical emphasis is to seek God in prayer and act on what Scripture requires.</w:t>
      </w:r>
    </w:p>
    <w:p>
      <w:pPr>
        <w:pStyle w:val="Heading2"/>
      </w:pPr>
      <w:r>
        <w:t>3. Proverbs 11 and Demons And Deliverance</w:t>
      </w:r>
    </w:p>
    <w:p>
      <w:r>
        <w:rPr>
          <w:b/>
          <w:color w:val="2E74B5"/>
        </w:rPr>
        <w:t>19:42-29:33</w:t>
      </w:r>
    </w:p>
    <w:p>
      <w:r>
        <w:t>Odle focuses on Bible prophecy while working through Proverbs 11, Proverbs 24, Psalm 1. The message argues that prophecy should produce discernment, readiness, and faithfulness rather than speculation alone. It connects this with the conviction that demonic influence must be answered through Christ’s authority and the freedom He provides. The practical emphasis is to remain watchful, grounded in Scripture, and ready to obey Christ.</w:t>
      </w:r>
    </w:p>
    <w:p>
      <w:pPr>
        <w:pStyle w:val="Heading2"/>
      </w:pPr>
      <w:r>
        <w:t>4. Ezekiel 14 and The Condition Of The Heart</w:t>
      </w:r>
    </w:p>
    <w:p>
      <w:r>
        <w:rPr>
          <w:b/>
          <w:color w:val="2E74B5"/>
        </w:rPr>
        <w:t>29:33-39:24</w:t>
      </w:r>
    </w:p>
    <w:p>
      <w:r>
        <w:t>Odle focuses on idolatry and occult influence while working through Ezekiel 14. The message argues that objects and practices tied to idolatry are treated as spiritual compromises that should be renounced. It connects this with the conviction that the inner life must be healed, guarded, and brought under the truth of God’s word. The practical emphasis is to remain watchful, grounded in Scripture, and ready to obey Christ.</w:t>
      </w:r>
    </w:p>
    <w:p>
      <w:pPr>
        <w:pStyle w:val="Heading2"/>
      </w:pPr>
      <w:r>
        <w:t>5. Psalm 32 and Biblical Love</w:t>
      </w:r>
    </w:p>
    <w:p>
      <w:r>
        <w:rPr>
          <w:b/>
          <w:color w:val="2E74B5"/>
        </w:rPr>
        <w:t>39:24-49:15</w:t>
      </w:r>
    </w:p>
    <w:p>
      <w:r>
        <w:t>Odle focuses on Bible prophecy while working through Psalm 32. The message argues that prophecy should produce discernment, readiness, and faithfulness rather than speculation alone. It connects this with the conviction that biblical love is demonstrated through truth, patience, sacrifice, and conduct toward others. The practical emphasis is to remain watchful, grounded in Scripture, and ready to obey Christ.</w:t>
      </w:r>
    </w:p>
    <w:p>
      <w:pPr>
        <w:pStyle w:val="Heading2"/>
      </w:pPr>
      <w:r>
        <w:t>6. Isaiah 56 and Spiritual Leadership</w:t>
      </w:r>
    </w:p>
    <w:p>
      <w:r>
        <w:rPr>
          <w:b/>
          <w:color w:val="2E74B5"/>
        </w:rPr>
        <w:t>49:15-59:06</w:t>
      </w:r>
    </w:p>
    <w:p>
      <w:r>
        <w:t>Odle focuses on Bible prophecy while working through Isaiah 56.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7. Revelation 13 and A Biblical Foundation</w:t>
      </w:r>
    </w:p>
    <w:p>
      <w:r>
        <w:rPr>
          <w:b/>
          <w:color w:val="2E74B5"/>
        </w:rPr>
        <w:t>59:06-1:08:57</w:t>
      </w:r>
    </w:p>
    <w:p>
      <w:r>
        <w:t>Odle focuses on the condition of the church while working through Revelation 13. The message argues that the church is called to recover biblical faithfulness instead of accommodating compromise. It connects this with the conviction that a durable Christian life must be built on Christ, sound doctrine, and obedient response to Scripture. The practical emphasis is to test the teaching by Scripture and apply it through faithful obedience.</w:t>
      </w:r>
    </w:p>
    <w:p>
      <w:pPr>
        <w:pStyle w:val="Heading2"/>
      </w:pPr>
      <w:r>
        <w:t>8. The Condition Of The Heart and Spiritual Leadership</w:t>
      </w:r>
    </w:p>
    <w:p>
      <w:r>
        <w:rPr>
          <w:b/>
          <w:color w:val="2E74B5"/>
        </w:rPr>
        <w:t>1:08:57-1:18:48</w:t>
      </w:r>
    </w:p>
    <w:p>
      <w:r>
        <w:t>Odle focuses on the condition of the heart. The message argues that the inner life must be healed, guarded, and brought under the truth of God’s word. It connects this with the conviction that leaders are accountable to teach faithfully, serve the flock, and model the character they proclaim. The practical emphasis is to practice patient, truthful love in relationships and conflict.</w:t>
      </w:r>
    </w:p>
    <w:p>
      <w:pPr>
        <w:pStyle w:val="Heading2"/>
      </w:pPr>
      <w:r>
        <w:t>9. Spiritual Leadership and Prayer</w:t>
      </w:r>
    </w:p>
    <w:p>
      <w:r>
        <w:rPr>
          <w:b/>
          <w:color w:val="2E74B5"/>
        </w:rPr>
        <w:t>1:18:48-1:28:39</w:t>
      </w:r>
    </w:p>
    <w:p>
      <w:r>
        <w:t>Odle focuses on spiritual leadership. The message argues that leaders are accountable to teach faithfully, serve the flock, and model the character they proclaim. It connects this with the conviction that prayer expresses dependence on God and prepares believers to hear and obey Him. The practical emphasis is to seek God in prayer and act on what Scripture requires.</w:t>
      </w:r>
    </w:p>
    <w:p>
      <w:pPr>
        <w:pStyle w:val="Heading2"/>
      </w:pPr>
      <w:r>
        <w:t>10. Holiness and Angelic Messengers</w:t>
      </w:r>
    </w:p>
    <w:p>
      <w:r>
        <w:rPr>
          <w:b/>
          <w:color w:val="2E74B5"/>
        </w:rPr>
        <w:t>1:28:39-1:38:23</w:t>
      </w:r>
    </w:p>
    <w:p>
      <w:r>
        <w:t>Odle focuses on holiness. The message argues that God calls believers to reject compromise and pursue practical holiness. It connects this with the conviction that angelic activity is examined within the biblical passage and its prophetic sequence.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10:27</w:t>
            </w:r>
          </w:p>
        </w:tc>
        <w:tc>
          <w:tcPr>
            <w:tcW w:type="dxa" w:w="4896"/>
          </w:tcPr>
          <w:p>
            <w:r>
              <w:t>Used in the sermon’s teaching on holiness and its practical application.</w:t>
            </w:r>
          </w:p>
        </w:tc>
      </w:tr>
      <w:tr>
        <w:tc>
          <w:tcPr>
            <w:tcW w:type="dxa" w:w="4896"/>
          </w:tcPr>
          <w:p>
            <w:r>
              <w:t>Romans 8</w:t>
            </w:r>
          </w:p>
        </w:tc>
        <w:tc>
          <w:tcPr>
            <w:tcW w:type="dxa" w:w="4896"/>
          </w:tcPr>
          <w:p>
            <w:r>
              <w:t>Used in the sermon’s teaching on holiness and its practical application.</w:t>
            </w:r>
          </w:p>
        </w:tc>
      </w:tr>
      <w:tr>
        <w:tc>
          <w:tcPr>
            <w:tcW w:type="dxa" w:w="4896"/>
          </w:tcPr>
          <w:p>
            <w:r>
              <w:t>John 16</w:t>
            </w:r>
          </w:p>
        </w:tc>
        <w:tc>
          <w:tcPr>
            <w:tcW w:type="dxa" w:w="4896"/>
          </w:tcPr>
          <w:p>
            <w:r>
              <w:t>Used in the sermon’s teaching on holiness and its practical application.</w:t>
            </w:r>
          </w:p>
        </w:tc>
      </w:tr>
      <w:tr>
        <w:tc>
          <w:tcPr>
            <w:tcW w:type="dxa" w:w="4896"/>
          </w:tcPr>
          <w:p>
            <w:r>
              <w:t>Proverbs 11</w:t>
            </w:r>
          </w:p>
        </w:tc>
        <w:tc>
          <w:tcPr>
            <w:tcW w:type="dxa" w:w="4896"/>
          </w:tcPr>
          <w:p>
            <w:r>
              <w:t>Used in the sermon’s teaching on holiness and its practical application.</w:t>
            </w:r>
          </w:p>
        </w:tc>
      </w:tr>
      <w:tr>
        <w:tc>
          <w:tcPr>
            <w:tcW w:type="dxa" w:w="4896"/>
          </w:tcPr>
          <w:p>
            <w:r>
              <w:t>Proverbs 24</w:t>
            </w:r>
          </w:p>
        </w:tc>
        <w:tc>
          <w:tcPr>
            <w:tcW w:type="dxa" w:w="4896"/>
          </w:tcPr>
          <w:p>
            <w:r>
              <w:t>Used in the sermon’s teaching on holiness and its practical application.</w:t>
            </w:r>
          </w:p>
        </w:tc>
      </w:tr>
      <w:tr>
        <w:tc>
          <w:tcPr>
            <w:tcW w:type="dxa" w:w="4896"/>
          </w:tcPr>
          <w:p>
            <w:r>
              <w:t>Psalm 1</w:t>
            </w:r>
          </w:p>
        </w:tc>
        <w:tc>
          <w:tcPr>
            <w:tcW w:type="dxa" w:w="4896"/>
          </w:tcPr>
          <w:p>
            <w:r>
              <w:t>Used in the sermon’s teaching on holiness and its practical application.</w:t>
            </w:r>
          </w:p>
        </w:tc>
      </w:tr>
      <w:tr>
        <w:tc>
          <w:tcPr>
            <w:tcW w:type="dxa" w:w="4896"/>
          </w:tcPr>
          <w:p>
            <w:r>
              <w:t>Ezekiel 14</w:t>
            </w:r>
          </w:p>
        </w:tc>
        <w:tc>
          <w:tcPr>
            <w:tcW w:type="dxa" w:w="4896"/>
          </w:tcPr>
          <w:p>
            <w:r>
              <w:t>Used in the sermon’s teaching on holiness and its practical application.</w:t>
            </w:r>
          </w:p>
        </w:tc>
      </w:tr>
      <w:tr>
        <w:tc>
          <w:tcPr>
            <w:tcW w:type="dxa" w:w="4896"/>
          </w:tcPr>
          <w:p>
            <w:r>
              <w:t>Psalm 32</w:t>
            </w:r>
          </w:p>
        </w:tc>
        <w:tc>
          <w:tcPr>
            <w:tcW w:type="dxa" w:w="4896"/>
          </w:tcPr>
          <w:p>
            <w:r>
              <w:t>Used in the sermon’s teaching on holiness and its practical application.</w:t>
            </w:r>
          </w:p>
        </w:tc>
      </w:tr>
      <w:tr>
        <w:tc>
          <w:tcPr>
            <w:tcW w:type="dxa" w:w="4896"/>
          </w:tcPr>
          <w:p>
            <w:r>
              <w:t>Isaiah 56</w:t>
            </w:r>
          </w:p>
        </w:tc>
        <w:tc>
          <w:tcPr>
            <w:tcW w:type="dxa" w:w="4896"/>
          </w:tcPr>
          <w:p>
            <w:r>
              <w:t>Used in the sermon’s teaching on holiness and its practical application.</w:t>
            </w:r>
          </w:p>
        </w:tc>
      </w:tr>
      <w:tr>
        <w:tc>
          <w:tcPr>
            <w:tcW w:type="dxa" w:w="4896"/>
          </w:tcPr>
          <w:p>
            <w:r>
              <w:t>Revelation 13</w:t>
            </w:r>
          </w:p>
        </w:tc>
        <w:tc>
          <w:tcPr>
            <w:tcW w:type="dxa" w:w="4896"/>
          </w:tcPr>
          <w:p>
            <w:r>
              <w:t>Used in the sermon’s teaching on holiness and its practical application.</w:t>
            </w:r>
          </w:p>
        </w:tc>
      </w:tr>
    </w:tbl>
    <w:p>
      <w:r>
        <w:br w:type="page"/>
      </w:r>
    </w:p>
    <w:p>
      <w:pPr>
        <w:pStyle w:val="Heading1"/>
      </w:pPr>
      <w:r>
        <w:t>Sources and Editorial Notes</w:t>
      </w:r>
    </w:p>
    <w:p>
      <w:r>
        <w:t>Primary video: https://www.youtube.com/watch?v=oVYdSTlzjc8</w:t>
      </w:r>
    </w:p>
    <w:p>
      <w:r>
        <w:t>YouTube lists 2025-06-01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