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160"/>
        <w:jc w:val="center"/>
      </w:pPr>
      <w:r>
        <w:rPr>
          <w:rFonts w:ascii="Calibri" w:hAnsi="Calibri"/>
          <w:b/>
          <w:i w:val="0"/>
          <w:color w:val="A67C2E"/>
          <w:sz w:val="22"/>
        </w:rPr>
        <w:t>WATCHMAN 33</w:t>
      </w:r>
    </w:p>
    <w:p>
      <w:pPr>
        <w:pStyle w:val="Title"/>
        <w:jc w:val="center"/>
      </w:pPr>
      <w:r>
        <w:t>Go Forward</w:t>
      </w:r>
    </w:p>
    <w:p>
      <w:pPr>
        <w:jc w:val="center"/>
      </w:pPr>
      <w:r>
        <w:rPr>
          <w:rFonts w:ascii="Calibri" w:hAnsi="Calibri"/>
          <w:b/>
          <w:i w:val="0"/>
          <w:color w:val="2E5D74"/>
          <w:sz w:val="30"/>
        </w:rPr>
        <w:t>Lightly Edited Transcript</w:t>
      </w:r>
    </w:p>
    <w:p>
      <w:pPr>
        <w:spacing w:before="560"/>
        <w:jc w:val="center"/>
      </w:pPr>
      <w:r>
        <w:rPr>
          <w:rFonts w:ascii="Calibri" w:hAnsi="Calibri"/>
          <w:b/>
          <w:i w:val="0"/>
          <w:color w:val="59666C"/>
          <w:sz w:val="22"/>
        </w:rPr>
        <w:t>Pastor Dean Odle</w:t>
      </w:r>
    </w:p>
    <w:p>
      <w:pPr>
        <w:jc w:val="center"/>
      </w:pPr>
      <w:r>
        <w:rPr>
          <w:rFonts w:ascii="Calibri" w:hAnsi="Calibri"/>
          <w:b w:val="0"/>
          <w:i/>
          <w:color w:val="59666C"/>
          <w:sz w:val="21"/>
        </w:rPr>
        <w:t>Edited for readability while preserving the speaker’s meaning and substantive statements.</w:t>
      </w:r>
    </w:p>
    <w:p>
      <w:r>
        <w:br w:type="page"/>
      </w:r>
    </w:p>
    <w:p>
      <w:pPr>
        <w:pStyle w:val="Heading1"/>
      </w:pPr>
      <w:r>
        <w:t>Transcript Note</w:t>
      </w:r>
    </w:p>
    <w:p>
      <w:r>
        <w:t>Basis: the supplied timestamped transcript. This is a substantially word-for-word, lightly edited transcript. Editing removed timestamp artifacts, immediate stutters, accidental repeated words, isolated filler, and non-substantive music markers; punctuation and paragraphing were normalized. Substantive claims, examples, prayers, controversial statements, and sequence were preserved. The speaker’s statements are not presented as independently verified facts.</w:t>
      </w:r>
    </w:p>
    <w:p>
      <w:pPr>
        <w:spacing w:after="60"/>
      </w:pPr>
      <w:r>
        <w:rPr>
          <w:rFonts w:ascii="Calibri" w:hAnsi="Calibri"/>
          <w:b/>
          <w:i w:val="0"/>
          <w:color w:val="183845"/>
          <w:sz w:val="21"/>
        </w:rPr>
        <w:t xml:space="preserve">Speaker: </w:t>
      </w:r>
      <w:r>
        <w:rPr>
          <w:rFonts w:ascii="Calibri" w:hAnsi="Calibri"/>
          <w:b w:val="0"/>
          <w:i w:val="0"/>
          <w:color w:val="000000"/>
          <w:sz w:val="21"/>
        </w:rPr>
        <w:t>Pastor Dean Odle</w:t>
      </w:r>
    </w:p>
    <w:p>
      <w:pPr>
        <w:spacing w:after="60"/>
      </w:pPr>
      <w:r>
        <w:rPr>
          <w:rFonts w:ascii="Calibri" w:hAnsi="Calibri"/>
          <w:b/>
          <w:i w:val="0"/>
          <w:color w:val="183845"/>
          <w:sz w:val="21"/>
        </w:rPr>
        <w:t xml:space="preserve">Source: </w:t>
      </w:r>
      <w:r>
        <w:rPr>
          <w:rFonts w:ascii="Calibri" w:hAnsi="Calibri"/>
          <w:b w:val="0"/>
          <w:i w:val="0"/>
          <w:color w:val="000000"/>
          <w:sz w:val="21"/>
        </w:rPr>
        <w:t>https://www.youtube.com/watch?v=JFfes61WZ3g</w:t>
      </w:r>
    </w:p>
    <w:p>
      <w:pPr>
        <w:spacing w:after="60"/>
      </w:pPr>
      <w:r>
        <w:rPr>
          <w:rFonts w:ascii="Calibri" w:hAnsi="Calibri"/>
          <w:b/>
          <w:i w:val="0"/>
          <w:color w:val="183845"/>
          <w:sz w:val="21"/>
        </w:rPr>
        <w:t xml:space="preserve">Duration: </w:t>
      </w:r>
      <w:r>
        <w:rPr>
          <w:rFonts w:ascii="Calibri" w:hAnsi="Calibri"/>
          <w:b w:val="0"/>
          <w:i w:val="0"/>
          <w:color w:val="000000"/>
          <w:sz w:val="21"/>
        </w:rPr>
        <w:t>2:00:00</w:t>
      </w:r>
    </w:p>
    <w:p>
      <w:pPr>
        <w:spacing w:after="60"/>
      </w:pPr>
      <w:r>
        <w:rPr>
          <w:rFonts w:ascii="Calibri" w:hAnsi="Calibri"/>
          <w:b/>
          <w:i w:val="0"/>
          <w:color w:val="183845"/>
          <w:sz w:val="21"/>
        </w:rPr>
        <w:t xml:space="preserve">Transcript basis: </w:t>
      </w:r>
      <w:r>
        <w:rPr>
          <w:rFonts w:ascii="Calibri" w:hAnsi="Calibri"/>
          <w:b w:val="0"/>
          <w:i w:val="0"/>
          <w:color w:val="000000"/>
          <w:sz w:val="21"/>
        </w:rPr>
        <w:t>Supplied timestamped transcript, lightly edited for readability.</w:t>
      </w:r>
    </w:p>
    <w:p>
      <w:pPr>
        <w:spacing w:after="60"/>
      </w:pPr>
      <w:r>
        <w:rPr>
          <w:rFonts w:ascii="Calibri" w:hAnsi="Calibri"/>
          <w:b/>
          <w:i w:val="0"/>
          <w:color w:val="183845"/>
          <w:sz w:val="21"/>
        </w:rPr>
        <w:t xml:space="preserve">Scripture translation: </w:t>
      </w:r>
      <w:r>
        <w:rPr>
          <w:rFonts w:ascii="Calibri" w:hAnsi="Calibri"/>
          <w:b w:val="0"/>
          <w:i w:val="0"/>
          <w:color w:val="000000"/>
          <w:sz w:val="21"/>
        </w:rPr>
        <w:t>King James Version (KJV)</w:t>
      </w:r>
    </w:p>
    <w:p>
      <w:pPr>
        <w:pStyle w:val="Heading1"/>
      </w:pPr>
      <w:r>
        <w:t>Lightly Edited Timestamped Transcript</w:t>
      </w:r>
    </w:p>
    <w:p>
      <w:pPr>
        <w:pStyle w:val="Heading2"/>
      </w:pPr>
      <w:r>
        <w:t>00:00-04:00</w:t>
      </w:r>
    </w:p>
    <w:p>
      <w:r>
        <w:rPr>
          <w:rFonts w:ascii="Calibri" w:hAnsi="Calibri"/>
          <w:b/>
          <w:i w:val="0"/>
          <w:color w:val="2E5D74"/>
          <w:sz w:val="21"/>
        </w:rPr>
        <w:t xml:space="preserve">Pastor Dean Odle: </w:t>
      </w:r>
      <w:r>
        <w:rPr>
          <w:rFonts w:ascii="Calibri" w:hAnsi="Calibri"/>
          <w:b w:val="0"/>
          <w:i w:val="0"/>
          <w:color w:val="000000"/>
          <w:sz w:val="21"/>
        </w:rPr>
        <w:t>Dance for the waterbrook.  Sing that part one more time. Just one more time. Holy Spirit, you are welcome here. Come flood this place and fill the sphere. Your glory, God, is what our hearts long for. To be overcome  by your presence, Lord. I don't know about you, but I've needed the Lord this week. Your presence, Lord. We need your presence, Lord. That's where we need to be. That verse right there. Holy Spirit, you are welcome here. Come flood this place and fill the atmosphere. Your glory, God is where what our hearts long for. To be overcome. To be overcome by the Lord. Amen.  Father, we love you so much. Just tell the Lord this morning that you love him because like Pastor Nancy said, it's not about just coming to receive something, but we're here to pour out our worship on him. He's done so much for us and we have so much more that we can give him. So Lord, we just minister to you this morning. Lord, we thank you. We thank you for what you've done, Lord. We thank you for who you are, God. We love you. We love you, Lord. Praise you, Jesus. Thank you, Jesus.  Let's tell him this morning. Father, we love you. We worship and adore you. Glorify thy name in all the earth. Glorify thy name. Glorify thy name. Glorify thy name in all the earth.  Jesus. Jesus. We love you. We worship and adore you. Glorify thy name in all the earth. Glorify thy name. Glorify thy name. name. Glorify thy name in all the earth. Jesus, Jesus,</w:t>
      </w:r>
    </w:p>
    <w:p>
      <w:pPr>
        <w:pStyle w:val="Heading2"/>
      </w:pPr>
      <w:r>
        <w:t>04:00-08:00</w:t>
      </w:r>
    </w:p>
    <w:p>
      <w:r>
        <w:rPr>
          <w:rFonts w:ascii="Calibri" w:hAnsi="Calibri"/>
          <w:b/>
          <w:i w:val="0"/>
          <w:color w:val="2E5D74"/>
          <w:sz w:val="21"/>
        </w:rPr>
        <w:t xml:space="preserve">Pastor Dean Odle: </w:t>
      </w:r>
      <w:r>
        <w:rPr>
          <w:rFonts w:ascii="Calibri" w:hAnsi="Calibri"/>
          <w:b w:val="0"/>
          <w:i w:val="0"/>
          <w:color w:val="000000"/>
          <w:sz w:val="21"/>
        </w:rPr>
        <w:t>we love you. We worship and adore you. Glorify thy name in all the earth.  Glorify thy name. We glorify thy name. Glorify thy name in all the earth. Earth. Jesus, Jesus, we love, we worship and adore you. Glorify thy name in all the earth. We love you, Lord. glorify thy name. Glorify thy name. Glorify thy name in all the earth. Thank you Jesus. Just tell him this morning.  That's another song I could get stuck on. You know, that's what it's all about. That's why we're here is to glorify his name. That's why we're here. That's why the devil hates us. We glorify.  It's a good thing he hates us. Praise God.  Glory thy name. We glorify thy name. Glorified thy name in all the earth.  Jesus.  Thank you Jesus. Thank you Lord. We worship you this morning Lord. We just praise you Lord because you alone are worthy. Thank you Jesus. We just seek your face Lord. Lord, this time in your presence, Lord, we just take our time in your presence. Thank you, Lord.  Lord, we love you Jesus. Lord, the more I seek you,  the more I find you. The more I find you,  the more I love you.</w:t>
      </w:r>
    </w:p>
    <w:p>
      <w:pPr>
        <w:pStyle w:val="Heading2"/>
      </w:pPr>
      <w:r>
        <w:t>08:00-12:00</w:t>
      </w:r>
    </w:p>
    <w:p>
      <w:r>
        <w:rPr>
          <w:rFonts w:ascii="Calibri" w:hAnsi="Calibri"/>
          <w:b/>
          <w:i w:val="0"/>
          <w:color w:val="2E5D74"/>
          <w:sz w:val="21"/>
        </w:rPr>
        <w:t xml:space="preserve">Pastor Dean Odle: </w:t>
      </w:r>
      <w:r>
        <w:rPr>
          <w:rFonts w:ascii="Calibri" w:hAnsi="Calibri"/>
          <w:b w:val="0"/>
          <w:i w:val="0"/>
          <w:color w:val="000000"/>
          <w:sz w:val="21"/>
        </w:rPr>
        <w:t>I want to sit at your feet. Drink from the cup in your hand. Lay back against you and breathe. Feel your heartbeat. Cuz this love is so dear. It's more than I can stand. And I'm melting your peace. So overwhelm me. Lord, you overwhelm me.  The more I seek you, the more I find you. Thank you, Jesus. The more I find you,  the more I love you. And I want to sit at your feet, drink from the cup in your hand, lay back against you, and breathe. Feel your heartbeat. Cuz this love is so deep. is more than I can stand. Now melt in your peace overwhelm me.  Oh Lord, you're overwhelming, Lord. We need more of you. We need you, Lord. We need you. We need you. Come fill our minds and our hearts, Lord. Lord, we need you. Come fill this atmosphere with your presence, Lord. We need you, Lord. Jesus. We need you, Lord. Jesus. Jesus. We love you, Jesus. We love you. We love everything about you. We bless your holy name today. We love you. Thank you, Jesus. Jesus. We love you, Lord. I need you more. More than yesterday. I need you more. More than words can say I need you more than ever before. I need you, Lord. I need you, Lord. Sing that again. I need you more. More than yesterday. I need you more. more than words can say. I need you more than ever before. I need you, Lord. I need you, Lord,  more than the air I breathe. More than the song I sing, more than the next heartbeat, more than anything. And Lord, as time goes by, I will be by your side</w:t>
      </w:r>
    </w:p>
    <w:p>
      <w:pPr>
        <w:pStyle w:val="Heading2"/>
      </w:pPr>
      <w:r>
        <w:t>12:00-16:00</w:t>
      </w:r>
    </w:p>
    <w:p>
      <w:r>
        <w:rPr>
          <w:rFonts w:ascii="Calibri" w:hAnsi="Calibri"/>
          <w:b/>
          <w:i w:val="0"/>
          <w:color w:val="2E5D74"/>
          <w:sz w:val="21"/>
        </w:rPr>
        <w:t xml:space="preserve">Pastor Dean Odle: </w:t>
      </w:r>
      <w:r>
        <w:rPr>
          <w:rFonts w:ascii="Calibri" w:hAnsi="Calibri"/>
          <w:b w:val="0"/>
          <w:i w:val="0"/>
          <w:color w:val="000000"/>
          <w:sz w:val="21"/>
        </w:rPr>
        <w:t>because I never want to go back to my old life. I need you more,  more than yesterday. I need you more, more than words can say. I need you more than ever before. I need you, Lord. I need you, Lord. Lord. Oh, I need you more. I need you more. I need you more. I need you more.  Lord, let's sing that again. I need you more. I need you more. more than yesterday. I need you more,  more than words can say. I need you more than ever before. I need you, Lord. I need you, Lord, more than the air, more than the air I breathe, more than the song I sing, more than the next heartbeat. Need you more than anything. And Lord, as time goes by, I will be by your side because I never want to go back to my old life.  I need you more, more than yesterday. I need you more. more than words can say I need you more  than ever before. I need you Lord. I need you Lord. I need you Lord. I need you Lord. I need you, Lord. I need you. Yes, Lord. Yes, Lord. We need you, Lord. Yes. More than words can say, Lord, we need you, Lord. I need you, Lord. Come on and praise him this. Come on now. Cry out to him. Lord, we need you more. We need more of your presence. We need more of your glory power to come down and fill us. Lord, help us, Lord. Show us what we need to do to step forward, to move forward, to go forward, and to be filled with your Holy Spirit, with fresh oil, fresh anointing. Lord, help us, Lord. Fill us with your presence, Lord. We love you, Lord.</w:t>
      </w:r>
    </w:p>
    <w:p>
      <w:pPr>
        <w:pStyle w:val="Heading2"/>
      </w:pPr>
      <w:r>
        <w:t>16:00-20:00</w:t>
      </w:r>
    </w:p>
    <w:p>
      <w:r>
        <w:rPr>
          <w:rFonts w:ascii="Calibri" w:hAnsi="Calibri"/>
          <w:b/>
          <w:i w:val="0"/>
          <w:color w:val="2E5D74"/>
          <w:sz w:val="21"/>
        </w:rPr>
        <w:t xml:space="preserve">Pastor Dean Odle: </w:t>
      </w:r>
      <w:r>
        <w:rPr>
          <w:rFonts w:ascii="Calibri" w:hAnsi="Calibri"/>
          <w:b w:val="0"/>
          <w:i w:val="0"/>
          <w:color w:val="000000"/>
          <w:sz w:val="21"/>
        </w:rPr>
        <w:t>Thank you, Jesus.  Thank you, Jesus. Let's do that. The more I seek you again. Just keep worshiping him right now. This song really hit me this morning.  Love you, Lord.  The more I seek you, the more I find you. The more I find you, the more I love you. And I want to sit at your feet, drink from a cup in your hand, lay back against you, and breathe. Feel your heartbeat. Cuz this love is so deep. It's more than I can standare. And I'm melting your peace. Overwhelm me. You overwhelm me. We love you, Lord. You overwhelm me. Let's sing that again.  The more I seek you,  the more I find you.  The more I find you, the more I love you. Cuz I want to sit at your feet, drink from the cup in your hand, lay back against you, and breathe. Feel your heartbeat. This love is so deep. It's more than I can stand. I'm melt in your peace. You're overwhelming, Lord. You overwhelm me. There's nothing like your presence, Lord. Lord, I can hardly stand it. Lord, Jesus, it's overwhelm me. You love us overwhelm me. Thank you, Jesus. You love us, Lord.  We trust you. It's overord.  Jesus,  we love you. We love you. We love you, Lord. We love you, Lord. this morning, we love you, Lord. We love you, Lord. We love you. We love you, Lord. You overwhelm me. We need you, Lord. We love you, Lord. We love the Jesus. There's room for you.</w:t>
      </w:r>
    </w:p>
    <w:p>
      <w:pPr>
        <w:pStyle w:val="Heading2"/>
      </w:pPr>
      <w:r>
        <w:t>20:00-24:00</w:t>
      </w:r>
    </w:p>
    <w:p>
      <w:r>
        <w:rPr>
          <w:rFonts w:ascii="Calibri" w:hAnsi="Calibri"/>
          <w:b/>
          <w:i w:val="0"/>
          <w:color w:val="2E5D74"/>
          <w:sz w:val="21"/>
        </w:rPr>
        <w:t xml:space="preserve">Pastor Dean Odle: </w:t>
      </w:r>
      <w:r>
        <w:rPr>
          <w:rFonts w:ascii="Calibri" w:hAnsi="Calibri"/>
          <w:b w:val="0"/>
          <w:i w:val="0"/>
          <w:color w:val="000000"/>
          <w:sz w:val="21"/>
        </w:rPr>
        <w:t>Come on, worship him in spirit and in truth this morning. We love you, Lord. There's room for you, Holy Spirit. We make room for you, Lord. We love you, Lord. We love you, Lord. We love you, Lord. You worthy, Lord. We owe you our time, Lord. You're worthy of praise. We love you, Lord. We love you. So worthy of our time. You're worthy, Lord. So worthy. You're worthy, Jesus. Jesus, you're so worthy. You are so worthy, Lord. Worthy of our everything. Love you Lord.  Oh Lord, you are our everything Lordy. Lord Jesus, forgive us our sins, Lord. Forgive us our trespasses. Forgive us, Lord God. We seek your holiness, Lord God. We love you, Jesus. You're so worthy of our time, Holy Spirit.  You're so worthy of everything. Some of you need to learn what the sacrifice of praise is. It means when you don't feel like it. Yes. When you don't want to. When the devil's on your shoulder or you feel like God has walked away from you, you keep on worshiping him and thanking him and praising him. It's a sacrifice of praise. Amen. The Bible says we should be in the house of the Lord and we should lift up holy hands without wrath or doubting. Lift those hands to the Lord this morning. And I don't care if you don't feel like it. It's an act of worship. Amen. We worship the mighty God, the everlasting father. We worship the prince of peace, the Lord Jesus this morning. Lord, we want to sit at your feet. Lord, we know the more we seek you, the more we find you. Lord and even when you draw back and we go through the dry times, you just wanting us to continue in faith. Yes, Jesus. And you'll meet us there, Lord. You'll meet us in that place where your presence comes down and your peace is overwhelming and your anointing is there. Yes, Lord. And so, Lord, this morning, Fire and Grace Church, we choose to worship you in spirit and truth. So, come on, let's worship the Lord. Amen. We love you, Jesus. You're worthy of praise. Lord, you're so worthy, Lord. Jesus, you're worthy, Lord.  Oh, Lord. We invite you. I love you, Lord. It's on you, Lord. I love you, Lord. Holy Spirit, worthy, Lord. We love you. I love you, Lord. We worship you. We love you, Lord. We worship you. I love you. I love you, Lord. We worship you, Lord. Oh, I love you. I Because this life is not our own. Nothing we have here is our own.</w:t>
      </w:r>
    </w:p>
    <w:p>
      <w:pPr>
        <w:pStyle w:val="Heading2"/>
      </w:pPr>
      <w:r>
        <w:t>24:00-28:00</w:t>
      </w:r>
    </w:p>
    <w:p>
      <w:r>
        <w:rPr>
          <w:rFonts w:ascii="Calibri" w:hAnsi="Calibri"/>
          <w:b/>
          <w:i w:val="0"/>
          <w:color w:val="2E5D74"/>
          <w:sz w:val="21"/>
        </w:rPr>
        <w:t xml:space="preserve">Pastor Dean Odle: </w:t>
      </w:r>
      <w:r>
        <w:rPr>
          <w:rFonts w:ascii="Calibri" w:hAnsi="Calibri"/>
          <w:b w:val="0"/>
          <w:i w:val="0"/>
          <w:color w:val="000000"/>
          <w:sz w:val="21"/>
        </w:rPr>
        <w:t>It's all you anyway. Holy Lord, we worship you our God. You are worthy. Holy Spirit, I can give you  more than I can. Those of you this morning that are baptized in the Holy Spirit with the evidence of speaking in tonesues, you need to worship the Lord in tonesues this morning. Let it come out of your mouth. Even singing in tonesues this morning as Paul said in 1 Corinthians 14. Come on, worship him in spirit and in truth.  Oh my   over.  When the enemy raises up a standard against us, the Lord will come in like a flood and raise up a standard against him. Thank you, Jesus. You're our savior. You're our master. You're our salvation.  Rock of defense. Blessed be your holy name, Lord. We love you. We love you, Lord. You are worthy. You're so worthy. Lord Jesus, we love you, Lord. We worship you. Oh, I love you, Lord. Jesus.  So, the Lord is here. What is it we need? We need his holy presence. But I believe the Lord is saying here today, what is it that we need? I believe he's saying that  Jesus.  We love you. We love you. We cast our love upon you, Lord.  Holy Spirit, we bless your holy name. Thank you, Jesus. Thank you for everything.  You are worthy, Jesus.  You</w:t>
      </w:r>
    </w:p>
    <w:p>
      <w:pPr>
        <w:pStyle w:val="Heading2"/>
      </w:pPr>
      <w:r>
        <w:t>28:00-32:00</w:t>
      </w:r>
    </w:p>
    <w:p>
      <w:r>
        <w:rPr>
          <w:rFonts w:ascii="Calibri" w:hAnsi="Calibri"/>
          <w:b/>
          <w:i w:val="0"/>
          <w:color w:val="2E5D74"/>
          <w:sz w:val="21"/>
        </w:rPr>
        <w:t xml:space="preserve">Pastor Dean Odle: </w:t>
      </w:r>
      <w:r>
        <w:rPr>
          <w:rFonts w:ascii="Calibri" w:hAnsi="Calibri"/>
          <w:b w:val="0"/>
          <w:i w:val="0"/>
          <w:color w:val="000000"/>
          <w:sz w:val="21"/>
        </w:rPr>
        <w:t>so worthy. You're so worthy. You are worthy. Thank you, Jesus. I love you, Lord. Thank you, Jesus. You're inhabiting our praise. You're inhabiting us, Lord. Thank you, Lord Jesus. Love you, Lord.  for  prochech. I am here in the midst of my people. I am here. I love you. I want you to come further with me. Ask what you need. I love you. But there is times coming. It's getting darker and y'all need me more. Yes. You have to come to me. Let's sing this one. More love, more power, more of you in my life.  More love, more power, more of you in my life. More love, more power, more of you in my life. More love, more power, more of you in my life.  more love, more power, more of you in my life. And I will worship you with all of my heart. And I will worship you with all of my mind. And I will worship you with all of my strength. You are my Lord. You are my Lord.  You are my Lord. Let's just tell him, you're my Lord. Yeah. Lord, you're my Lord.</w:t>
      </w:r>
    </w:p>
    <w:p>
      <w:pPr>
        <w:pStyle w:val="Heading2"/>
      </w:pPr>
      <w:r>
        <w:t>32:00-36:00</w:t>
      </w:r>
    </w:p>
    <w:p>
      <w:r>
        <w:rPr>
          <w:rFonts w:ascii="Calibri" w:hAnsi="Calibri"/>
          <w:b/>
          <w:i w:val="0"/>
          <w:color w:val="2E5D74"/>
          <w:sz w:val="21"/>
        </w:rPr>
        <w:t xml:space="preserve">Pastor Dean Odle: </w:t>
      </w:r>
      <w:r>
        <w:rPr>
          <w:rFonts w:ascii="Calibri" w:hAnsi="Calibri"/>
          <w:b w:val="0"/>
          <w:i w:val="0"/>
          <w:color w:val="000000"/>
          <w:sz w:val="21"/>
        </w:rPr>
        <w:t>I love you. Oh, you're my Lord and I need you. Oh, you're my Lord  and I love you, Lord. Sing it again. More love, more power, more of you in my life. We need you more, more love, more power, more of you in my life.  More love, more power, more of you in my life, Jesus. more love, more power, more of you in my life. And I will worship you with all of my heart. And I will worship you with all of my strength. And I will worship you with all of my strength. You are my Lord. You're my Lord. You are my Lord. You are my Lord.  You are my Lord. You are my You are my Yes. Sing that. You are my Lord. Come on, lift him up. Lord. Yes. Jesus. King of kings and lord of lords. You are my Lord. Glory. You are my Lord. You are my Lord. You are my Lord.  You are my Lord.  You are my Lord. You are my Lord. You are my Lord. Thank you. Oh Lord. Lord Jesus. Who says there can't be a revival on Second Street in Opelac, Alabama? Who said it?  Cuz you do what you want. Blessed be your holy name. We love you, Lord Jesus. More love, more power, and more of you in my life. Let's just pray that. Sing it. Pray it while you sing it. More love, more power, more of you in my love, Jesus, more love, more power, more of you in my life and more of you, more love, more of you in my life. In praying that requires a lot. It requires obedience. It requires humility.</w:t>
      </w:r>
    </w:p>
    <w:p>
      <w:pPr>
        <w:pStyle w:val="Heading2"/>
      </w:pPr>
      <w:r>
        <w:t>36:00-40:00</w:t>
      </w:r>
    </w:p>
    <w:p>
      <w:r>
        <w:rPr>
          <w:rFonts w:ascii="Calibri" w:hAnsi="Calibri"/>
          <w:b/>
          <w:i w:val="0"/>
          <w:color w:val="2E5D74"/>
          <w:sz w:val="21"/>
        </w:rPr>
        <w:t xml:space="preserve">Pastor Dean Odle: </w:t>
      </w:r>
      <w:r>
        <w:rPr>
          <w:rFonts w:ascii="Calibri" w:hAnsi="Calibri"/>
          <w:b w:val="0"/>
          <w:i w:val="0"/>
          <w:color w:val="000000"/>
          <w:sz w:val="21"/>
        </w:rPr>
        <w:t>It requires a willingness to let go of everything. Jesus, Lord of everything, time, food. Thank you, Jesus. Jobs, everything. Not saying quit your job, but I'm saying be obedient to what the Lord wants.  Father, we agree tonight, today, tonight, tomorrow, and the rest of the evening. And we want your kingdom to come, your will to be done in our lives, Lord on earth as it is in heaven. Your will, God, not our will, not our plans, not our desires, Lord, but yours.  Help us, Lord. Help us get a revelation of what it means to draw near to you so that you can draw near to us. You said, Father, you are seeking people to worship you in spirit and in truth. People who will obey you, people who will hunger and thirst for you, people who will love you from the heart.  Lord, help us be the remnant, Lord, part of that remnant that will not turn around. We will not draw back. We will not look back. No matter how much the world falls apart or how difficult it becomes on Christians, we will not draw back from you, Lord. Mind's made up. They can't kill a dead man. And we are to die to ourselves, to deny ourselves and follow him. And that's it. So Lord, we're going to follow you with all of our heart, soul, mind, and strength. And you will give us the grace to do it. You will give us more love and more power, more of you in our lives. You will do that. And that song this morning, Lord, is a prayer to you to do just that. And I ask you, Lord, to anoint me and help me, Holy Spirit, preach this message you've given me this morning. And I pray this all in Jesus name. Amen. And amen. Hallelujah. You may be seated this morning. It is good to worship the Lord. Amen. Well, I hope you have your Bibles this morning. A real one. Those are nice. You know, the phone might not work here before long for you since you're a Christian. Oh my. Um, go ahead and take your Bibles out and let's turn to Exodus chapter 14. And I have entitled this today, go forward. Now, this is a little bit different. I'm going to tell you right now because this is a prophetic word, I believe, for our church and those who watch and listen out there. This is a prophetic word. It's for some of you, it's going to be very personal and very specific. Um, somebody say go forward. Uh, we might get to Lot's wife, but we remember what she did. What the Lord tell them to do. Don't look back. Right?</w:t>
      </w:r>
    </w:p>
    <w:p>
      <w:pPr>
        <w:pStyle w:val="Heading2"/>
      </w:pPr>
      <w:r>
        <w:t>40:00-44:00</w:t>
      </w:r>
    </w:p>
    <w:p>
      <w:r>
        <w:rPr>
          <w:rFonts w:ascii="Calibri" w:hAnsi="Calibri"/>
          <w:b/>
          <w:i w:val="0"/>
          <w:color w:val="2E5D74"/>
          <w:sz w:val="21"/>
        </w:rPr>
        <w:t xml:space="preserve">Pastor Dean Odle: </w:t>
      </w:r>
      <w:r>
        <w:rPr>
          <w:rFonts w:ascii="Calibri" w:hAnsi="Calibri"/>
          <w:b w:val="0"/>
          <w:i w:val="0"/>
          <w:color w:val="000000"/>
          <w:sz w:val="21"/>
        </w:rPr>
        <w:t>The Lord didn't even want to see any action come out of them when they were leaving Sodom and Gomorrah. that their heart was still back there. And we're getting to that place again where the Lord's going to say, "That's it. I've had it with your little dance back and forth across the fence. I've had it with lukewarmness. I've had it with you trying to love the world and love me, too. It's time to break up with the world fully because there's something I found out just this morning. this just blown my mind. But we won't get to that till the end toward the end of this. Exodus 14:E3. This is when they stood before the Sea of Galilee. And if you will remember, there's a mountain on this side. There's a mountain on this side. And behind them is the entire Egyptian army with Pharaoh. Now the Lord, the pillar of his fire and cloud, moved behind them to put a wall between them and the Egyptians. So for a little bit they had a time of grace where they had to wait on the Lord. Somebody say wait. Wait. Even when you feel trapped, if you don't have a word from the Lord what to do, what do I tell you all the time? If you don't know, don't go. Right now, the Lord had told them, "Leave Egypt, go into the wilderness. There you're going to sacrifice to me. You're going to worship me. I'm going to separate you out. You're going to be a people, my people." So they stand there in front of the Red Sea and an army behind them. They got babies, little toddlers, animals, all kinds of stuff. They're not going to make it across there. Now, some people have said, I remember the liberal scholars used say, "Oh, it wasn't very deep at that time of year." Bible says pretty plainly what happened when God opened the sea up said they went across on what? Wet ground, two feet deep ground. No, dry ground. See, I don't understand why anybody listen to somebody like that, but they teach our pastors in the seminary. Um, but let's read this. Moses said unto the people, "Fear ye not. Stand still and see the salvation of the Lord, which he will show you today. For the Egyptians whom you have seen today, you shall see them again no more forever. The Lord shall fight for you, and you shall hold your peace or keep your stupid mouth shut from doubt and complaining. When the Lord says you're going to stand still and keep your mouth shut, guess what you ought to do? Stand still and keep your mouth shut. This is that little time period in between when the Lord puts you somewhere and there's an obstacle in front of you. You cannot go through it. He doesn't want to hear the whining and the complaining and the doubt. Because this is the exact thing when he told them, "You're going to go three days journey for me out into the and you're going to worship me. You're going to sacrifice to me. I'm going to reveal myself to you." What God wants us to do is believe that no matter what's in front of us, no</w:t>
      </w:r>
    </w:p>
    <w:p>
      <w:pPr>
        <w:pStyle w:val="Heading2"/>
      </w:pPr>
      <w:r>
        <w:t>44:00-48:00</w:t>
      </w:r>
    </w:p>
    <w:p>
      <w:r>
        <w:rPr>
          <w:rFonts w:ascii="Calibri" w:hAnsi="Calibri"/>
          <w:b/>
          <w:i w:val="0"/>
          <w:color w:val="2E5D74"/>
          <w:sz w:val="21"/>
        </w:rPr>
        <w:t xml:space="preserve">Pastor Dean Odle: </w:t>
      </w:r>
      <w:r>
        <w:rPr>
          <w:rFonts w:ascii="Calibri" w:hAnsi="Calibri"/>
          <w:b w:val="0"/>
          <w:i w:val="0"/>
          <w:color w:val="000000"/>
          <w:sz w:val="21"/>
        </w:rPr>
        <w:t>matter what the obstacle, no matter what armies, that if he said we're going from point A to point B, that's where we're going. And our job is to when he says to move to go forward that's our job. Amen. And when we go forward in confidence and faith in him boldly is when the miracles will take place. But if we doubt and draw back, what is behind us? The very things that God has been delivering us from. The Egyptians, that worldly system, that system of idolatry, that system of paganism and just evil is behind us. the place where they were slaves behind them. Can I just tell you right now, you have no option. If you want to make it to heaven and to God's eternal kingdom, you have no option but to go forward. You cannot go backwards. Not anymore. There's no more slip sliding back and forth. That's over. And there's some of you right now, you're wondering why you feel so depressed, dead, and empty on the inside. And it's because God's told you to go forward, but you're too scared to do it. That's why he told them, "Fear not, and keep your mouth shut, cuz you will talk yourself out of moving forward." And I just had this happen to me. I'm not going to go into all the details, but there's some things going on. And to tell you truthfully, I wanted to step back away from it all. And I mean for real, step back away. I'm done. Goodbye. See you later. Right? And then I started getting more and more and more miserable, heavy, oppressed, as my wife will tell you, a little snippy. Just a little bit, she says. And I mean, I was so heavy I couldn't put it into words. And yet I was still crying out to the Lord, God, you got to help me with this. It's just too much, y'all. There's a lot of things y'all don't know that I've had to deal with and fight with and stuff that's just overwhelming me at times. And I just wanted to draw back just a little bit, you know, draw back and rest. Sit down. Everybody else go on the cross. I'll just sit here for a minute. Right. And I didn't really understand fully what was going on, but I knew I was so the and then and then the enemy jumped on me and it was so heavy. It was just hard to even breathe. It was hard to pray. It was hard to breathe. It was hard to I mean, I was still trying. That's why I said I love that song. The more I seek you, the more you just got to keep seeking God no matter what kind your way you feel like. Amen. Don't turn the TV on. Go pray. Go worship God. Go do something because you got to seek him to get through it because he'll show you what's wrong. See, he told them what you're going to keep your mouth shut.</w:t>
      </w:r>
    </w:p>
    <w:p>
      <w:pPr>
        <w:pStyle w:val="Heading2"/>
      </w:pPr>
      <w:r>
        <w:t>48:00-52:00</w:t>
      </w:r>
    </w:p>
    <w:p>
      <w:r>
        <w:rPr>
          <w:rFonts w:ascii="Calibri" w:hAnsi="Calibri"/>
          <w:b/>
          <w:i w:val="0"/>
          <w:color w:val="2E5D74"/>
          <w:sz w:val="21"/>
        </w:rPr>
        <w:t xml:space="preserve">Pastor Dean Odle: </w:t>
      </w:r>
      <w:r>
        <w:rPr>
          <w:rFonts w:ascii="Calibri" w:hAnsi="Calibri"/>
          <w:b w:val="0"/>
          <w:i w:val="0"/>
          <w:color w:val="000000"/>
          <w:sz w:val="21"/>
        </w:rPr>
        <w:t>And then the here's something else. This is just crazy, isn't it? The Lord told Moses, said, 'Why are you crying to me? Speak to the children of Israel that day go forward. See, there's a time you there's things God's already told you to do or where you're going or where you're supposed to be. He's done with you praying about it. I don't want to hear it anymore. take a step forward and obey me. So, Wednesday night, I came in here. I didn't even want to come to church. I'm telling y'all, I've been in a bad mood. And of course, I just had COVID. And it took me I had a week of COVID. Took me another week to even feel back to normal. Um, seems like I always get it when I run for office. Um, and so I was kind of just feeling all out of whack, out of sink, but I got up here and I prayed anyway. I didn't feel like it at all. And I prayed anyway. And I felt the Lord telling me I needed to really go after breaking curses, words being spoken against me by both spiritual enemies, witches, Satanist enemies of that nature, Jesuits. We could go down the list. But also, I needed to break the curses of my political enemies. All right? Because they don't want me to get in there. I can tell you right now, they don't want me in there. Some of them would probably sacrifice their firstborn to keep me out. All right? And this goes on all the time. It's not a lie. But this war that we're in, so I went off on that. I did my normal I started binding the demons sent by witches, Satanists, enemies, Jesuits, all haters, breaking their curses and their words off of me and the spells and incantations breaking that off, binding the demons and commanding them to go, leave me. And I felt a little break. I felt a little lift off of the heaviness. But the Lord wasn't finished because when I got home that night, got in bed, I was praying as I was going to sleep. But when I woke up that morning and I woke up early, the Holy Spirit was on me. And it was like I knew why all I kind of opened the door for that. I kind of opened the door to let it get me and get me down because I was starting to draw back a little bit. And when I said, "All right, that's it. I'm moving forward now. Whatever I can do, I'm going to move forward. I don't know how I'm going to do it all, but I'm moving forward." Let me tell you, it really all broke off. all of the foggess, all the cloudiness, all the darkness, all the depression and confusion lifted off and there was perfect clarity from God what to do, what to do next. You don't have to know everything down the road. Just what do we do next? What am I supposed to be doing? And what is the process or the steps I need to take to do that thing? And again, it all it all became perfectly clear. But when I moved forward on what the Lord was telling me to do, I also found peace and strength, right? And this is why we have to we there's a there's a like this place with the Israelites. They</w:t>
      </w:r>
    </w:p>
    <w:p>
      <w:pPr>
        <w:pStyle w:val="Heading2"/>
      </w:pPr>
      <w:r>
        <w:t>52:00-56:00</w:t>
      </w:r>
    </w:p>
    <w:p>
      <w:r>
        <w:rPr>
          <w:rFonts w:ascii="Calibri" w:hAnsi="Calibri"/>
          <w:b/>
          <w:i w:val="0"/>
          <w:color w:val="2E5D74"/>
          <w:sz w:val="21"/>
        </w:rPr>
        <w:t xml:space="preserve">Pastor Dean Odle: </w:t>
      </w:r>
      <w:r>
        <w:rPr>
          <w:rFonts w:ascii="Calibri" w:hAnsi="Calibri"/>
          <w:b w:val="0"/>
          <w:i w:val="0"/>
          <w:color w:val="000000"/>
          <w:sz w:val="21"/>
        </w:rPr>
        <w:t>could not go to the left. They couldn't go to the right. And they couldn't go backwards. They could not. But then there's the Red Sea in front. So that's when the Lord says, "You move forward." Now, did he tell them to move forward before or after he parted the Red Sea? Before. Always before. Why is it before? Because he wants you to step in faith. No need for faith once the miracle happens, right? Faith has to precede it. And again, this comes from having a place where you are walking in a relationship with the Lord, right? And you know, this is a step I take, right? You heard from him because he told them to move forward toward the sea. So they knew what they were supposed to do. Now the sea in front of them, the sea in front of them was what? A massive obstacle. And in the natural realm, it was not possible for three million Israelites, Hebrews, to pass over with their children and their animals and everything else. But the Lord told him what to do. Told Moses what to do. Lift up thou thy rod and stretch out thine hand over the sea and divide it. And the children of Israel shall go on dry ground through the midst of the sea. And behold, I will harden the hearts of the Egyptians, and they shall follow them. And I will get me honor upon Pharaoh and upon all his hosts and upon his chariots and upon his horsemen. And the Egyptians shall know that I am the Lord when I have gotten me honor upon Pharaoh upon his chariots and upon his horsemen. Now, of course, I love the fact that they have found, you know, who was it? Ron White and some of the others, but there's been multiple now people go to the point where they crossed. We know where they crossed cuz Solomon put up a pillar and they have found videoed and photographed chariot wheels down there. Um I imagine if there was time you'd find a lot of stuff down there. Now so we know it was a true event right now. I want you to turn to Isaiah 43:18 and 19. I'll be referring back to the Red Sea. What in front of you looks impossible and so impossible that you'd rather draw back than face it or get yourself to the place you believe even though you can see no possible way. How do you get yourself to believe what God said that we're going from here to here? Here's what you have to do. Remember ye not the former things, neither consider the things of old. The Lord says, "Behold, I will do a new thing. Now it shall spring forth. Shall ye not know it? I will even make a way in the wilderness and rivers in the desert. Now, what is he telling them now? Remember ye not the former things, neither consider the things of old. Don't live in the past where you say, "God, I tried this and didn't work last time." Or, "I've tried and I've tried and I tried." like husbands and wives,</w:t>
      </w:r>
    </w:p>
    <w:p>
      <w:pPr>
        <w:pStyle w:val="Heading2"/>
      </w:pPr>
      <w:r>
        <w:t>56:00-1:00:00</w:t>
      </w:r>
    </w:p>
    <w:p>
      <w:r>
        <w:rPr>
          <w:rFonts w:ascii="Calibri" w:hAnsi="Calibri"/>
          <w:b/>
          <w:i w:val="0"/>
          <w:color w:val="2E5D74"/>
          <w:sz w:val="21"/>
        </w:rPr>
        <w:t xml:space="preserve">Pastor Dean Odle: </w:t>
      </w:r>
      <w:r>
        <w:rPr>
          <w:rFonts w:ascii="Calibri" w:hAnsi="Calibri"/>
          <w:b w:val="0"/>
          <w:i w:val="0"/>
          <w:color w:val="000000"/>
          <w:sz w:val="21"/>
        </w:rPr>
        <w:t>we've been to counseling, counseling, counseling, and it doesn't seem to work. Or I got fired from another job. Why is this not working? Should I go try this again? Or maybe a church, you know, you and a church had to part ways. A lot of people don't want to ever go back to church again. There's all kinds of obstacles in our way. Unforgiveness towards somebody in the what? Past. If you want to move forward, if you want to go forward, you got to make sure that number one, you have confessed and repented of your past sins. You've forgiven everyone who hurt you, wronged you in the past. And I don't care if the past was a few hours ago. And what the Lord is saying here when he says, "Don't put it back on verse 18." When he says right here, "Remember ye not the former things, neither consider the things of old." He's not saying we're going to be able to forget those things. Somebody may have been raped. Somebody may have been molested. Somebody may have been physically abused by their parents or by a relative or by a teacher or by a stranger. We're not going to forget that. That's not what he's talking about. He's talking about don't dwell on it. Don't keep your mind on that thing because if you do, it'll keep you depressed. It'll keep you discouraged. It'll keep you beat down, which is where Satan wants to keep you. And then he'll jump on your head and he'll keep he'll help you out if you're keeping your mind on these things. This is why it says, "Thou will keep him in perfect peace whose mind is stayed upon thee, the Lord." Right? What is it? Isaiah 26 something 2, three. But thou will keep him in perfect peace whose mind is stayed on thee. As a man thinkketh in his heart, so is he. Right? I believe that's Proverbs 23:7. As a man thinkketh in his heart. So if you dwell on something, see the Lord told me a while back about this particular obstacle in my life, do not dwell on it. And guess what I've done? Like an idiot, dwelled upon it. Remember, consider, think about it, toil about it. And the Lord says, "Move forward." But Lord, I don't feel like it. But Lord, it's impossible. But Lord, there's a sea in front. But Lord, I don't have enough money. Or Lord, I can't do this. Or I can't do that. Lord, physically, I can't do it. What's he say? Quit remembering. Quit thinking about the past. Even quit thinking about the times you failed trying to do his will. Stop it. We've all made mistakes trying to walk this walk out. quit dwelling on that. And then he says verse 19, "Behold, watch and see. I will do a new thing, a thing I haven't done</w:t>
      </w:r>
    </w:p>
    <w:p>
      <w:pPr>
        <w:pStyle w:val="Heading2"/>
      </w:pPr>
      <w:r>
        <w:t>1:00:00-1:04:00</w:t>
      </w:r>
    </w:p>
    <w:p>
      <w:r>
        <w:rPr>
          <w:rFonts w:ascii="Calibri" w:hAnsi="Calibri"/>
          <w:b/>
          <w:i w:val="0"/>
          <w:color w:val="2E5D74"/>
          <w:sz w:val="21"/>
        </w:rPr>
        <w:t xml:space="preserve">Pastor Dean Odle: </w:t>
      </w:r>
      <w:r>
        <w:rPr>
          <w:rFonts w:ascii="Calibri" w:hAnsi="Calibri"/>
          <w:b w:val="0"/>
          <w:i w:val="0"/>
          <w:color w:val="000000"/>
          <w:sz w:val="21"/>
        </w:rPr>
        <w:t>before." Now, remember, the Lord did part the River Jordan for Elijah and Elisha, but that's just a little River Jordan. This was the monster sea, Red Sea here. And he had never parted that. There's no record of it ever being supernaturally parted. And so what the Lord is saying, I'm going to do something new so much that it's it can't even come into your mind right now what I'm going to do when you move forward. You can't even comprehend it. You wouldn't understand it if I told you. You would think it was crazy even if I told you how it's all going to work, right? But the Lord doesn't tell us how he's going to do it all the time. Why? Because he wants us to walk in faith. What is faith? Bold confidence that he will do what he said even though you don't know how he's going to do it. Somebody say bold confidence. Bold confidence. Turn to Hebrews chapter 10. Bold confidence. In fact, I found out this morning when I was looking up this word confidence, I found out that it's translated over and over throughout the New Testament in two ways primarily. The word confidence and the word boldness. Think about that. Confidence, boldness. See, some people think you're if you're doing what God wants you to do, they always going to like with David when he was getting ready to confront Goliath. They always say, "Look at you. You're just a prideful, arrogant. Ain't no way you can do this. It's impossible. Look at that dude. Look at you. You're just skinny little runt. What do you think you're going to do?" See, David's boldness and confidence was not in his own abilities. You say, "But he still used the sling. He didn't know how God was going to do it. All he knew was that God needed somebody to step up in faith so he could work through them. And he was like, "You know what? I'm watching the whole Israeli army stand back in fear. Even the king, we got to deal with this problem. This guy's mocking God. He's blaspheming our God. He's mocking us. This guy needs to be shut down. And he knew all David knew was the Lord could do it. Period. But his brothers came up and we said, "We know the naughtiness of your heart and your pride." No. What he had was bold confidence in God working through him. to deliver the people of God from a giant. And right now, folks, we are facing so many giants in this world. I could make a long list, but I'm not even going to do that. And even the one I'm going to tell you about at the end, it's big. It's the biggest thing ever. It's the scariest thing ever. And when this confrontation with this thing that's coming very soon, when this happens, the only way we survive, defeat it,</w:t>
      </w:r>
    </w:p>
    <w:p>
      <w:pPr>
        <w:pStyle w:val="Heading2"/>
      </w:pPr>
      <w:r>
        <w:t>1:04:00-1:08:00</w:t>
      </w:r>
    </w:p>
    <w:p>
      <w:r>
        <w:rPr>
          <w:rFonts w:ascii="Calibri" w:hAnsi="Calibri"/>
          <w:b/>
          <w:i w:val="0"/>
          <w:color w:val="2E5D74"/>
          <w:sz w:val="21"/>
        </w:rPr>
        <w:t xml:space="preserve">Pastor Dean Odle: </w:t>
      </w:r>
      <w:r>
        <w:rPr>
          <w:rFonts w:ascii="Calibri" w:hAnsi="Calibri"/>
          <w:b w:val="0"/>
          <w:i w:val="0"/>
          <w:color w:val="000000"/>
          <w:sz w:val="21"/>
        </w:rPr>
        <w:t>overcome it as the church in any regard will be because of the power of Jesus Christ working in us and through us. Period. That's it. our mental capacities, even if we're geniuses, our strengths physically, none of that's going to be able to stop it. But Jesus said, "What? I will build my church and the gates of hell will not prevail against it." And though I believe that many will be martyrs, many true Christians will be martyrs in these last days, I still know that the and I believe the rapture clearly the Bible teaches the rapture is at the end of the tribulation. So there has to be if there's going to be a catching away of saints that are alive means that there are going to have to be saints that survive all the way through this thing that every day I find out more of what the beast antichrist kingdom is forming into I think how is anybody going to survive this and it's just like Goliath in front it's just like the Red Sea in front It looks impossible to our mind. And the Lord though will have to step forward through his people and do a new thing. And I can tell you this much, when the two witnesses come, I believe they're going to be just the two primary examples of what the church is supposed to be doing. And the church is going to get on board and start doing it. But listen, they torment the world so bad, the two witnesses that when they are killed by the Antichrist, the world, the whole world, just like the whole world got on this Charlie Kirk thing, the whole world is going to be rejoicing and sending gifts to one another. It says the Bible tells us over the death of these two. They're going to leave their bodies laying in the street so they can film them for a few days and just keep showing it. They're dead now. They're dead and gone. You think people were rejoicing? There were wicked people rejoicing over Charlie Kirk's shooting, murder. Oh, just wait and see till these two guys come along. But see, I believe they're going to be Christians just like that. That the devil is going to try through his people and his technology to wipe out. He's not going to be able to. In fact, some of us might even stand up and not part the Red Sea, but part an entire 14 billion dollar data center right down the middle. So, y'all wasted a lot of money. You say, "I've never seen a data center split down the middle and destroyed." It's a new thing. You know, remember when they were dealing with the rebellion in the wilderness with what was it? The house of uh Kora. Yes. Thank you. And the Lord said, and Moses said, 'Well, if the Lord does a new thing and the earth opened up and swallow up them and their families and everybody, bunch of wicked rebels, then we know who's really serving God. Guess what? A new thing happened that ain't never happened before. Ground opened up and they went straight to hell. Did not pass go. Did not collect $200. Reverse raptured, right?</w:t>
      </w:r>
    </w:p>
    <w:p>
      <w:pPr>
        <w:pStyle w:val="Heading2"/>
      </w:pPr>
      <w:r>
        <w:t>1:08:00-1:12:00</w:t>
      </w:r>
    </w:p>
    <w:p>
      <w:r>
        <w:rPr>
          <w:rFonts w:ascii="Calibri" w:hAnsi="Calibri"/>
          <w:b/>
          <w:i w:val="0"/>
          <w:color w:val="2E5D74"/>
          <w:sz w:val="21"/>
        </w:rPr>
        <w:t xml:space="preserve">Pastor Dean Odle: </w:t>
      </w:r>
      <w:r>
        <w:rPr>
          <w:rFonts w:ascii="Calibri" w:hAnsi="Calibri"/>
          <w:b w:val="0"/>
          <w:i w:val="0"/>
          <w:color w:val="000000"/>
          <w:sz w:val="21"/>
        </w:rPr>
        <w:t>new thing. The Lord's going to do some new things, y'all. That's he's never done before. And he when he says there, "Shall you not know it?" He's like, "Don't you don't you get it? I can do anything." Like he said, "I'm going to get honor upon Pharaoh." What do you think he's going to do in these last days? Is he not going to get honor? In fact, over and over again when he talks about his judgments like on Gog and Magog, he said, "They will know that I am the Lord." Amen. Over and over, he says that they are going to know that I am the Lord. And then when he splits the firmament open and they all can see Jesus sitting on the throne, even before he stands up to come on down here, it says they're going to run and hide in their bunkers. hide us from the wrath of the lamb. They're going to know, folks. The Lord is going to get glory in these dark times. The darker it gets, the more glory he's going to get. Who's he going to do it through? His people that are faithful to him. You hear me? people that are not afraid that will follow him out in the desert that'll go out in the desert when they got no water or food. How are we going to survive out here? Okay, let me do a new thing. Let me rain literal bread that the angels eat. Let me just rain it from heaven. Angel food cake, right? just rained it down. Oh yeah, let me just split this rock right here and bring a whole river of water out of it for three million people. God is the same God yesterday, today, and forever. Now, as we read this, go to Hebrews 10 down to verse 35. This is one of the first passages the Lord ever gave me right after I came back to him in 1987. He gave me this passage like this is for you, son, right here. And he says this. He says, "Cast not away therefore your confidence, boldness, which you have bold faith which hath great recompense of reward." Mean there's a great payback coming. The Lord said, "I'm going to reward you greatly for this great confidence that you have in me." He says, "For you have need of patience." Boy, when I was 19 did I have need of patience and I still need some. He said that after you have done the will of God, somebody say the will of God. Will of God, you might receive the promise. For yet a little while, he that shall come will come and will not tarry. Now, this is directly related to the second coming of Jesus and everything's going to happen around it. He says he for yet a little while he that shall come will or he that will come shall not tarry. And then he says now the just shall live by faith. Faith without what? Works is dead being alone. We talked about this. So what he's talking about is active living faith. Operating faith. And here's what he says. He says after you have done the will of God, you might receive the promise. for yet a little while. He that shall come will come and will not tarry. Now the just shall live by faith. But somebody say but.</w:t>
      </w:r>
    </w:p>
    <w:p>
      <w:pPr>
        <w:pStyle w:val="Heading2"/>
      </w:pPr>
      <w:r>
        <w:t>1:12:00-1:16:00</w:t>
      </w:r>
    </w:p>
    <w:p>
      <w:r>
        <w:rPr>
          <w:rFonts w:ascii="Calibri" w:hAnsi="Calibri"/>
          <w:b/>
          <w:i w:val="0"/>
          <w:color w:val="2E5D74"/>
          <w:sz w:val="21"/>
        </w:rPr>
        <w:t xml:space="preserve">Pastor Dean Odle: </w:t>
      </w:r>
      <w:r>
        <w:rPr>
          <w:rFonts w:ascii="Calibri" w:hAnsi="Calibri"/>
          <w:b w:val="0"/>
          <w:i w:val="0"/>
          <w:color w:val="000000"/>
          <w:sz w:val="21"/>
        </w:rPr>
        <w:t>But if Jordan, where are you? That's right. If any man draw back, God says, "My soul shall have no pleasure in him." But we are not of them who draw back unto pition or destruction. Can I pause there right for a second? Drawing back from what God wants in his word, any part of his word, drawing back from it leads to destruction. Every single time, every single time I see God bring somebody, even a pastor, a minister, to a truth, a biblical truth, and he's trying to get them to move forward and believe, and they say, "Nope, back up." Like a scared little dog, back up. I watch that person if they don't repent and move forward, they end up going back and back and back and back into more and more darkness and destruction. That's why he says what? Don't cast away your confidence in me in my word. The Lord says, right? And then he says, but we are not of those he Well, back up. He says, "But if any man draw back, my soul shall have no pleasure in him. But we are not of them who draw back under predition, but them that believe to the saving of the soul. Meaning we are those that are going to what? Keep enduring to the end so that we are saved. Does he say those who draw back are saved? No. He says those who keep what? going forward in his will, according to his word, according to his spirit leading and guiding you. You hear me? Don't shout me down when I'm preaching it now. Now, let's put up the definition of this word confidence here before I go any further. And it's only about five after, so we're okay. Introduction's over. All right, here it is. So, paracia or paracia and here's the where it says all outspokenness, frankness, bluntness, assurance. That means you when you have assurance, you are fully convinced. You are fully there. It says boldly. Boldness, boldness of speech, confidence. Right. Let's go to some of the scriptures this appears in. And now the Lord, behold their threatenings, grant to thy servants that with all boldness, paracia, the same thing, that they may speak your word. Uh when they had prayed, the place was shaken where they were assembled together and they were all filled with the Holy Ghost and spake the word of God with boldness. So when you get filled with the Holy Spirit, he's filling you to give you what? Boldness. confidence not in yourself, in him working through you, right? But when if you want God to work through you, just like Peter walking on the water, you have to take a step out. You have to move forward. He stood up and took a step over the edge of the boat to walk on the water. He says here talking about Paul said he went forth preaching the kingdom of God and teaching those things which concern the Lord Jesus Christ with all confidence, boldness, assurance. He was not drawing back away from it. Well, I don't know if I believe that. Well, I know I believe part of the Bible. Don't believe this other part. Well, I don't know. That's a little too bold. You're a little too bold and brash, Pastor Dean.</w:t>
      </w:r>
    </w:p>
    <w:p>
      <w:pPr>
        <w:pStyle w:val="Heading2"/>
      </w:pPr>
      <w:r>
        <w:t>1:16:00-1:20:00</w:t>
      </w:r>
    </w:p>
    <w:p>
      <w:r>
        <w:rPr>
          <w:rFonts w:ascii="Calibri" w:hAnsi="Calibri"/>
          <w:b/>
          <w:i w:val="0"/>
          <w:color w:val="2E5D74"/>
          <w:sz w:val="21"/>
        </w:rPr>
        <w:t xml:space="preserve">Pastor Dean Odle: </w:t>
      </w:r>
      <w:r>
        <w:rPr>
          <w:rFonts w:ascii="Calibri" w:hAnsi="Calibri"/>
          <w:b w:val="0"/>
          <w:i w:val="0"/>
          <w:color w:val="000000"/>
          <w:sz w:val="21"/>
        </w:rPr>
        <w:t>That's a little too much for me. I can't be that way. And you know, just like we pointed out in that Wednesday night, I was praying and pointed out that insecurity is another form of pride. See, pride, just think about it as two ends of two of a spectrum. And over here we think of pride always as hottiness, arrogance, you know, thinking more of yourself than you ought to think, right? But then we got these people running around that think, well, they can't do anything, right? I can't speak. I can't do this. I can't do that. I can't. I can't. I can't. I can't. And where is the focus? The focus is not on God. The focus is on self. And that is pride. Whenever you focus on self, it is pride. That's why Jesus said, "You must deny yourself, take up your cross, and follow me." You see, and this was a big revelation for Donnie. It's blessed him so much because he's had he's dealt with insecurity and thinking that's somehow some type of humility. No. Not having confidence that God will work through you to do what he's called you to do is pride because you think you got it figured out better than God. Ouch. See, it's not pride for me. Listen, I know I know some I'm going to tell you right now there somebody's going to say, "Oh, you're so prideful and there." But I'm gonna tell you right now, I know I'm called to preach, teach the word of God. And I know that God does it well through me. I know it wasn't me. It wasn't me that revealed these things. It wasn't him that it I mean, it wasn't me that taught myself to teach or preach. I didn't go have eloccution lessons or, you know, learn how to annunciate my words properly, right? I didn't go to preacher school where you learn how to talk just right and all that stuff him and hall around right cuz the Bible says Paul said if the trumpet doesn't make a clear sound who's going to get ready for the battle so I so I got to speak clearly as I possibly can simply as I can boldly as I can when I get ready to preach I assure you my confidence and boldness is not in myself. It is in him working through me because I know what he called me to do. And that's why so many times when I'm praying and getting ready to preach anywhere, I said, "Lord, you called me to feed your sheep and your lambs. I got nothing to feed them with. If you don't give it to me, then I can't feed them. But you want them fed. Therefore, you got to give me something for him. And me and him, we have this little back and forth all the time like this. I, you know, and it and sometimes I have a busy week trying to do all the other stuff he's told me to do. And I don't feel like I've studied enough or read enough or prayed enough or, you know, that I'm really ready to preach. And what does the word of God say? Be instant in season and out of scene. Right? Do it when you feel like it. You feel prepared. Do it when you don't feel prepared. That right, babe? See, all of you should be ready to preach at any moment. If I said, "Hey, Irwin, it's time. Get up here. I got to go somewhere. You should have a</w:t>
      </w:r>
    </w:p>
    <w:p>
      <w:pPr>
        <w:pStyle w:val="Heading2"/>
      </w:pPr>
      <w:r>
        <w:t>1:20:00-1:24:00</w:t>
      </w:r>
    </w:p>
    <w:p>
      <w:r>
        <w:rPr>
          <w:rFonts w:ascii="Calibri" w:hAnsi="Calibri"/>
          <w:b/>
          <w:i w:val="0"/>
          <w:color w:val="2E5D74"/>
          <w:sz w:val="21"/>
        </w:rPr>
        <w:t xml:space="preserve">Pastor Dean Odle: </w:t>
      </w:r>
      <w:r>
        <w:rPr>
          <w:rFonts w:ascii="Calibri" w:hAnsi="Calibri"/>
          <w:b w:val="0"/>
          <w:i w:val="0"/>
          <w:color w:val="000000"/>
          <w:sz w:val="21"/>
        </w:rPr>
        <w:t>sermon ready, bud." Or you should be asking the Lord as you're walking up here.  What is it? Some people think they can't preach unless they've prepared for a week. Sometimes you're not going you'll pray for a week or a month. You're going to have to do it when God opens the door and just do it. All right. But many times I pray, Lord, I'm tired. I'm feel like a dried up. I would say I feel like Spongebob out of the water, right? I feel dried up, empty. All I want to do is go to bed. But Lord, you told me to feed your sheep. So, and this morning it was just like that. I stayed up till almost 2:00 last night and it was just like that. I said, "Lord, what do you want me to feed him?" I said, "There's a lot of stuff I could tell him." I said, "But I don't ever want it to be just me talking." And he said to me, I heard him plain as day. He said, "You tell him." I said, "It's time to move forward." And he told me that was going to be a specific word for some of you. Like it is time to stop being in fear to stop looking at your shortcomings or your inabilities or your weaknesses or your past or whatever it is. And it's time to take the step and do what you know he wants you to do. And that's where things will change. Few more verses. Look at this. He says, "Seeing then we have such hope, we use great plainness of speech, boldness, frankness, confident, great is my boldness of speech, confidence toward you." Right? Uh I it's just all through there. Boldly, bold, confident, full assurance. See, because I know God's called me to preach, therefore, I know when I get up to preach, he will do it through me. Amen. This is one reason, too, that I have, how do you put it? Success, I guess you would say, in casting demons out of people. See, when I sit down and cast a demon out of somebody, there is no doubt in me whatsoever that this thing's going to leave. It has no choice now. It may argue. It may struggle. It may wrestle. It may fight. It may be but it's leaving. Right. And we'll say that's all folks, right? And my wife seen this. It's absolute. There's times like for there's times when I'm praying for somebody in deliverance and I can see when I'm praying for somebody I usually sense the demon that's there. I can feel it. Whether it's speaking through them or manifesting, I usually can feel what it is. And I will bind it and command it to leave. And if I don't sense that it leaves, even if the person acts like like or you know they feel there's some kind of manifestation that they looks like it left, I don't go by that. If I don't know in my spirit that it left the building, then I'll give it another command. Right now, there's been times I'm on, say, on a certain area and I got a stubborn little demon, right? And I will just say, I'm sorry, you got to go. I got to move on. And I go to the next one and it leaves. Why? Because I moved in faith. I didn't told you to go twice. Not wasting my time any longer. You have to go.</w:t>
      </w:r>
    </w:p>
    <w:p>
      <w:pPr>
        <w:pStyle w:val="Heading2"/>
      </w:pPr>
      <w:r>
        <w:t>1:24:00-1:28:00</w:t>
      </w:r>
    </w:p>
    <w:p>
      <w:r>
        <w:rPr>
          <w:rFonts w:ascii="Calibri" w:hAnsi="Calibri"/>
          <w:b/>
          <w:i w:val="0"/>
          <w:color w:val="2E5D74"/>
          <w:sz w:val="21"/>
        </w:rPr>
        <w:t xml:space="preserve">Pastor Dean Odle: </w:t>
      </w:r>
      <w:r>
        <w:rPr>
          <w:rFonts w:ascii="Calibri" w:hAnsi="Calibri"/>
          <w:b w:val="0"/>
          <w:i w:val="0"/>
          <w:color w:val="000000"/>
          <w:sz w:val="21"/>
        </w:rPr>
        <w:t>And the only reason they don't is if there's some they have some legal right to stay. But if we've dealt with everything that we need to deal with and prepared right, they have no choice. They have to leave. And that's what fasting is for. If you have doubts, I don't know if I can do this. Fast and pray. Why are you fasting and praying? Fasting and praying is to root your focus off of self. Oh, somebody come on y'all. Y'all like Lutheran's in here, wake up a little bit. Don't you understand how great it is to get your focus off I can't do this, mama. Move. And go, God called me to cast out demons, therefore I can. God called me to heal the sick, therefore I can. God called me to be filled with the Holy Spirit and speak in other tongues. Therefore, I can. God called me to preach. Therefore, I can. You understand? Now, now you're going to understand why Jesus said things like this scary red verses. Matthew 8:18 through 222. Somebody say scary red verses. I remember reading these when I came back to the Lord at 19 and they put the fear of God in me. And if they don't put the fear of God in you, either you're not saved or you have become cold and calloused and hardened as a rock. But here it is. Matthew 8:18. Now when Jesus saw great multitudes about him, he gave commandment to depart unto the other side. Now this is when he's getting ready to get in the boat with the disciples to go to the other side of the Sea of Galilee. And a certain scribe came and said, "Master, I will follow thee whethersoever thou goest." And Jesus said unto him, "The foxes have holes, the birds of the air have nests, but the Son of Man hath not where to lay his head." Meaning you may go through times of difficulty and things being very uncomfortable. Are you really ready for that scribe? Scribes made a good living. And it says, "And another of his disciples said to him, Lord, suffer me first to go and bury my father." But Jesus said to him, "Follow me." That's a present tense Greek verb that means right now. and let the dead bury the dead. Do you hear what I said? Follow me. When what Jesus was saying and they perfectly understood this in Greek. Follow me right now continually forever without looking back. And even your family cannot be an idol to you when it comes to me.  But Oh, I knocked it out. Nobody walk here. D, you guard that spot. Yeah, young eyes. Go ahead. You can set it right up here for me. All right. Young eyes. Thank you, sir.</w:t>
      </w:r>
    </w:p>
    <w:p>
      <w:pPr>
        <w:pStyle w:val="Heading2"/>
      </w:pPr>
      <w:r>
        <w:t>1:28:00-1:32:00</w:t>
      </w:r>
    </w:p>
    <w:p>
      <w:r>
        <w:rPr>
          <w:rFonts w:ascii="Calibri" w:hAnsi="Calibri"/>
          <w:b/>
          <w:i w:val="0"/>
          <w:color w:val="2E5D74"/>
          <w:sz w:val="21"/>
        </w:rPr>
        <w:t xml:space="preserve">Pastor Dean Odle: </w:t>
      </w:r>
      <w:r>
        <w:rPr>
          <w:rFonts w:ascii="Calibri" w:hAnsi="Calibri"/>
          <w:b w:val="0"/>
          <w:i w:val="0"/>
          <w:color w:val="000000"/>
          <w:sz w:val="21"/>
        </w:rPr>
        <w:t>But think about that. When Jesus said, "Follow me and let the dead bury the dead. Meaning, see this guy wanted to go back home. My father's old. I need to go back home and take care of him. I need to wait until he passes away. Then I can follow you. No, no, no. You don't make any conditions upon following Jesus. None. And I've noticed anybody over the years that said, "Well, I'll do it at a certain time or point." They never do. Today is the day of salvation. Today is the day you make up your mind. I love my family, but if they want to go away from Jesus and I've got to go this way, guess what's going to happen? Bye-bye. Y'all get right. You can catch up, right? Go to Luke chapter 9 verse 57. This gives a little more information of the same incident. Says, "And it came to pass that as they went in the way, a certain man said unto him, Lord, I will follow thee, whethersoever thou goest. And Jesus saith unto him, Foxes have holes, and the birds of the air have nests, but the Son of Man hath not where to lay his head." And he said unto another, "Follow me." But he said, "Lord, suffer me first to go and bury my father." And Jesus saith unto him, "Let the dead bury their dead, but go thou and preach the kingdom of God." Then he says this, he said, "And another said,"Lord, I will follow thee, but let me first go and bid them farewell which are at my at home at my house." And Jesus said unto him, "Go ahead, go home and tell everybody bye. It's all right." No, he didn't say that, did he? He said unto him, "No man having put his hand to the plow and looking back is fit for the kingdom of God." That verse 62 when I heard that we I remember thinking, man, the Lord is serious about this thing. Think about all the nonchalant Christians. I can do what I want. and go to my 30 minute bank of church service. Sang a few songs, see a preacher on a screen who might be in the same town, but somehow you're watching him on a screen. But next week when Monday starts, they just do what they want. They don't it's it's not about a genuine desperate eeking of God until they find his will and where he wants them to step. This is what the American church has failed to preach and teach and to understand. God accepts full surrender. I remember when the Lord told me to go back to Washington DC to pastor the church that I had started there a number of years earlier again. And there were people already, you know, I turned it over to people and they had, you know, they had operated the church for like five years. And so even though I started the church, I was coming back submitting to the elders and the pastor in charge over a number of churches. Um, but I remember I was in agony about it because why?</w:t>
      </w:r>
    </w:p>
    <w:p>
      <w:pPr>
        <w:pStyle w:val="Heading2"/>
      </w:pPr>
      <w:r>
        <w:t>1:32:00-1:36:00</w:t>
      </w:r>
    </w:p>
    <w:p>
      <w:r>
        <w:rPr>
          <w:rFonts w:ascii="Calibri" w:hAnsi="Calibri"/>
          <w:b/>
          <w:i w:val="0"/>
          <w:color w:val="2E5D74"/>
          <w:sz w:val="21"/>
        </w:rPr>
        <w:t xml:space="preserve">Pastor Dean Odle: </w:t>
      </w:r>
      <w:r>
        <w:rPr>
          <w:rFonts w:ascii="Calibri" w:hAnsi="Calibri"/>
          <w:b w:val="0"/>
          <w:i w:val="0"/>
          <w:color w:val="000000"/>
          <w:sz w:val="21"/>
        </w:rPr>
        <w:t>Because I had two daughters here that were still teenagers. See, this is even before Faith Marie, right? And I'm like, and this is before Nancy and I got married right before. And I'm really agonizing over it because I'm like, Lord, you know, I don't want to neglect my girls. They need me around. And the Lord spoke to me as clear as day. And he said, "Son, I said for you to take up your cross and to follow me." He said, "This is your cross." And he told me, he said, "Your children cannot be an idol to you." I said, "Okay." Now, I didn't know that things were going to work out where I could got myself fired so I could come back here. I didn't know how all that was going to work out. But the Lord took me from 800 miles away from him for just a few months. And I thought it was going to be, you know, years and sent me back here only an hour away from them to start this church. But see, I had to lay it down. I had to lay them down on that altar and say, "They're not more important to me than what you tell me to do, Lord." Don't say, "Pastor Dino, that's just terrible. Terrible." No. No. I've seen when children and I don't care if they're teenagers or in their 20s or 30s, if children become an idol to parents and they're willing to compromise and fudge against the scriptures and do things wrong and unethical and immoral or enable, then you don't love your children. They're an idol to you and you can't have a right relationship with the Lord until you lay them on the altar and say, "They're yours, God. Show me what to do." And you're always, and let me just tell you this right now, you are always going to be doing the best for your children, grandchildren, and everyone around you when you're in the will of God. Because when you're Jonah, you causing a problem for everybody in the boat. Amen. Okay. Here, I'm going to give you a couple of verses here. Hebrews 3:6. But Christ as a son over his own house, whose house are we, if we hold fast the confidence and the rejoicing of hope firm unto the end. Somebody say if. If. Same chapter. Hebrews 3:14. For we are made partakers of Christ if we hold the beginning of our confidence steadfast into the end. Everybody see that? And as the Lord said, I'm going to read it again. Hebrews 10:35. Cast not away your confidence. Don't draw back. Now, let me explain something that's going on. I will have more on this. I just saw it this morning, and I don't know how I missed this, but it was I guess it's just God's timing. Back in February, Microsoft announced that they have developed um a new element. Now first of all I want you to think of that there's never been scientific discovery advancement saying we have created a new element a new molecule</w:t>
      </w:r>
    </w:p>
    <w:p>
      <w:pPr>
        <w:pStyle w:val="Heading2"/>
      </w:pPr>
      <w:r>
        <w:t>1:36:00-1:40:00</w:t>
      </w:r>
    </w:p>
    <w:p>
      <w:r>
        <w:rPr>
          <w:rFonts w:ascii="Calibri" w:hAnsi="Calibri"/>
          <w:b/>
          <w:i w:val="0"/>
          <w:color w:val="2E5D74"/>
          <w:sz w:val="21"/>
        </w:rPr>
        <w:t xml:space="preserve">Pastor Dean Odle: </w:t>
      </w:r>
      <w:r>
        <w:rPr>
          <w:rFonts w:ascii="Calibri" w:hAnsi="Calibri"/>
          <w:b w:val="0"/>
          <w:i w:val="0"/>
          <w:color w:val="000000"/>
          <w:sz w:val="21"/>
        </w:rPr>
        <w:t>that's not in it's not a liquid it's not a solid it's not a gas But what they say, and I'm just going to tell you part of what they say is true. Part of what they're saying is not true because they've known about this for a long time. But Microsoft said they discovered a new element that they can now take and put on top of, layer on top of a computer chip. It's called uh topological um superconductor. Okay. So you think of it this way. See how my iPad is nice and flat. Let me do this. It's nice and flat. So a chip a computer chip is similar to this. It's nice and flat and it's got circuitry and you know etched photo etching on it and all this different stuff. But it's going this way, this way, this way, this way. It's it's like running on a map, right? The new element topological superconductor said it's like a jelly, but it's not. But it is, but it goes on top of this. So now this computer chip is not just computing this way and that way in a linear way. It's going up to the side diagonal and it takes the computing power to an unbelievable place. But this new element doesn't is not able to they're not able to get it in the state that it must be in to be usable until it reaches -459 degrees. Now, I remember teaching y'all about the fifth element a long time ago, and I told you that the old people, the in the old days, way back, the ancients called it the ether. And in my research, the Holy Spirit led me to figure it out because I could see it when I zoomed in on the moon with my P900. I could see the ether and I knew that it was different from a liquid and it wasn't certainly it wasn't a solid and it wasn't a gas but it was some kind it wasn't an even plasma it was some kind of super fluid element that we didn't really understand and I talk about how it is everywhere and it runs and permeates through everything and remember God said that he made things visible and invisible, right? Well, anyway, Microsoft announced, actually it was in February, they announced that they had discovered this and that they can take this new molecule now like say with tiny little tweezers and put it on these microchips to make them. the computing power level is going to be beyond anything that we have now. And when I say beyond, we're talking about million times over beyond what we have now. Computing power. But now they're going to have to be in these quantum computers in these massive data centers using a lot of energy to super cool these chips so they work. That's why they're trying. They're doing all this new stuff with the power grids.</w:t>
      </w:r>
    </w:p>
    <w:p>
      <w:pPr>
        <w:pStyle w:val="Heading2"/>
      </w:pPr>
      <w:r>
        <w:t>1:40:00-1:44:00</w:t>
      </w:r>
    </w:p>
    <w:p>
      <w:r>
        <w:rPr>
          <w:rFonts w:ascii="Calibri" w:hAnsi="Calibri"/>
          <w:b/>
          <w:i w:val="0"/>
          <w:color w:val="2E5D74"/>
          <w:sz w:val="21"/>
        </w:rPr>
        <w:t xml:space="preserve">Pastor Dean Odle: </w:t>
      </w:r>
      <w:r>
        <w:rPr>
          <w:rFonts w:ascii="Calibri" w:hAnsi="Calibri"/>
          <w:b w:val="0"/>
          <w:i w:val="0"/>
          <w:color w:val="000000"/>
          <w:sz w:val="21"/>
        </w:rPr>
        <w:t>Now, I bring this up because I realized once this starts being implemented, I thought AI was a problem. Now, and here's what they said. This is I read it this morning. Forbes magazine, but they said it should be ready and start being in use fully by 2027. Our world is going to go. Remember how Daniel said, one of the things Daniel said about the end times, he said these were two signs that he gave and it was brilliant simplicity, but now it makes so much sense. But he said, "Many shall run to and fro and knowledge shall be increased." Right? Well, think about 1906, 1908, what we went from there to the end of the 20th century in travel. We've had many running to and fro and knowledge has been increasing steadily. But we are about to see all the knowledge we've gained in the last hundred years will be dwarfed within months and then that'll be dwarfed again and dwarfed again and dwarfed again. We are literally at the point where artificial intelligence will have the computing power. It now has seized the fifth element, the ether. and is now going to use it against us just like they took the atom and split it and we got the bomb. I know some people don't believe the nuclear weapons. I'm I'm sorry. I do. Anyway, it's a long story, but Satan, I believe, has been teaching Satan and the fallen angels have been teaching mankind how to do all this. Now, how do you say how does this come again into what I'm talking about today? Well, what it means is that they will have the computing power to run all kinds of robots and drones and everything else. There will be an impossible mechanical, electronic, computerized, whatever you want to call it, army against us with perfect surveillance. perfect arrest capabilities. Literally, the antichrist will have the power through technology to control the entire earth. And they're saying that can be upon us now by 2027. Now that's not me and not even me talking. I think we have a little window of time and I don't know how small it is before these artificial intelligence platforms take over completely and that they are running it not the humans anymore. Now there was an interesting fellow I can't remember what was his name babe interviewed on Tucker Carlson Conrad Flynn, the son of what was his name? Yeah, Robert Conrad, I think. Yeah. Anyway, in all of his trying to put together a show about conspiracies and everything</w:t>
      </w:r>
    </w:p>
    <w:p>
      <w:pPr>
        <w:pStyle w:val="Heading2"/>
      </w:pPr>
      <w:r>
        <w:t>1:44:00-1:48:00</w:t>
      </w:r>
    </w:p>
    <w:p>
      <w:r>
        <w:rPr>
          <w:rFonts w:ascii="Calibri" w:hAnsi="Calibri"/>
          <w:b/>
          <w:i w:val="0"/>
          <w:color w:val="2E5D74"/>
          <w:sz w:val="21"/>
        </w:rPr>
        <w:t xml:space="preserve">Pastor Dean Odle: </w:t>
      </w:r>
      <w:r>
        <w:rPr>
          <w:rFonts w:ascii="Calibri" w:hAnsi="Calibri"/>
          <w:b w:val="0"/>
          <w:i w:val="0"/>
          <w:color w:val="000000"/>
          <w:sz w:val="21"/>
        </w:rPr>
        <w:t>that's going on, um, basically he ended up around a lot of these big tech people, Silicon Valley people, and he said that it's pretty clear that they're getting interested in the Antichrist and Satan. He goes, "Isn't it interesting that the people are t that are talking about, you know, that are creating the ways to surveil all of us and to uh control the economic system and everything else that now they're getting interested in the devil and uh but what he didn't understand, they've been interested, they've been actually been following him." But one of the things he said I thought was interesting and I do believe this. He said that the whole fundamental theology coming down through occult teaching from the Cabala really all goes back to the Cabala. But that in Cabala, Jewish mysticism, very satanic, very evil, but that mankind will make a Gollum, basically an inanimate object become alive. and then that Gollum will consume and destroy all of humanity. But they're okay with that, right? Well, that principle you see in almost everything they talk about. Well, he said, did we create artificial intelligence or did we create a form, a body for something else to inhabit? See, I do believe that it will be Satan in control of the artificial intelligence that he'll just push the little humans over here to the side. And remember what Jesus said. He said about the tribulation and all of this that would come upon us. said, "Unless those days were shortened, no human beings would be left." Zippity-doo. Now, some people think that's cuz he's going to take the Christians out of here in a pre-tribulation rapture. Nope. Not going to happen. He will, though, come at a time when he can stop the complete destruction of the human race. because God's not going to let that happen. Mankind will not become extinct. So there and even though some of them are warning about all this, how dangerous it is and where it's going, they're still doing it. They're still going there. They're not slowing down at all. So think about where we are right now. If they were talking about in February when they announced this that they will have this in 2027 in two years, we're we're even closer than we thought. Whoever too controls that, whoever, whoever is working with Satan beside that, Bill Gates, Elon Musk, all of them together, I don't know, somebody's going to emerge as the antichrist. How will itffecting? See this is what I have been talking about and talking about and talking about. Now for instance he said how would this how would this affect voting? Well if we don't get our voting machines get rid of them and do our voting by paper ballots and handc counting which is one of the big things I've been talking about. We will not be choosing our leaders.</w:t>
      </w:r>
    </w:p>
    <w:p>
      <w:pPr>
        <w:pStyle w:val="Heading2"/>
      </w:pPr>
      <w:r>
        <w:t>1:48:00-1:52:00</w:t>
      </w:r>
    </w:p>
    <w:p>
      <w:r>
        <w:rPr>
          <w:rFonts w:ascii="Calibri" w:hAnsi="Calibri"/>
          <w:b/>
          <w:i w:val="0"/>
          <w:color w:val="2E5D74"/>
          <w:sz w:val="21"/>
        </w:rPr>
        <w:t xml:space="preserve">Pastor Dean Odle: </w:t>
      </w:r>
      <w:r>
        <w:rPr>
          <w:rFonts w:ascii="Calibri" w:hAnsi="Calibri"/>
          <w:b w:val="0"/>
          <w:i w:val="0"/>
          <w:color w:val="000000"/>
          <w:sz w:val="21"/>
        </w:rPr>
        <w:t>I don't think really we've been choosing them anyway for a long time. uh maybe a few here and there have overcome the cheating and the manipulation, but if we don't get our elections offline, and I'm talking about ASAP before artificial intelligence goes to super intelligence and then to total quantum jelly. A I don't know what to call it. See, Tesla taught him about the ether. And they buried Tesla because the ether proved that the earth didn't move. So they buried the ether in science and physics for many years. But it's been making a comeback because they knew and it was predicted by Tesla and many and others back in the 20s and 30s that there was another element and it was going when it got discovered or fully understood it's going to change everything and see Tesla knew how to pull electric power out of the ether out of the air and they buried that because they didn't want us having free wireless electricity. They want us paying for it. So that's why it got buried. But Tesla was really the one who discovered and created the radio. The guy that's they tell you created it did not do it. They stole again stole it from Tesla. Tesla knew how to send the voices through the ether. This is why when I was studying the ether and some of you need to go back and listen to my message I did back in 2020 on the ether. But this right here is I found the document, the Russian document that the CIA had that was declassified through foyer request that says they were furious with the United States at the time because we were taking they said going to take over and control the ether. And they said if we controlled the ether we would control communications, we would control electrical power. before we'd be able to control um the way satellites really work. One just crashed. I don't know where it was in Texas or something. I just I just saw it this morning and yeah, it was on a balloon and the balloon popped and came down hu massive satellite came down in a parachute landed in his people's field and they're taking pictures of it and selfies and NASA and I'm like there's your satellite just crashed in the yard. Um, but the ether is something that is very real and like I said, I just go into great detail in that message and describe it to you. But I believe that they've learned I believe that they were starting to do this in the lab when they were uh heating I mean could not heating but cooling nit hydrogen down to negative 400 plus degrees and it created this super fluid that would leak through glass vessels and things and so what I discovered is I just kept researching different things about the ether and of course Peard when he went up to 51,000 ft bottled the air at 51,000 F feet and found it to be blue. That's the ether. And what happens is the ether is everywhere. It's just it's just not as dense down here. The higher you go, the more dense it gets. This is actually what creates the pressure. It's not gravity. It's the pressure of the system we're in that actually presses down upon us. Okay?</w:t>
      </w:r>
    </w:p>
    <w:p>
      <w:pPr>
        <w:pStyle w:val="Heading2"/>
      </w:pPr>
      <w:r>
        <w:t>1:52:00-1:56:00</w:t>
      </w:r>
    </w:p>
    <w:p>
      <w:r>
        <w:rPr>
          <w:rFonts w:ascii="Calibri" w:hAnsi="Calibri"/>
          <w:b/>
          <w:i w:val="0"/>
          <w:color w:val="2E5D74"/>
          <w:sz w:val="21"/>
        </w:rPr>
        <w:t xml:space="preserve">Pastor Dean Odle: </w:t>
      </w:r>
      <w:r>
        <w:rPr>
          <w:rFonts w:ascii="Calibri" w:hAnsi="Calibri"/>
          <w:b w:val="0"/>
          <w:i w:val="0"/>
          <w:color w:val="000000"/>
          <w:sz w:val="21"/>
        </w:rPr>
        <w:t>It's not a spinning Earth. It's not, oh, we have gravity because you got mass and all. No, that's not how it all works. and they're beginning to admit that it's not how these things work. You're going to find in the days ahead there's going to be more and more admissions that the system they've taught us is not the system we really have. Okay? Not what God created. But when you hit 73 miles, approximately 385,000 ft, the ether becomes extremely dense. Extremely dense. So much so that a rocket will hit it and it'll stop it. Okay. Then that's why they have to have a second stage rocket to start pushing through it. And when they start pushing through it, it looks like they're plowing through water. Okay? But that's not the water that's above the firmament because that's real water that's above the firmament. This is something else. It's between water and gas. It's it's it's a different element. Okay? This is why I believe that they went up in a capsule and what they do is, and I showed this in my book, they go up in a capsule, like they go up in a rocket, the nose cone opens and basically deploys a satellite or a capsule with people in it into the ether above 73 miles. Okay? And it's very different kind of buoyancy there. So that's why sometimes they get the effects of weightlessness and then sometimes it goes away. It's why, you know, space station screw falls, you know, not all of it's filmed in the pool. Some of it's actually they do have something up there. It's just not what they tell you. All right. But one of the astronauts, they admitted this on the news. I just blew my mind, went out of the capsule up in the ether, right, on a spacew walk and his spacuit filled with this fluid. and he nearly drowned. Well, the reason it filled with that fluid is because it can go through what we say is something solid. Go right through it. And guess how cold it is at 73 miles and just above -400 plus degrees. And I thought, I discovered it first. I discovered it first. Huh? But yeah, the Lord told me, I asked him one day, I was looking at the this was in 2016. I was looking at the moon and I could see this stuff and it's I knew it wasn't water. I said, "What is that?" He said, "The ether." And it took me on this journey. And then he showed me he just put all the pieces of the puzzle together. But these guys have figured out how to harness that at that temperaturegative 400 something 59 degrees and put that on a computer chip and use it for super fast computing power. It's pretty wild. That's why they're building all these data centers as fast as they can build them. So they know they do. They know. Here's what they think. They believe through Satan's lies to them, the world system, the Antichrist system, the people that are in the know, they believe that through Satan's supernatural power that he has and the technology that he has helped them create that they will be able to defeat Jesus when he returns. That is the plan. That's their plan. And that's why the Bible says that the 10 kings and that whole one world new world order</w:t>
      </w:r>
    </w:p>
    <w:p>
      <w:pPr>
        <w:pStyle w:val="Heading2"/>
      </w:pPr>
      <w:r>
        <w:t>1:56:00-2:00:00</w:t>
      </w:r>
    </w:p>
    <w:p>
      <w:r>
        <w:rPr>
          <w:rFonts w:ascii="Calibri" w:hAnsi="Calibri"/>
          <w:b/>
          <w:i w:val="0"/>
          <w:color w:val="2E5D74"/>
          <w:sz w:val="21"/>
        </w:rPr>
        <w:t xml:space="preserve">Pastor Dean Odle: </w:t>
      </w:r>
      <w:r>
        <w:rPr>
          <w:rFonts w:ascii="Calibri" w:hAnsi="Calibri"/>
          <w:b w:val="0"/>
          <w:i w:val="0"/>
          <w:color w:val="000000"/>
          <w:sz w:val="21"/>
        </w:rPr>
        <w:t>will make war against the lamb. But it says, "But they're going to lose because no matter what part of God's creation they take and manipulate and try to use back against him, he's still the one that created it all. So, you know, there's an old saying you, you know, us old guys say to younger people. It's like, you know, or students, it's like, I taught you everything you know, not everything I know. Oh, see, that's what the Lord does. He teaches us what he wants us to know, but there's a lot of stuff he's kept for himself, right? Jordan likes that. But see that I don't know maybe a while back it would have made me very kind of worried, nervous, concerned. How are we going to deal with this? Not anymore. You know, the Lord will do a new thing. Maybe he'll he'll turn off the ether. Click. Maybe he's got a switch up there. Turn it on. Turn it off. And he'll just go click. Sorry. Your quantum computers don't work anymore. Oops. Yeah. Let's stand. So, that's an introduction to the ether part two because I'm going to have to dig into this. some real digging. Let's pray. Father, we thank you so much, God, for your word that's true and powerful. Lord, you said even your written word is alive and powerful and sharper than any two-edged sword. Paul said, "In you, we live and move and have our being." Lord, God, everything you've created, God, visible and invisible, you did it for a reason. And now, Lord, they've taken the atom and made a weapon. Now, they're taking the ether and making a weapon. But you're going to come back and destroy all of that foolishness because your power is so far beyond anything that they could even imagine. So Lord, we are so glad that we know the King of Kings and the Lord of Lords, the true creator of the heavens and the earth and all elements therein. Jesus, we worship you. In the beginning was the word and the word was with God and the word was God and by him all things were made. Oh, we worship you, Lord. Lord, we are going to trust you whether we become martyrs or we're to be a witness and light for you all the way to the end and the rapture. We love you. We will not draw back. We will go forward. and we will never look back, turn back, back up, or lose our confidence and boldness in you, make us all like little David. Lord, in the name of Jesus, amen and amen. Well, all right, somebody say, "Hallelujah." Hallelujah. Say, "God is good." God is good. The word is true. Say, "I will not I will not draw back." draw back. I will go forward. I will go forward.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9666C"/>
        <w:sz w:val="18"/>
      </w:rPr>
      <w:t xml:space="preserve">Page </w:t>
    </w:r>
    <w:r>
      <w:rPr>
        <w:rFonts w:ascii="Calibri" w:hAnsi="Calibri"/>
        <w:b w:val="0"/>
        <w:i w:val="0"/>
        <w:color w:val="59666C"/>
        <w:sz w:val="18"/>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i w:val="0"/>
        <w:color w:val="59666C"/>
        <w:sz w:val="18"/>
      </w:rPr>
      <w:t>WATCHMAN 33  |  LIGHTLY EDITED TRANSCRIPT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5D74"/>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5D74"/>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8384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color w:val="18384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 Forward - Lightly Edited Transcript</dc:title>
  <dc:subject/>
  <dc:creator>Watchman 33</dc:creator>
  <cp:keywords/>
  <dc:description>generated by python-docx</dc:description>
  <cp:lastModifiedBy/>
  <cp:revision>1</cp:revision>
  <dcterms:created xsi:type="dcterms:W3CDTF">2013-12-23T23:15:00Z</dcterms:created>
  <dcterms:modified xsi:type="dcterms:W3CDTF">2013-12-23T23:15:00Z</dcterms:modified>
  <cp:category/>
</cp:coreProperties>
</file>