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Personal Revival</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1:06:19</w:t>
            </w:r>
          </w:p>
        </w:tc>
      </w:tr>
      <w:tr>
        <w:tc>
          <w:tcPr>
            <w:tcW w:type="dxa" w:w="2016"/>
            <w:vAlign w:val="center"/>
          </w:tcPr>
          <w:p>
            <w:r>
              <w:rPr>
                <w:b/>
              </w:rPr>
              <w:t>Source</w:t>
            </w:r>
          </w:p>
        </w:tc>
        <w:tc>
          <w:tcPr>
            <w:tcW w:type="dxa" w:w="7920"/>
            <w:vAlign w:val="center"/>
          </w:tcPr>
          <w:p>
            <w:r>
              <w:t>https://www.youtube.com/watch?v=Wdg7jbbTmPI</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0:00-8:17</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keepNext/>
      </w:pPr>
      <w:r>
        <w:t>2. 8:17-16:35</w:t>
      </w:r>
    </w:p>
    <w:p>
      <w:pPr>
        <w:keepNext/>
      </w:pPr>
      <w:r>
        <w:rPr>
          <w:b/>
          <w:color w:val="2E74B5"/>
        </w:rPr>
        <w:t>Pastor Dean Odle</w:t>
      </w:r>
    </w:p>
    <w:p>
      <w:pPr>
        <w:keepLines/>
      </w:pPr>
      <w:r>
        <w:t>Odle focuses on prayer while working through 1 Corinthians 10. The message argues that prayer expresses dependence on God and prepares believers to hear and obey Him. It connects this with the conviction that unresolved offense can become bitterness, while forgiveness releases judgment to God and protects the heart. The practical emphasis is to seek God in prayer and act on what Scripture requires.</w:t>
      </w:r>
    </w:p>
    <w:p>
      <w:pPr>
        <w:pStyle w:val="Heading2"/>
        <w:keepNext/>
      </w:pPr>
      <w:r>
        <w:t>3. 16:35-24:52</w:t>
      </w:r>
    </w:p>
    <w:p>
      <w:pPr>
        <w:keepNext/>
      </w:pPr>
      <w:r>
        <w:rPr>
          <w:b/>
          <w:color w:val="2E74B5"/>
        </w:rPr>
        <w:t>Pastor Dean Odle</w:t>
      </w:r>
    </w:p>
    <w:p>
      <w:pPr>
        <w:keepLines/>
      </w:pPr>
      <w:r>
        <w:t>Odle focuses on the Nephilim and judgment while working through Numbers 13. The message argues that the conquest narratives are interpreted in connection with the Nephilim and God’s judgment of entrenched evil. It connects this with the conviction that faithfulness in the home requires instruction, loving correction, protection, and a consistent Christian example. The practical emphasis is to trust God’s promises and refuse decisions governed by fear.</w:t>
      </w:r>
    </w:p>
    <w:p>
      <w:pPr>
        <w:pStyle w:val="Heading2"/>
        <w:keepNext/>
      </w:pPr>
      <w:r>
        <w:t>4. 24:52-33:10</w:t>
      </w:r>
    </w:p>
    <w:p>
      <w:pPr>
        <w:keepNext/>
      </w:pPr>
      <w:r>
        <w:rPr>
          <w:b/>
          <w:color w:val="2E74B5"/>
        </w:rPr>
        <w:t>Pastor Dean Odle</w:t>
      </w:r>
    </w:p>
    <w:p>
      <w:pPr>
        <w:keepLines/>
      </w:pPr>
      <w:r>
        <w:t>Odle focuses on faith. The message argues that biblical faith trusts God’s character and acts upon His promises. It connects this with the conviction that Scripture is presented as the standard for doctrine, discernment, and daily obedience. The practical emphasis is to seek God in prayer and act on what Scripture requires.</w:t>
      </w:r>
    </w:p>
    <w:p>
      <w:pPr>
        <w:pStyle w:val="Heading2"/>
        <w:keepNext/>
      </w:pPr>
      <w:r>
        <w:t>5. 33:10-41:27</w:t>
      </w:r>
    </w:p>
    <w:p>
      <w:pPr>
        <w:keepNext/>
      </w:pPr>
      <w:r>
        <w:rPr>
          <w:b/>
          <w:color w:val="2E74B5"/>
        </w:rPr>
        <w:t>Pastor Dean Odle</w:t>
      </w:r>
    </w:p>
    <w:p>
      <w:pPr>
        <w:keepLines/>
      </w:pPr>
      <w:r>
        <w:t>Odle focuses on the condition of the church while working through Exodus 3, Luke 16. The message argues that the church is called to recover biblical faithfulness instead of accommodating compromise. It connects this with the conviction that biblical faith trusts God’s character and acts upon His promises. The practical emphasis is to trust God’s promises and refuse decisions governed by fear.</w:t>
      </w:r>
    </w:p>
    <w:p>
      <w:pPr>
        <w:pStyle w:val="Heading2"/>
        <w:keepNext/>
      </w:pPr>
      <w:r>
        <w:t>6. 41:27-49:44</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leaders are accountable to teach faithfully, serve the flock, and model the character they proclaim. The practical emphasis is to trust God’s promises and refuse decisions governed by fear.</w:t>
      </w:r>
    </w:p>
    <w:p>
      <w:pPr>
        <w:pStyle w:val="Heading2"/>
        <w:keepNext/>
      </w:pPr>
      <w:r>
        <w:t>7. 49:44-58:02</w:t>
      </w:r>
    </w:p>
    <w:p>
      <w:pPr>
        <w:keepNext/>
      </w:pPr>
      <w:r>
        <w:rPr>
          <w:b/>
          <w:color w:val="2E74B5"/>
        </w:rPr>
        <w:t>Pastor Dean Odle</w:t>
      </w:r>
    </w:p>
    <w:p>
      <w:pPr>
        <w:keepLines/>
      </w:pPr>
      <w:r>
        <w:t>Odle focuses on the authority of Scripture while working through Ezekiel 30, Ezekiel 33, Ezekiel 33:30. The message argues that Scripture is presented as the standard for doctrine, discernment, and daily obedience. It connects this with the conviction that prayer expresses dependence on God and prepares believers to hear and obey Him. The practical emphasis is to seek God in prayer and act on what Scripture requires.</w:t>
      </w:r>
    </w:p>
    <w:p>
      <w:pPr>
        <w:pStyle w:val="Heading2"/>
        <w:keepNext/>
      </w:pPr>
      <w:r>
        <w:t>8. 58:02-1:06:19</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