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Born Again</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1:08:19</w:t>
            </w:r>
          </w:p>
        </w:tc>
      </w:tr>
      <w:tr>
        <w:tc>
          <w:tcPr>
            <w:tcW w:type="dxa" w:w="2016"/>
            <w:vAlign w:val="center"/>
          </w:tcPr>
          <w:p>
            <w:r>
              <w:rPr>
                <w:b/>
              </w:rPr>
              <w:t>Source</w:t>
            </w:r>
          </w:p>
        </w:tc>
        <w:tc>
          <w:tcPr>
            <w:tcW w:type="dxa" w:w="7920"/>
            <w:vAlign w:val="center"/>
          </w:tcPr>
          <w:p>
            <w:r>
              <w:t>https://www.youtube.com/watch?v=ry6PjVhbdtY</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0:00-8:32</w:t>
      </w:r>
    </w:p>
    <w:p>
      <w:pPr>
        <w:keepNext/>
      </w:pPr>
      <w:r>
        <w:rPr>
          <w:b/>
          <w:color w:val="2E74B5"/>
        </w:rPr>
        <w:t>Pastor Dean Odle</w:t>
      </w:r>
    </w:p>
    <w:p>
      <w:pPr>
        <w:keepLines/>
      </w:pPr>
      <w:r>
        <w:t>Odle focuses on salvation while working through John 3. The message argues that salvation is presented as God’s work in Christ that produces a changed life and continuing faith. It connects this with the conviction that the church is called to recover biblical faithfulness instead of accommodating compromise. The practical emphasis is to seek God in prayer and act on what Scripture requires.</w:t>
      </w:r>
    </w:p>
    <w:p>
      <w:pPr>
        <w:pStyle w:val="Heading2"/>
        <w:keepNext/>
      </w:pPr>
      <w:r>
        <w:t>2. 8:32-17:05</w:t>
      </w:r>
    </w:p>
    <w:p>
      <w:pPr>
        <w:keepNext/>
      </w:pPr>
      <w:r>
        <w:rPr>
          <w:b/>
          <w:color w:val="2E74B5"/>
        </w:rPr>
        <w:t>Pastor Dean Odle</w:t>
      </w:r>
    </w:p>
    <w:p>
      <w:pPr>
        <w:keepLines/>
      </w:pPr>
      <w:r>
        <w:t>Odle focuses on faith while working through John 3, Galatians 1, John 3:16. The message argues that biblical faith trusts God’s character and acts upon His promises. It connects this with the conviction that salvation is presented as God’s work in Christ that produces a changed life and continuing faith. The practical emphasis is to trust God’s promises and refuse decisions governed by fear.</w:t>
      </w:r>
    </w:p>
    <w:p>
      <w:pPr>
        <w:pStyle w:val="Heading2"/>
        <w:keepNext/>
      </w:pPr>
      <w:r>
        <w:t>3. 17:05-25:37</w:t>
      </w:r>
    </w:p>
    <w:p>
      <w:pPr>
        <w:keepNext/>
      </w:pPr>
      <w:r>
        <w:rPr>
          <w:b/>
          <w:color w:val="2E74B5"/>
        </w:rPr>
        <w:t>Pastor Dean Odle</w:t>
      </w:r>
    </w:p>
    <w:p>
      <w:pPr>
        <w:keepLines/>
      </w:pPr>
      <w:r>
        <w:t>Odle focuses on salvation while working through 1 Peter 1, Ephesians 5. The message argues that salvation is presented as God’s work in Christ that produces a changed life and continuing faith. It connects this with the conviction that biblical faith trusts God’s character and acts upon His promises. The practical emphasis is to trust God’s promises and refuse decisions governed by fear.</w:t>
      </w:r>
    </w:p>
    <w:p>
      <w:pPr>
        <w:pStyle w:val="Heading2"/>
        <w:keepNext/>
      </w:pPr>
      <w:r>
        <w:t>4. 25:37-34:10</w:t>
      </w:r>
    </w:p>
    <w:p>
      <w:pPr>
        <w:keepNext/>
      </w:pPr>
      <w:r>
        <w:rPr>
          <w:b/>
          <w:color w:val="2E74B5"/>
        </w:rPr>
        <w:t>Pastor Dean Odle</w:t>
      </w:r>
    </w:p>
    <w:p>
      <w:pPr>
        <w:keepLines/>
      </w:pPr>
      <w:r>
        <w:t>Odle focuses on faith while working through Luke 24, John 20.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keepNext/>
      </w:pPr>
      <w:r>
        <w:t>5. 34:10-42:42</w:t>
      </w:r>
    </w:p>
    <w:p>
      <w:pPr>
        <w:keepNext/>
      </w:pPr>
      <w:r>
        <w:rPr>
          <w:b/>
          <w:color w:val="2E74B5"/>
        </w:rPr>
        <w:t>Pastor Dean Odle</w:t>
      </w:r>
    </w:p>
    <w:p>
      <w:pPr>
        <w:keepLines/>
      </w:pPr>
      <w:r>
        <w:t>Odle focuses on the authority of Scripture while working through Isaiah 53, Psalm 22, Psalm 16.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6. 42:42-51:14</w:t>
      </w:r>
    </w:p>
    <w:p>
      <w:pPr>
        <w:keepNext/>
      </w:pPr>
      <w:r>
        <w:rPr>
          <w:b/>
          <w:color w:val="2E74B5"/>
        </w:rPr>
        <w:t>Pastor Dean Odle</w:t>
      </w:r>
    </w:p>
    <w:p>
      <w:pPr>
        <w:keepLines/>
      </w:pPr>
      <w:r>
        <w:t>Odle focuses on faith. The message argues that biblical faith trusts God’s character and acts upon His promises. It connects this with the conviction that salvation is presented as God’s work in Christ that produces a changed life and continuing faith. The practical emphasis is to respond with honest repentance and concrete obedience.</w:t>
      </w:r>
    </w:p>
    <w:p>
      <w:pPr>
        <w:pStyle w:val="Heading2"/>
        <w:keepNext/>
      </w:pPr>
      <w:r>
        <w:t>7. 51:14-59:47</w:t>
      </w:r>
    </w:p>
    <w:p>
      <w:pPr>
        <w:keepNext/>
      </w:pPr>
      <w:r>
        <w:rPr>
          <w:b/>
          <w:color w:val="2E74B5"/>
        </w:rPr>
        <w:t>Pastor Dean Odle</w:t>
      </w:r>
    </w:p>
    <w:p>
      <w:pPr>
        <w:keepLines/>
      </w:pPr>
      <w:r>
        <w:t>Odle focuses on faith while working through Romans 8, Romans 1:16. The message argues that biblical faith trusts God’s character and acts upon His promises. It connects this with the conviction that salvation is presented as God’s work in Christ that produces a changed life and continuing faith. The practical emphasis is to trust God’s promises and refuse decisions governed by fear.</w:t>
      </w:r>
    </w:p>
    <w:p>
      <w:pPr>
        <w:pStyle w:val="Heading2"/>
        <w:keepNext/>
      </w:pPr>
      <w:r>
        <w:t>8. 59:47-1:08:19</w:t>
      </w:r>
    </w:p>
    <w:p>
      <w:pPr>
        <w:keepNext/>
      </w:pPr>
      <w:r>
        <w:rPr>
          <w:b/>
          <w:color w:val="2E74B5"/>
        </w:rPr>
        <w:t>Pastor Dean Odle</w:t>
      </w:r>
    </w:p>
    <w:p>
      <w:pPr>
        <w:keepLines/>
      </w:pPr>
      <w:r>
        <w:t>Odle focuses on salvation while working through Romans 7. The message argues that salvation is presented as God’s work in Christ that produces a changed life and continuing faith. It connects this with the conviction that the church is called to recover biblical faithfulness instead of accommodating compromise.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