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False Apostles</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2022-11-29 (video upload date)</w:t>
            </w:r>
          </w:p>
        </w:tc>
      </w:tr>
      <w:tr>
        <w:tc>
          <w:tcPr>
            <w:tcW w:type="dxa" w:w="2016"/>
            <w:vAlign w:val="center"/>
          </w:tcPr>
          <w:p>
            <w:r>
              <w:rPr>
                <w:b/>
              </w:rPr>
              <w:t>Duration</w:t>
            </w:r>
          </w:p>
        </w:tc>
        <w:tc>
          <w:tcPr>
            <w:tcW w:type="dxa" w:w="7920"/>
            <w:vAlign w:val="center"/>
          </w:tcPr>
          <w:p>
            <w:r>
              <w:t>1:34:58</w:t>
            </w:r>
          </w:p>
        </w:tc>
      </w:tr>
      <w:tr>
        <w:tc>
          <w:tcPr>
            <w:tcW w:type="dxa" w:w="2016"/>
            <w:vAlign w:val="center"/>
          </w:tcPr>
          <w:p>
            <w:r>
              <w:rPr>
                <w:b/>
              </w:rPr>
              <w:t>Source</w:t>
            </w:r>
          </w:p>
        </w:tc>
        <w:tc>
          <w:tcPr>
            <w:tcW w:type="dxa" w:w="7920"/>
            <w:vAlign w:val="center"/>
          </w:tcPr>
          <w:p>
            <w:r>
              <w:t>https://www.youtube.com/watch?v=qRrXgyIsf8E</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0:00-10:33</w:t>
      </w:r>
    </w:p>
    <w:p>
      <w:pPr>
        <w:keepNext/>
      </w:pPr>
      <w:r>
        <w:rPr>
          <w:b/>
          <w:color w:val="2E74B5"/>
        </w:rPr>
        <w:t>Pastor Dean Odle</w:t>
      </w:r>
    </w:p>
    <w:p>
      <w:pPr>
        <w:keepLines/>
      </w:pPr>
      <w:r>
        <w:t>Odle focuses on the condition of the church while working through Colossians 3:15. The message argues that the church is called to recover biblical faithfulness instead of accommodating compromise. It connects this with the conviction that salvation is presented as God’s work in Christ that produces a changed life and continuing faith. The practical emphasis is to test the teaching by Scripture and apply it through faithful obedience.</w:t>
      </w:r>
    </w:p>
    <w:p>
      <w:pPr>
        <w:pStyle w:val="Heading2"/>
        <w:keepNext/>
      </w:pPr>
      <w:r>
        <w:t>2. 10:33-21:06</w:t>
      </w:r>
    </w:p>
    <w:p>
      <w:pPr>
        <w:keepNext/>
      </w:pPr>
      <w:r>
        <w:rPr>
          <w:b/>
          <w:color w:val="2E74B5"/>
        </w:rPr>
        <w:t>Pastor Dean Odle</w:t>
      </w:r>
    </w:p>
    <w:p>
      <w:pPr>
        <w:keepLines/>
      </w:pPr>
      <w:r>
        <w:t>Odle focuses on the condition of the church while working through Ephesians 4, 2 Corinthians 11, Matthew 7. The message argues that the church is called to recover biblical faithfulness instead of accommodating compromise. It connects this with the conviction that leaders are accountable to teach faithfully, serve the flock, and model the character they proclaim. The practical emphasis is to remain watchful, grounded in Scripture, and ready to obey Christ.</w:t>
      </w:r>
    </w:p>
    <w:p>
      <w:pPr>
        <w:pStyle w:val="Heading2"/>
        <w:keepNext/>
      </w:pPr>
      <w:r>
        <w:t>3. 21:06-31:39</w:t>
      </w:r>
    </w:p>
    <w:p>
      <w:pPr>
        <w:keepNext/>
      </w:pPr>
      <w:r>
        <w:rPr>
          <w:b/>
          <w:color w:val="2E74B5"/>
        </w:rPr>
        <w:t>Pastor Dean Odle</w:t>
      </w:r>
    </w:p>
    <w:p>
      <w:pPr>
        <w:keepLines/>
      </w:pPr>
      <w:r>
        <w:t>Odle focuses on the condition of the church. The message argues that the church is called to recover biblical faithfulness instead of accommodating compromise. It connects this with the conviction that angelic activity is examined within the biblical passage and its prophetic sequence. The practical emphasis is to trust God’s promises and refuse decisions governed by fear.</w:t>
      </w:r>
    </w:p>
    <w:p>
      <w:pPr>
        <w:pStyle w:val="Heading2"/>
        <w:keepNext/>
      </w:pPr>
      <w:r>
        <w:t>4. 31:39-42:12</w:t>
      </w:r>
    </w:p>
    <w:p>
      <w:pPr>
        <w:keepNext/>
      </w:pPr>
      <w:r>
        <w:rPr>
          <w:b/>
          <w:color w:val="2E74B5"/>
        </w:rPr>
        <w:t>Pastor Dean Odle</w:t>
      </w:r>
    </w:p>
    <w:p>
      <w:pPr>
        <w:keepLines/>
      </w:pPr>
      <w:r>
        <w:t>Odle focuses on angelic messengers. The message argues that angelic activity is examined within the biblical passage and its prophetic sequence. It connects this with the conviction that Islamic claims and biblical revelation present incompatible accounts of God and salvation. The practical emphasis is to test the teaching by Scripture and apply it through faithful obedience.</w:t>
      </w:r>
    </w:p>
    <w:p>
      <w:pPr>
        <w:pStyle w:val="Heading2"/>
        <w:keepNext/>
      </w:pPr>
      <w:r>
        <w:t>5. 42:12-52:46</w:t>
      </w:r>
    </w:p>
    <w:p>
      <w:pPr>
        <w:keepNext/>
      </w:pPr>
      <w:r>
        <w:rPr>
          <w:b/>
          <w:color w:val="2E74B5"/>
        </w:rPr>
        <w:t>Pastor Dean Odle</w:t>
      </w:r>
    </w:p>
    <w:p>
      <w:pPr>
        <w:keepLines/>
      </w:pPr>
      <w:r>
        <w:t>Odle focuses on eternal judgment while working through Romans 1, Genesis 18. The message argues that the reality of final judgment gives urgency to repentance, salvation, and faithful witness. It connects this with the conviction that faithfulness in the home requires instruction, loving correction, protection, and a consistent Christian example. The practical emphasis is to test the teaching by Scripture and apply it through faithful obedience.</w:t>
      </w:r>
    </w:p>
    <w:p>
      <w:pPr>
        <w:pStyle w:val="Heading2"/>
        <w:keepNext/>
      </w:pPr>
      <w:r>
        <w:t>6. 52:46-1:03:19</w:t>
      </w:r>
    </w:p>
    <w:p>
      <w:pPr>
        <w:keepNext/>
      </w:pPr>
      <w:r>
        <w:rPr>
          <w:b/>
          <w:color w:val="2E74B5"/>
        </w:rPr>
        <w:t>Pastor Dean Odle</w:t>
      </w:r>
    </w:p>
    <w:p>
      <w:pPr>
        <w:keepLines/>
      </w:pPr>
      <w:r>
        <w:t>Odle focuses on the condition of the church while working through 1 Corinthians 5. The message argues that the church is called to recover biblical faithfulness instead of accommodating compromise. It connects this with the conviction that leaders are accountable to teach faithfully, serve the flock, and model the character they proclaim. The practical emphasis is to test the teaching by Scripture and apply it through faithful obedience.</w:t>
      </w:r>
    </w:p>
    <w:p>
      <w:pPr>
        <w:pStyle w:val="Heading2"/>
        <w:keepNext/>
      </w:pPr>
      <w:r>
        <w:t>7. 1:03:19-1:13:52</w:t>
      </w:r>
    </w:p>
    <w:p>
      <w:pPr>
        <w:keepNext/>
      </w:pPr>
      <w:r>
        <w:rPr>
          <w:b/>
          <w:color w:val="2E74B5"/>
        </w:rPr>
        <w:t>Pastor Dean Odle</w:t>
      </w:r>
    </w:p>
    <w:p>
      <w:pPr>
        <w:keepLines/>
      </w:pPr>
      <w:r>
        <w:t>Odle focuses on the condition of the church while working through Proverbs 29. The message argues that the church is called to recover biblical faithfulness instead of accommodating compromise. It connects this with the conviction that prophecy should produce discernment, readiness, and faithfulness rather than speculation alone. The practical emphasis is to remain watchful, grounded in Scripture, and ready to obey Christ.</w:t>
      </w:r>
    </w:p>
    <w:p>
      <w:pPr>
        <w:pStyle w:val="Heading2"/>
        <w:keepNext/>
      </w:pPr>
      <w:r>
        <w:t>8. 1:13:52-1:24:25</w:t>
      </w:r>
    </w:p>
    <w:p>
      <w:pPr>
        <w:keepNext/>
      </w:pPr>
      <w:r>
        <w:rPr>
          <w:b/>
          <w:color w:val="2E74B5"/>
        </w:rPr>
        <w:t>Pastor Dean Odle</w:t>
      </w:r>
    </w:p>
    <w:p>
      <w:pPr>
        <w:keepLines/>
      </w:pPr>
      <w:r>
        <w:t>Odle focuses on biblical love while working through Proverbs 27, 1 Corinthians 13. The message argues that biblical love is demonstrated through truth, patience, sacrifice, and conduct toward others. It connects this with the conviction that prayer expresses dependence on God and prepares believers to hear and obey Him. The practical emphasis is to seek God in prayer and act on what Scripture requires.</w:t>
      </w:r>
    </w:p>
    <w:p>
      <w:pPr>
        <w:pStyle w:val="Heading2"/>
        <w:keepNext/>
      </w:pPr>
      <w:r>
        <w:t>9. 1:24:25-1:34:58</w:t>
      </w:r>
    </w:p>
    <w:p>
      <w:pPr>
        <w:keepNext/>
      </w:pPr>
      <w:r>
        <w:rPr>
          <w:b/>
          <w:color w:val="2E74B5"/>
        </w:rPr>
        <w:t>Pastor Dean Odle</w:t>
      </w:r>
    </w:p>
    <w:p>
      <w:pPr>
        <w:keepLines/>
      </w:pPr>
      <w:r>
        <w:t>Odle focuses on family discipleship. The message argues that faithfulness in the home requires instruction, loving correction, protection, and a consistent Christian example. It connects this with the conviction that prayer expresses dependence on God and prepares believers to hear and obey Him.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