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Little Foxes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1:05:35</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https://www.youtube.com/watch?v=Hbn1rO8hA_w</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“Little Foxes,” Pastor Dean Odle presents a Scripture-centered message about Saul’s example, rebellion and obedience, faith. Drawing especially from Song Of Solomon 2, 1 Samuel 10, Matthew 24, 1 Samuel 15, the teaching emphasizes that Saul’s decline illustrates the danger of insecurity, partial obedience, and resistance to correction. Odle connects that foundation with the conviction that rebellion resists God’s authority, while obedience submits desires and decisions to His word.</w:t>
      </w:r>
    </w:p>
    <w:p>
      <w:r>
        <w:t>As the sermon progresses, it addresses the authority of Scripture, divine judgment, Bible prophecy. The message repeatedly calls listeners to remain watchful, grounded in Scripture, and ready to obey Christ.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2022-06-21;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End Times; Christ Alone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Song Of Solomon 2; 1 Samuel 10; Matthew 24; 1 Samuel 15; Saul’S Example; Rebellion And Obedience; Faith; The Authority Of Scripture; Divine Judgment; Bible Prophecy; Grace And Mercy</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Song Of Solomon 2 and Israel In Prophecy</w:t>
      </w:r>
    </w:p>
    <w:p>
      <w:r>
        <w:rPr>
          <w:b/>
          <w:color w:val="2E74B5"/>
        </w:rPr>
        <w:t>0:00-8:12</w:t>
      </w:r>
    </w:p>
    <w:p>
      <w:r>
        <w:t>Odle focuses on Saul’s example while working through Song Of Solomon 2. The message argues that Saul’s decline illustrates the danger of insecurity, partial obedience, and resistance to correction. It connects this with the conviction that the sermon relates Israel’s place in Scripture to the unfolding prophetic picture. The practical emphasis is to remain watchful, grounded in Scripture, and ready to obey Christ.</w:t>
      </w:r>
    </w:p>
    <w:p>
      <w:pPr>
        <w:pStyle w:val="Heading2"/>
      </w:pPr>
      <w:r>
        <w:t>2. Matthew 24 and Rebellion And Obedience</w:t>
      </w:r>
    </w:p>
    <w:p>
      <w:r>
        <w:rPr>
          <w:b/>
          <w:color w:val="2E74B5"/>
        </w:rPr>
        <w:t>8:12-16:24</w:t>
      </w:r>
    </w:p>
    <w:p>
      <w:r>
        <w:t>Odle focuses on Saul’s example while working through Matthew 24. The message argues that Saul’s decline illustrates the danger of insecurity, partial obedience, and resistance to correction. It connects this with the conviction that rebellion resists God’s authority, while obedience submits desires and decisions to His word. The practical emphasis is to remain watchful, grounded in Scripture, and ready to obey Christ.</w:t>
      </w:r>
    </w:p>
    <w:p>
      <w:pPr>
        <w:pStyle w:val="Heading2"/>
      </w:pPr>
      <w:r>
        <w:t>3. John 14 and Faith</w:t>
      </w:r>
    </w:p>
    <w:p>
      <w:r>
        <w:rPr>
          <w:b/>
          <w:color w:val="2E74B5"/>
        </w:rPr>
        <w:t>16:24-24:36</w:t>
      </w:r>
    </w:p>
    <w:p>
      <w:r>
        <w:t>Odle focuses on divine judgment while working through John 14. The message argues that God’s judgment is treated as righteous, certain, and a reason to repent while mercy is offered. It connects this with the conviction that biblical faith trusts God’s character and acts upon His promises. The practical emphasis is to seek God in prayer and act on what Scripture requires.</w:t>
      </w:r>
    </w:p>
    <w:p>
      <w:pPr>
        <w:pStyle w:val="Heading2"/>
      </w:pPr>
      <w:r>
        <w:t>4. The Condition Of The Heart and Spiritual Leadership</w:t>
      </w:r>
    </w:p>
    <w:p>
      <w:r>
        <w:rPr>
          <w:b/>
          <w:color w:val="2E74B5"/>
        </w:rPr>
        <w:t>24:36-32:48</w:t>
      </w:r>
    </w:p>
    <w:p>
      <w:r>
        <w:t>Odle focuses on the condition of the heart. The message argues that the inner life must be healed, guarded, and brought under the truth of God’s word. It connects this with the conviction that leaders are accountable to teach faithfully, serve the flock, and model the character they proclaim. The practical emphasis is to test the teaching by Scripture and apply it through faithful obedience.</w:t>
      </w:r>
    </w:p>
    <w:p>
      <w:pPr>
        <w:pStyle w:val="Heading2"/>
      </w:pPr>
      <w:r>
        <w:t>5. Satanic Opposition and Marriage And Covenant</w:t>
      </w:r>
    </w:p>
    <w:p>
      <w:r>
        <w:rPr>
          <w:b/>
          <w:color w:val="2E74B5"/>
        </w:rPr>
        <w:t>32:48-41:00</w:t>
      </w:r>
    </w:p>
    <w:p>
      <w:r>
        <w:t>Odle focuses on Satanic opposition. The message argues that Satan’s work is described through deception, accusation, temptation, and opposition to God’s purposes. It connects this with the conviction that marriage is treated as a covenant requiring faithfulness, sacrifice, truth, and biblical order. The practical emphasis is to respond with honest repentance and concrete obedience.</w:t>
      </w:r>
    </w:p>
    <w:p>
      <w:pPr>
        <w:pStyle w:val="Heading2"/>
      </w:pPr>
      <w:r>
        <w:t>6. Ephesians 5 and Holiness</w:t>
      </w:r>
    </w:p>
    <w:p>
      <w:r>
        <w:rPr>
          <w:b/>
          <w:color w:val="2E74B5"/>
        </w:rPr>
        <w:t>41:00-49:12</w:t>
      </w:r>
    </w:p>
    <w:p>
      <w:r>
        <w:t>Odle focuses on grace and mercy while working through Ephesians 5. The message argues that God’s grace forgives and also trains believers to leave sin and live in obedience. It connects this with the conviction that God calls believers to reject compromise and pursue practical holiness. The practical emphasis is to trust God’s promises and refuse decisions governed by fear.</w:t>
      </w:r>
    </w:p>
    <w:p>
      <w:pPr>
        <w:pStyle w:val="Heading2"/>
      </w:pPr>
      <w:r>
        <w:t>7. Divine Judgment and Faith</w:t>
      </w:r>
    </w:p>
    <w:p>
      <w:r>
        <w:rPr>
          <w:b/>
          <w:color w:val="2E74B5"/>
        </w:rPr>
        <w:t>49:12-57:24</w:t>
      </w:r>
    </w:p>
    <w:p>
      <w:r>
        <w:t>Odle focuses on divine judgment. The message argues that God’s judgment is treated as righteous, certain, and a reason to repent while mercy is offered. It connects this with the conviction that biblical faith trusts God’s character and acts upon His promises. The practical emphasis is to trust God’s promises and refuse decisions governed by fear.</w:t>
      </w:r>
    </w:p>
    <w:p>
      <w:pPr>
        <w:pStyle w:val="Heading2"/>
      </w:pPr>
      <w:r>
        <w:t>8. Prayer and The Authority Of Scripture</w:t>
      </w:r>
    </w:p>
    <w:p>
      <w:r>
        <w:rPr>
          <w:b/>
          <w:color w:val="2E74B5"/>
        </w:rPr>
        <w:t>57:24-1:05:35</w:t>
      </w:r>
    </w:p>
    <w:p>
      <w:r>
        <w:t>Odle focuses on prayer. The message argues that prayer expresses dependence on God and prepares believers to hear and obey Him. It connects this with the conviction that Scripture is presented as the standard for doctrine, discernment, and daily obedience.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Song Of Solomon 2</w:t>
            </w:r>
          </w:p>
        </w:tc>
        <w:tc>
          <w:tcPr>
            <w:tcW w:type="dxa" w:w="4896"/>
          </w:tcPr>
          <w:p>
            <w:r>
              <w:t>Used in the sermon’s teaching on Saul’s example and its practical application.</w:t>
            </w:r>
          </w:p>
        </w:tc>
      </w:tr>
      <w:tr>
        <w:tc>
          <w:tcPr>
            <w:tcW w:type="dxa" w:w="4896"/>
          </w:tcPr>
          <w:p>
            <w:r>
              <w:t>1 Samuel 10</w:t>
            </w:r>
          </w:p>
        </w:tc>
        <w:tc>
          <w:tcPr>
            <w:tcW w:type="dxa" w:w="4896"/>
          </w:tcPr>
          <w:p>
            <w:r>
              <w:t>Used in the sermon’s teaching on Saul’s example and its practical application.</w:t>
            </w:r>
          </w:p>
        </w:tc>
      </w:tr>
      <w:tr>
        <w:tc>
          <w:tcPr>
            <w:tcW w:type="dxa" w:w="4896"/>
          </w:tcPr>
          <w:p>
            <w:r>
              <w:t>Matthew 24</w:t>
            </w:r>
          </w:p>
        </w:tc>
        <w:tc>
          <w:tcPr>
            <w:tcW w:type="dxa" w:w="4896"/>
          </w:tcPr>
          <w:p>
            <w:r>
              <w:t>Used in the sermon’s teaching on Saul’s example and its practical application.</w:t>
            </w:r>
          </w:p>
        </w:tc>
      </w:tr>
      <w:tr>
        <w:tc>
          <w:tcPr>
            <w:tcW w:type="dxa" w:w="4896"/>
          </w:tcPr>
          <w:p>
            <w:r>
              <w:t>1 Samuel 15</w:t>
            </w:r>
          </w:p>
        </w:tc>
        <w:tc>
          <w:tcPr>
            <w:tcW w:type="dxa" w:w="4896"/>
          </w:tcPr>
          <w:p>
            <w:r>
              <w:t>Used in the sermon’s teaching on Saul’s example and its practical application.</w:t>
            </w:r>
          </w:p>
        </w:tc>
      </w:tr>
      <w:tr>
        <w:tc>
          <w:tcPr>
            <w:tcW w:type="dxa" w:w="4896"/>
          </w:tcPr>
          <w:p>
            <w:r>
              <w:t>John 14</w:t>
            </w:r>
          </w:p>
        </w:tc>
        <w:tc>
          <w:tcPr>
            <w:tcW w:type="dxa" w:w="4896"/>
          </w:tcPr>
          <w:p>
            <w:r>
              <w:t>Used in the sermon’s teaching on Saul’s example and its practical application.</w:t>
            </w:r>
          </w:p>
        </w:tc>
      </w:tr>
      <w:tr>
        <w:tc>
          <w:tcPr>
            <w:tcW w:type="dxa" w:w="4896"/>
          </w:tcPr>
          <w:p>
            <w:r>
              <w:t>1 Kings 13</w:t>
            </w:r>
          </w:p>
        </w:tc>
        <w:tc>
          <w:tcPr>
            <w:tcW w:type="dxa" w:w="4896"/>
          </w:tcPr>
          <w:p>
            <w:r>
              <w:t>Used in the sermon’s teaching on Saul’s example and its practical application.</w:t>
            </w:r>
          </w:p>
        </w:tc>
      </w:tr>
      <w:tr>
        <w:tc>
          <w:tcPr>
            <w:tcW w:type="dxa" w:w="4896"/>
          </w:tcPr>
          <w:p>
            <w:r>
              <w:t>1 Corinthians 5</w:t>
            </w:r>
          </w:p>
        </w:tc>
        <w:tc>
          <w:tcPr>
            <w:tcW w:type="dxa" w:w="4896"/>
          </w:tcPr>
          <w:p>
            <w:r>
              <w:t>Used in the sermon’s teaching on Saul’s example and its practical application.</w:t>
            </w:r>
          </w:p>
        </w:tc>
      </w:tr>
      <w:tr>
        <w:tc>
          <w:tcPr>
            <w:tcW w:type="dxa" w:w="4896"/>
          </w:tcPr>
          <w:p>
            <w:r>
              <w:t>Ephesians 5</w:t>
            </w:r>
          </w:p>
        </w:tc>
        <w:tc>
          <w:tcPr>
            <w:tcW w:type="dxa" w:w="4896"/>
          </w:tcPr>
          <w:p>
            <w:r>
              <w:t>Used in the sermon’s teaching on Saul’s example and its practical application.</w:t>
            </w:r>
          </w:p>
        </w:tc>
      </w:tr>
    </w:tbl>
    <w:p>
      <w:r>
        <w:br w:type="page"/>
      </w:r>
    </w:p>
    <w:p>
      <w:pPr>
        <w:pStyle w:val="Heading1"/>
      </w:pPr>
      <w:r>
        <w:t>Sources and Editorial Notes</w:t>
      </w:r>
    </w:p>
    <w:p>
      <w:r>
        <w:t>Primary video: https://www.youtube.com/watch?v=Hbn1rO8hA_w</w:t>
      </w:r>
    </w:p>
    <w:p>
      <w:r>
        <w:t>YouTube lists 2022-06-21 as the video upload/publication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