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jc w:val="center"/>
      </w:pPr>
      <w:r>
        <w:rPr>
          <w:rFonts w:ascii="Calibri" w:hAnsi="Calibri"/>
          <w:b/>
          <w:i w:val="0"/>
          <w:color w:val="A67C2E"/>
          <w:sz w:val="22"/>
        </w:rPr>
        <w:t>WATCHMAN 33</w:t>
      </w:r>
    </w:p>
    <w:p>
      <w:pPr>
        <w:pStyle w:val="Title"/>
        <w:jc w:val="center"/>
      </w:pPr>
      <w:r>
        <w:t>Faith</w:t>
      </w:r>
    </w:p>
    <w:p>
      <w:pPr>
        <w:jc w:val="center"/>
      </w:pPr>
      <w:r>
        <w:rPr>
          <w:rFonts w:ascii="Calibri" w:hAnsi="Calibri"/>
          <w:b/>
          <w:i w:val="0"/>
          <w:color w:val="2E5D74"/>
          <w:sz w:val="30"/>
        </w:rPr>
        <w:t>Lightly Edited Transcript</w:t>
      </w:r>
    </w:p>
    <w:p>
      <w:pPr>
        <w:spacing w:before="560"/>
        <w:jc w:val="center"/>
      </w:pPr>
      <w:r>
        <w:rPr>
          <w:rFonts w:ascii="Calibri" w:hAnsi="Calibri"/>
          <w:b/>
          <w:i w:val="0"/>
          <w:color w:val="59666C"/>
          <w:sz w:val="22"/>
        </w:rPr>
        <w:t>Pastor Dean Odle</w:t>
      </w:r>
    </w:p>
    <w:p>
      <w:pPr>
        <w:jc w:val="center"/>
      </w:pPr>
      <w:r>
        <w:rPr>
          <w:rFonts w:ascii="Calibri" w:hAnsi="Calibri"/>
          <w:b w:val="0"/>
          <w:i/>
          <w:color w:val="59666C"/>
          <w:sz w:val="21"/>
        </w:rPr>
        <w:t>Edited for readability while preserving the speaker’s meaning and substantive statements.</w:t>
      </w:r>
    </w:p>
    <w:p>
      <w:r>
        <w:br w:type="page"/>
      </w:r>
    </w:p>
    <w:p>
      <w:pPr>
        <w:pStyle w:val="Heading1"/>
      </w:pPr>
      <w:r>
        <w:t>Transcript Note</w:t>
      </w:r>
    </w:p>
    <w:p>
      <w:r>
        <w:t>Basis: the supplied timestamped transcript. This is a substantially word-for-word, lightly edited transcript. Editing removed timestamp artifacts, immediate stutters, accidental repeated words, isolated filler, and non-substantive music markers; punctuation and paragraphing were normalized. Substantive claims, examples, prayers, controversial statements, and sequence were preserved. The speaker’s statements are not presented as independently verified facts.</w:t>
      </w:r>
    </w:p>
    <w:p>
      <w:pPr>
        <w:spacing w:after="60"/>
      </w:pPr>
      <w:r>
        <w:rPr>
          <w:rFonts w:ascii="Calibri" w:hAnsi="Calibri"/>
          <w:b/>
          <w:i w:val="0"/>
          <w:color w:val="183845"/>
          <w:sz w:val="21"/>
        </w:rPr>
        <w:t xml:space="preserve">Speaker: </w:t>
      </w:r>
      <w:r>
        <w:rPr>
          <w:rFonts w:ascii="Calibri" w:hAnsi="Calibri"/>
          <w:b w:val="0"/>
          <w:i w:val="0"/>
          <w:color w:val="000000"/>
          <w:sz w:val="21"/>
        </w:rPr>
        <w:t>Pastor Dean Odle</w:t>
      </w:r>
    </w:p>
    <w:p>
      <w:pPr>
        <w:spacing w:after="60"/>
      </w:pPr>
      <w:r>
        <w:rPr>
          <w:rFonts w:ascii="Calibri" w:hAnsi="Calibri"/>
          <w:b/>
          <w:i w:val="0"/>
          <w:color w:val="183845"/>
          <w:sz w:val="21"/>
        </w:rPr>
        <w:t xml:space="preserve">Source: </w:t>
      </w:r>
      <w:r>
        <w:rPr>
          <w:rFonts w:ascii="Calibri" w:hAnsi="Calibri"/>
          <w:b w:val="0"/>
          <w:i w:val="0"/>
          <w:color w:val="000000"/>
          <w:sz w:val="21"/>
        </w:rPr>
        <w:t>https://www.youtube.com/watch?v=mtx4-UkE3ss&amp;t=5s</w:t>
      </w:r>
    </w:p>
    <w:p>
      <w:pPr>
        <w:spacing w:after="60"/>
      </w:pPr>
      <w:r>
        <w:rPr>
          <w:rFonts w:ascii="Calibri" w:hAnsi="Calibri"/>
          <w:b/>
          <w:i w:val="0"/>
          <w:color w:val="183845"/>
          <w:sz w:val="21"/>
        </w:rPr>
        <w:t xml:space="preserve">Duration: </w:t>
      </w:r>
      <w:r>
        <w:rPr>
          <w:rFonts w:ascii="Calibri" w:hAnsi="Calibri"/>
          <w:b w:val="0"/>
          <w:i w:val="0"/>
          <w:color w:val="000000"/>
          <w:sz w:val="21"/>
        </w:rPr>
        <w:t>1:42:48</w:t>
      </w:r>
    </w:p>
    <w:p>
      <w:pPr>
        <w:spacing w:after="60"/>
      </w:pPr>
      <w:r>
        <w:rPr>
          <w:rFonts w:ascii="Calibri" w:hAnsi="Calibri"/>
          <w:b/>
          <w:i w:val="0"/>
          <w:color w:val="183845"/>
          <w:sz w:val="21"/>
        </w:rPr>
        <w:t xml:space="preserve">Transcript basis: </w:t>
      </w:r>
      <w:r>
        <w:rPr>
          <w:rFonts w:ascii="Calibri" w:hAnsi="Calibri"/>
          <w:b w:val="0"/>
          <w:i w:val="0"/>
          <w:color w:val="000000"/>
          <w:sz w:val="21"/>
        </w:rPr>
        <w:t>Supplied timestamped transcript, lightly edited for readability.</w:t>
      </w:r>
    </w:p>
    <w:p>
      <w:pPr>
        <w:spacing w:after="60"/>
      </w:pPr>
      <w:r>
        <w:rPr>
          <w:rFonts w:ascii="Calibri" w:hAnsi="Calibri"/>
          <w:b/>
          <w:i w:val="0"/>
          <w:color w:val="183845"/>
          <w:sz w:val="21"/>
        </w:rPr>
        <w:t xml:space="preserve">Scripture translation: </w:t>
      </w:r>
      <w:r>
        <w:rPr>
          <w:rFonts w:ascii="Calibri" w:hAnsi="Calibri"/>
          <w:b w:val="0"/>
          <w:i w:val="0"/>
          <w:color w:val="000000"/>
          <w:sz w:val="21"/>
        </w:rPr>
        <w:t>King James Version (KJV)</w:t>
      </w:r>
    </w:p>
    <w:p>
      <w:pPr>
        <w:pStyle w:val="Heading1"/>
      </w:pPr>
      <w:r>
        <w:t>Lightly Edited Timestamped Transcript</w:t>
      </w:r>
    </w:p>
    <w:p>
      <w:pPr>
        <w:pStyle w:val="Heading2"/>
      </w:pPr>
      <w:r>
        <w:t>00:00-04:00</w:t>
      </w:r>
    </w:p>
    <w:p>
      <w:r>
        <w:rPr>
          <w:rFonts w:ascii="Calibri" w:hAnsi="Calibri"/>
          <w:b/>
          <w:i w:val="0"/>
          <w:color w:val="2E5D74"/>
          <w:sz w:val="21"/>
        </w:rPr>
        <w:t xml:space="preserve">Pastor Dean Odle: </w:t>
      </w:r>
      <w:r>
        <w:rPr>
          <w:rFonts w:ascii="Calibri" w:hAnsi="Calibri"/>
          <w:b w:val="0"/>
          <w:i w:val="0"/>
          <w:color w:val="000000"/>
          <w:sz w:val="21"/>
        </w:rPr>
        <w:t>Hallelujah to Jesus. Let's just pray right now.    Thank you Lord. Thank you for your presence Lord.  Thank you Lord. Thank you Lord that you take the simple things of this world, the foolish things. Thank you Lord to confound the wise. Thank you Lord. Lord take us off our high places. Take us off our thrones, Lord. Lord Jesus, forgive us. Forgive us for our pride, Lord.  Forgive us, Jesus. And [music and singing] help us not to Lord, don't let pride take hold of us. We love you, Lord.   I want to do this song. This song is so good because it's word. It's God. It's God's promise to us.  Just kind of want to dedicate this to a next level today.  To you, Pastor Troy. No weapon formed against me shall prosper. It won't work. No weapon formed against me shall prosper. It won't work. Just going to freestyle a minute here. Uh media team, just bear with me.  When the enemy comes in like a flood, the Lord will raise up a standard against him and everything that he brings against you. It won't work. When the enemy comes in like a flood, the Lord will raise up a standard against him. And that's the promise that we have in Jesus. It won't work. thing. No weapon formed against me shall prosper. It won't work. No weapon [music and singing] formed against me shall prosper.  It won't work. So don't let that lie that the enemy tells you and tells you, "Oh, nobody loves you." That's the biggest lie. Cuz Jesus died. That's the biggest lie. Because he desires closeness.</w:t>
      </w:r>
    </w:p>
    <w:p>
      <w:pPr>
        <w:pStyle w:val="Heading2"/>
      </w:pPr>
      <w:r>
        <w:t>04:00-08:00</w:t>
      </w:r>
    </w:p>
    <w:p>
      <w:r>
        <w:rPr>
          <w:rFonts w:ascii="Calibri" w:hAnsi="Calibri"/>
          <w:b/>
          <w:i w:val="0"/>
          <w:color w:val="2E5D74"/>
          <w:sz w:val="21"/>
        </w:rPr>
        <w:t xml:space="preserve">Pastor Dean Odle: </w:t>
      </w:r>
      <w:r>
        <w:rPr>
          <w:rFonts w:ascii="Calibri" w:hAnsi="Calibri"/>
          <w:b w:val="0"/>
          <w:i w:val="0"/>
          <w:color w:val="000000"/>
          <w:sz w:val="21"/>
        </w:rPr>
        <w:t>He wants to be close. When the enemy comes in like a flood, the Lord will raise up a standard against him and everything that he does, it won't work. Say no weapon formed against me shall prosper. It won't work. No weapon formed against me shall prosper. It won't work. Let's do that bridge. And I won't be afraid of the arrows by day from the hand of [music and singing] the me. I will stand my ground with the Lord and my son. For the snares they have said will not succeed. No. No weapon formed against me shall prosper. It won't work. No weapon formed against me shall prosper. It won't work.  Yeah. And let's just stand on that word.  Thank you Jesus. Thank you Lord Jesus for a refreshing. Thank you for refreshing your people here today. Lord shall prosper. It [music and singing] won't work.  You know why it won't prosper? You know why? Because God will do what he said he would do. He will stand by his word. He will come through. Say, "God will do what he said he would do. He's not a man he should laugh. He will come through to say God will do what he said he would do. He will stand by his word. He will come through. No weapon formed against me shall prosper. It won't work. Sing it to him. Keep singing. Yes, Lord. Thank you Jesus. Love you Lord shall prosper. It won't work.  Yes, Lord. Going to write a song. I'm going to call it in your face devil.  Amen. Amen.</w:t>
      </w:r>
    </w:p>
    <w:p>
      <w:pPr>
        <w:pStyle w:val="Heading2"/>
      </w:pPr>
      <w:r>
        <w:t>08:00-12:00</w:t>
      </w:r>
    </w:p>
    <w:p>
      <w:r>
        <w:rPr>
          <w:rFonts w:ascii="Calibri" w:hAnsi="Calibri"/>
          <w:b/>
          <w:i w:val="0"/>
          <w:color w:val="2E5D74"/>
          <w:sz w:val="21"/>
        </w:rPr>
        <w:t xml:space="preserve">Pastor Dean Odle: </w:t>
      </w:r>
      <w:r>
        <w:rPr>
          <w:rFonts w:ascii="Calibri" w:hAnsi="Calibri"/>
          <w:b w:val="0"/>
          <w:i w:val="0"/>
          <w:color w:val="000000"/>
          <w:sz w:val="21"/>
        </w:rPr>
        <w:t>Thank you Jesus. Thank you Jesus. Because of Jesus, not because of anything we do. It's what the Lord has done. It's what the Lord has done. Let's think about what the Lord has done for us today.  What has he done? And if and if it's only just the air or the birds of the sky, he's so good. Yeah. Jesus.    Thank you, Lord. Let's just praise the Lord here. Amen. [applause]   Let's just sing this is my desire. Can we do that? This is my desire. to honor you, Lord, with all my heart. I worship you. All I have within me, I give you praise. All that I adore is in you, Lord. I give you my heart. I give you my soul. I live for you alone. Every breath that I take, every moment I'm awake, Lord, have your way in me. [music and singing] That's so good, y'all. Thank you, Lord. Let this be our desire. It needs to be our whole desire, our all. Jesus, our all. Sing one more time. This is my desire to honor you, Lord. With all my heart I worship you.  All I have within me I give you praise.  All that I adore is in you. Lord, I give you my heart. I give you my soul,</w:t>
      </w:r>
    </w:p>
    <w:p>
      <w:pPr>
        <w:pStyle w:val="Heading2"/>
      </w:pPr>
      <w:r>
        <w:t>12:00-16:00</w:t>
      </w:r>
    </w:p>
    <w:p>
      <w:r>
        <w:rPr>
          <w:rFonts w:ascii="Calibri" w:hAnsi="Calibri"/>
          <w:b/>
          <w:i w:val="0"/>
          <w:color w:val="2E5D74"/>
          <w:sz w:val="21"/>
        </w:rPr>
        <w:t xml:space="preserve">Pastor Dean Odle: </w:t>
      </w:r>
      <w:r>
        <w:rPr>
          <w:rFonts w:ascii="Calibri" w:hAnsi="Calibri"/>
          <w:b w:val="0"/>
          <w:i w:val="0"/>
          <w:color w:val="000000"/>
          <w:sz w:val="21"/>
        </w:rPr>
        <w:t>I live for you alone. Every breath that I take, every moment I'm away, Lord, have your way in me. Lord, I give you my heart. I give you my soul. I live for you alone. Yes, Lord. Sing it to him.    Sing it one more time. Lord, I give you. Lord, I give you my heart. I give you my soul. I live for you alone. Sing it. Every breath,   Lord, I give you my heart. Sing it.   Every breath that I take    Yes, Lord. Yeah. Sing that chorus to him with Lord. I give you my heart. I give you my soul. I live for you alone. Every breath that I take, every moment I'm awake, Lord, have your way in me. Yes. Yes. Lord, we worship you this morning. We want you to have your way in us, Lord. You want us, Lord, to move, live, breathe, walk in faith. God, we pray in Jesus name that you just fill us and anoint us so that we can let your word dwell in us richly so that we can walk in faith. Lord, I'm grateful, Lord, that you gave us the scriptures. Lord, how many, many people have died to give us these scriptures to guard these scriptures. We thank you, Lord, that we have your word today. you promised to preserve. So we give you thanks and we worship you and it's in Jesus name we pray. Amen. Praise God. Y may be seated this morning. Hallelujah. All right. Everybody good? All right. Well, kind of wrestled around this morning for some reason. Uh, you know, I was going to go down a certain road and I think the Lord doesn't want me to go there just yet. Um, but I do feel like I need to talk to you about something this morning that, uh, should be elementary, but it's not.</w:t>
      </w:r>
    </w:p>
    <w:p>
      <w:pPr>
        <w:pStyle w:val="Heading2"/>
      </w:pPr>
      <w:r>
        <w:t>16:00-20:00</w:t>
      </w:r>
    </w:p>
    <w:p>
      <w:r>
        <w:rPr>
          <w:rFonts w:ascii="Calibri" w:hAnsi="Calibri"/>
          <w:b/>
          <w:i w:val="0"/>
          <w:color w:val="2E5D74"/>
          <w:sz w:val="21"/>
        </w:rPr>
        <w:t xml:space="preserve">Pastor Dean Odle: </w:t>
      </w:r>
      <w:r>
        <w:rPr>
          <w:rFonts w:ascii="Calibri" w:hAnsi="Calibri"/>
          <w:b w:val="0"/>
          <w:i w:val="0"/>
          <w:color w:val="000000"/>
          <w:sz w:val="21"/>
        </w:rPr>
        <w:t>Um, we're getting away from it. Um, I want everybody to go with me first and foremost. Um, goodness. I guess we're going to go Let's Let's go to Hebrews chapter 11 real quick. You can put up the uh title [snorts] page. I'm just calling this today faith. Um, the Bible defines what it is. But let's look at this first. just put up uh Hebrews um what is it? 11:6 11:6 [snorts] But without faith it is impossible to please him. For he that cometh to God must believe that he is and that he is a rewarder of them that diligently seek him. So without faith it is impossible to please God. Somebody say that with me. Without faith, it is impossible to please him. Right? Now, you have to go, okay, so what is faith? So, let's back up and look at something here. We go back to, of course, Romans chapter 10. So, how do how do we get faith and how does it operate? Now, this is not just, you know, some people going to say, "Oh, no, now he's going to get into the word of faith movement." No, this is just going to be straight Bible, okay? I'm not trying to confess my way into a Lamborghini. All right? [snorts] So, have no worries about that. All right? But the word of faith movement has some truth because what it was about was defining faith and how faith works. It's the problem was that they took that and tried to use it to manipulate God to get whatever they wanted. And that's when it becomes witchcraft. Okay. Um but we are to have faith. And where does faith come? Well, Romans 10:17, what does it say? Faith cometh by hearing and hearing by what? The word of God. Somebody say the word of God. Word of God. All right. Now, if we go over, you hold your spot there in Romans 10 and go over to Luke 24. show you Luke 24. Now this is when the disciples were on the road to Emmas and Jesus appeared to them but concealed who he was. And you know, they're moaning and complaining about Jesus, thinking, you know, we thought he was the Christ, but now they've beat him and crucified him and he's gone and what do we do? They And then this is what Jesus does. You know, y'all get on to me cuz you think I'm too mean sometimes. But Jesus, verse 25, then he or Jesus said unto them, "Oh fools and slow of heart to believe all that the prophets have spoken." Can it pause for a minute? Why were they in unbelief? Because he tells them here, you were slow of heart to believe all that the prophets had spoken. So what he was talking about was the word. You were slow to believe it. Not just that they didn't believe it. He said you were slow to believe it. Somebody say slow. Boy, if that doesn't define us a lot of times. But Jesus goes on and this goes on to say, right, that he says, "Oh fools and slow of heart to believe all that the</w:t>
      </w:r>
    </w:p>
    <w:p>
      <w:pPr>
        <w:pStyle w:val="Heading2"/>
      </w:pPr>
      <w:r>
        <w:t>20:00-24:00</w:t>
      </w:r>
    </w:p>
    <w:p>
      <w:r>
        <w:rPr>
          <w:rFonts w:ascii="Calibri" w:hAnsi="Calibri"/>
          <w:b/>
          <w:i w:val="0"/>
          <w:color w:val="2E5D74"/>
          <w:sz w:val="21"/>
        </w:rPr>
        <w:t xml:space="preserve">Pastor Dean Odle: </w:t>
      </w:r>
      <w:r>
        <w:rPr>
          <w:rFonts w:ascii="Calibri" w:hAnsi="Calibri"/>
          <w:b w:val="0"/>
          <w:i w:val="0"/>
          <w:color w:val="000000"/>
          <w:sz w:val="21"/>
        </w:rPr>
        <w:t>prophets have spoken. Ought not Christ to have suffered these things and to enter into his glory?" And beginning at Moses and all the prophets, he expounded unto them in all the scriptures the things concerning himself. So what does Jesus do to combat this unbelief? He begins to teach and preach the scriptures. Why? Because faith comes by hearing the word of God. Amen. So Jesus knows, I've got to combat this heart of unbelief in these people and they need to understand from the scripture. So he goes back to Moses and somebody say all the prophets. Don't you know what kind of sermon that was? says, "He expounded unto them in all of the scriptures the things concerning himself, and they drew nigh into the village whether they went, and he made as though he would have gone further, but they constrained him, saying, "Abide with us, for it is toward evening, and the day is far spent." And he went in to tarry with them. And it came to pass as he sat at meat with them, he took bread, and blessed it, and break, and gave to them, and their eyes were opened, and they knew him. and he vanished out of their sight. And they said one to another, "Did not our hearts burn within us while he talked with us by the way and while he opened to us the scriptures?" You see, this is why the preaching and teaching of the Bible is so important. This is why the hearing of the Bible, the reading of the Bible, this is why the believing the faith that the Bible is the inspired word of God is so crucial to everything. See, this is what blows my mind. If you don't truly believe all that the prophets and the apostles have written to us that God promised he would preserve and he has. If you don't believe it with all of your heart, then guess what? What did the Lord say to them? He called them fools. Don't make me have to walk up to you and go, "Okay, fool. Time to wake up." But see, there's foolish stuff that happens. Let me let me show you something foolish. Now, this is Julie or Jules as we posted this and my wife shared it with me yesterday as we were traveling to Georgia and back and she commented on it. But this woman, is she, was she some kind of Bible teacher or something? homeschooled conservative Bible teacher lady Christian. So here's her question. All right. Honest question to all you flatearthers. What do you do with the eyewitness testimony of God-fearing bibleelving men and women who have literally seen the earth from space and will testify that it is indeed a sphere. Like these guys have pictures on their iPhones that I have personally seen. Ooh, notice when I looked it up this morning how many likes there were.  Not a coincidence. Okay, but let me just say this to you. The moment she asked this question and of course somebody I don't know did somebody send it to us too or did you just see it her post? Okay. Oh, so somebody t and somebody tagged me in it. So see they involved me. So that's why I'm in this today. All right. Now I have no doubt that this lady has is good intentions in her heart. But it really comes down to this.</w:t>
      </w:r>
    </w:p>
    <w:p>
      <w:pPr>
        <w:pStyle w:val="Heading2"/>
      </w:pPr>
      <w:r>
        <w:t>24:00-28:00</w:t>
      </w:r>
    </w:p>
    <w:p>
      <w:r>
        <w:rPr>
          <w:rFonts w:ascii="Calibri" w:hAnsi="Calibri"/>
          <w:b/>
          <w:i w:val="0"/>
          <w:color w:val="2E5D74"/>
          <w:sz w:val="21"/>
        </w:rPr>
        <w:t xml:space="preserve">Pastor Dean Odle: </w:t>
      </w:r>
      <w:r>
        <w:rPr>
          <w:rFonts w:ascii="Calibri" w:hAnsi="Calibri"/>
          <w:b w:val="0"/>
          <w:i w:val="0"/>
          <w:color w:val="000000"/>
          <w:sz w:val="21"/>
        </w:rPr>
        <w:t>She's worried about the eyewitness testimony of some astronauts who work for the United States government. And the government's never lied to you, right? But we have eyewitness testimony called Moses, Joshua, Ezekiel, Daniel. Shall I go on? Job, Enoch, Elijah. See, we can go down this list and again what does it come to? Are you going to believe the testimony of men or the testimony [clears throat] of God himself? Remember, it was God speaking to Job directly in Job 38 when he said, "The earth is pressed down like clay under a seal. That was God. And you know what I can say to this? This is foolish because you don't believe God's word. You believe men. And what does Romans What does Romans chapter 3 say about this? I think it's chapter 3:4, isn't it? I made myself some notes to Yeah. Romans 3:4. Let God be true and every man a liar. See, I don't care what pictures they show you, images, composits. I mean, what are these people going to do when, you know, Barack Obama walks up to somebody and shows them the picture of him and Mr. Alien Man shaking hands? I mean, JD Vance was just interviewed talking about what did he believe? Are these are these UFOs and are aliens? Are they aliens or are they demons and fallen angels? And of course, he played a politician and didn't answer the question. Just kind of leaned both in directions at the same time, right? But again, what's it going to come down to? Every situation in this world is going to come down to do you believe the word of God above even what you see? Because there are going to be mighty signs and wonders even in the heavens meant to deceive you. For Je Jesus said this and you can put it up. Matthew 24:24, for many false Christ and false prophets will rise, and they will deceive money, and they will do great signs and wonders in so much that if it were possible, they will deceive even the very elect. I've seen pictures, she says. Well, goody for you. So have I. And I don't know about y'all, but you know what? Artificial intelligence can make some pretty convincing pictures now. CGI can make some pretty interesting pictures. And let me just go ahead and tell you something. You know, I have footage that I saved off right straight from NASA's website. And I'm talking about video footage of people inside the ISS looking down at the Earth. And let me just go on and tell you, the Earth wasn't spinning. And they weren't orbiting anything at 17,500 mph. It looked like they were hovering in one spot. They weren't moving.</w:t>
      </w:r>
    </w:p>
    <w:p>
      <w:pPr>
        <w:pStyle w:val="Heading2"/>
      </w:pPr>
      <w:r>
        <w:t>28:00-32:00</w:t>
      </w:r>
    </w:p>
    <w:p>
      <w:r>
        <w:rPr>
          <w:rFonts w:ascii="Calibri" w:hAnsi="Calibri"/>
          <w:b/>
          <w:i w:val="0"/>
          <w:color w:val="2E5D74"/>
          <w:sz w:val="21"/>
        </w:rPr>
        <w:t xml:space="preserve">Pastor Dean Odle: </w:t>
      </w:r>
      <w:r>
        <w:rPr>
          <w:rFonts w:ascii="Calibri" w:hAnsi="Calibri"/>
          <w:b w:val="0"/>
          <w:i w:val="0"/>
          <w:color w:val="000000"/>
          <w:sz w:val="21"/>
        </w:rPr>
        <w:t>Oh, that's just parallax. Yeah, right. We had We saw you see a missile go by you at 4,000 miles an hour. Guess what? You don't see it. You might hear it, right? And they're going to tell you, "We're flying at 17,500 miles an hour." But yet, and let me just tell you this, too. Let's just say you're in low Earth orbit and you're high enough where you can get maybe a partial view of the disc. Guess what? It's going to have out when you look at it. Even a flat circle is going to have a curve to it at some point coming because it's going to curve this way and then it's going to curve this way. Doesn't mean it's a sphere anyway. You understand? That's if they can get high enough to even see that. I don't believe they can. If they if they could, right, Apollo 17 wouldn't have the shot of the earth. that didn't have the entire lit side of the Earth in the picture. All that lets me know, cuz people have tested this, all it lets me know is they couldn't get high enough to get the full shot. And why couldn't they get high enough to get the full shot? Cuz they can't leave. What was it? What was Bill Nye the science guy said? The Earth is I want your generation to know. That's what he said. The Earth is a closed system. Nobody's leaving earth. See, they make them tell the truth, right? It's like truth serum. It just comes out of their mouth sometimes because there's a firmament. And God said that man would never know the full height of the firmament, nor would he know the depth of the earth. So don't tell me they know. Oh, the universe is 13 billion lighty years. You don't know. Squat. Oh, we got we've got we've got telescopes, right, that can show us a planet billions of light years away, but you can't zoom in on the flag that's supposedly on the moon, right? 240,000 miles away. the ridiculousness that we live in. And this is just one example of it, the lies they've told us about creation, about universe and what space is and what the earth is, all of it. Let me just get go and tell you the entire world system in all of their lies is to get you to doubt or not believe what the word of God says. Period. Because what Satan is trying to steal from you is your faith. Why is it? Because without faith, it is impossible to please God. Remember the pieces of the armor, the breastplate of righteousness, the girdle of truth and all of that, right? The sword of the spirit, the helmet of salvation, the feet shot in the preparation of the gospel of peace. But one thing he says, but above all, take the shield of faith, wherewith you will be able to quench all the fiery darts of the wicked. And guess what? A lot of the fiery darts of the wicked are deception. Lies. How do you quench lies? With faith. Guess what? Faith without the word. It's just a religion. It's just a belief system. But faith in the word of God above what men say. And it's going to have to be above what you think your eyes see in the days ahead. It's funny. Uh, the new Aremis moon mission, they've scheduled the date to go back to</w:t>
      </w:r>
    </w:p>
    <w:p>
      <w:pPr>
        <w:pStyle w:val="Heading2"/>
      </w:pPr>
      <w:r>
        <w:t>32:00-36:00</w:t>
      </w:r>
    </w:p>
    <w:p>
      <w:r>
        <w:rPr>
          <w:rFonts w:ascii="Calibri" w:hAnsi="Calibri"/>
          <w:b/>
          <w:i w:val="0"/>
          <w:color w:val="2E5D74"/>
          <w:sz w:val="21"/>
        </w:rPr>
        <w:t xml:space="preserve">Pastor Dean Odle: </w:t>
      </w:r>
      <w:r>
        <w:rPr>
          <w:rFonts w:ascii="Calibri" w:hAnsi="Calibri"/>
          <w:b w:val="0"/>
          <w:i w:val="0"/>
          <w:color w:val="000000"/>
          <w:sz w:val="21"/>
        </w:rPr>
        <w:t>orbit around the moon, right? April Fool's Day. We know who that's for. The fools, right? I got a screenshot of that. I was like, "No, they didn't. They could pick any day they want." And they picked April Fool's Day. Really?  It's crazy. But let's go back to this, right? Faith. Let's go back to Romans chapter 10 real quick. Romans 10 says this. We're going to go down to verse 8. But what saith it? The word is nigh thee, even in thy mouth, and in thy heart, that is the word of faith, which we preach, that if thou shalt confess with thy mouth the Lord Jesus, and shall believe in thine heart that God hath raised him from the dead, thou shalt be saved. For with the heart man believes unto righteousness, and with the mouth confession is made unto salvation. Right now, but then he says this, verse 15. How what? How shall they? Well, let me back up. I'm sorry. Verse 14. How then shall they call on him in whom they have not believed? And how shall they believe in whom they have not heard? And how shall they hear without a preacher? And how shall they preach except they be sent? And he goes on and then we get to verse 17. So then faith comes by hearing and hearing by the word of God. So he's saying, how are they going to hear about Jesus unless what somebody preaches? But what is somebody going to preach when they preach Jesus Christ, the true Jesus of the Bible? They're going to be preaching his death, burial, and resurrection to atone for man's sins according to the scriptures. This is why Peter said that in first Peter, he said we are born again by the word of God. Right? We have to have the word. The word is what makes our hearts burn. The word of God is what gives us the even the ability to believe and have and be saved. Right? So if we doubt the word of God, if we're slow of heart to believe all that the prophets and the apostles have written, guess what's going to happen? What that does is spiritual blindness comes on because see, they couldn't recognize who Jesus was. They should have regardless of what he looked like. They should have discerned and perceived in their heart who he was, right? It says, you know, after the resurrection, we know no man now after the flesh, but after the spirit, right? And Paul said that. He said, we don't know Christ after the flesh anymore because he ascended back to heaven. He said, we have to know Jesus via our spirit. We have to discern him. But let's go back to this comment. What do you do with the eyewitness testimony of God-fearing Bible even men and women? How does she know they're God-fearing men? Because they told her. I happen to know a man. And it was a special forces military green beret MD who became an astronaut. I've stood around the fire with him. He doesn't like me at all.</w:t>
      </w:r>
    </w:p>
    <w:p>
      <w:pPr>
        <w:pStyle w:val="Heading2"/>
      </w:pPr>
      <w:r>
        <w:t>36:00-40:00</w:t>
      </w:r>
    </w:p>
    <w:p>
      <w:r>
        <w:rPr>
          <w:rFonts w:ascii="Calibri" w:hAnsi="Calibri"/>
          <w:b/>
          <w:i w:val="0"/>
          <w:color w:val="2E5D74"/>
          <w:sz w:val="21"/>
        </w:rPr>
        <w:t xml:space="preserve">Pastor Dean Odle: </w:t>
      </w:r>
      <w:r>
        <w:rPr>
          <w:rFonts w:ascii="Calibri" w:hAnsi="Calibri"/>
          <w:b w:val="0"/>
          <w:i w:val="0"/>
          <w:color w:val="000000"/>
          <w:sz w:val="21"/>
        </w:rPr>
        <w:t>And his family used to go to church here and he wanted them out of our church. He finally got his desire fulfilled. But I will tell you this. Here's a man who claims to be a god-free man. His name's Frank Rubio, by the way. I'll just go ahead and tell you. He's right. Y'all can look him up. He's allegedly now the man that's the longest time in space. But because they did that because he's Hispanic, so that's the whole reason. It's his PR campaign, right? All right. But he claims to be a Christian. And I'm not saying he's not, but we know his own family caught him lying to them about some things. We know this. They told us what he lied to them about. I'm not going to go into the details, but he lied to them. Now, if this Christian man who claims to be a God-fearing bibleelving Christian man will lie to his own family about a serious matter. You think they're telling her the truth? Everybody thought that, you know, when the iPhone came out that the blue marble on there was a picture like somebody went took a picture of the Earth. And then we find out what from the guy who made it. Well, it's photoshopped because it has to be. Why does it have to be? Well, the satellites aren't high enough and they just they fly over and they get these strips of information. Well, hey, wait a minute. I thought y'all been up there. I loved it when the astronaut that was talking about the back the Orion missions back, you know, in 2015 and 2016, he says, "And when we finally go through the Van Allen radiation belt," like, "Wait a minute. I thought y'all did it like six times back in the 60s in a tin can." And it's supposed to be this dangerous realm of radiation 3,000 miles out. the Van Allen radiation belt. It's supposed to be very dangerous. And the Orion mission is talking about how they've got to build a capsule to protect the astronauts from the Van Allen radiation belt. What? Wait a minute. All the astronauts that went and came back survived the V. Why? Why do you got to build such a new And then I loved it when the guy was talking the astronaut and I'm sure Jordan could find it somewhere, but the astronaut was talking about this and he was talking about how they lose communications over the Atlantic Ocean. I thought I thought we had communication satellites all buzzing around Earth like a bunch of swarm of bees. How do you lose communications with over the Atlantic Ocean? Oh, that's right. Because there's no cell towers. Oops. But let's back up. Right. Why do you think the military has to use balloons? Communication balloons. We saw this the other day and we're laughing. I'm sitting there laughing. I'm like, if you got a military satellite, communication satellite, why do you need a communications balloon? It's ludicrous. But again, they have fooled the majority of the world with this nonsense because the majority of the world has chosen to believe the testimonies of men and not the revealed, proven, inspired, infallible words of Almighty God. That's what this comes down to. Remember what Jesus said. Go put up Mark 8:38. What did Jesus say? This is how serious God takes his word.</w:t>
      </w:r>
    </w:p>
    <w:p>
      <w:pPr>
        <w:pStyle w:val="Heading2"/>
      </w:pPr>
      <w:r>
        <w:t>40:00-44:00</w:t>
      </w:r>
    </w:p>
    <w:p>
      <w:r>
        <w:rPr>
          <w:rFonts w:ascii="Calibri" w:hAnsi="Calibri"/>
          <w:b/>
          <w:i w:val="0"/>
          <w:color w:val="2E5D74"/>
          <w:sz w:val="21"/>
        </w:rPr>
        <w:t xml:space="preserve">Pastor Dean Odle: </w:t>
      </w:r>
      <w:r>
        <w:rPr>
          <w:rFonts w:ascii="Calibri" w:hAnsi="Calibri"/>
          <w:b w:val="0"/>
          <w:i w:val="0"/>
          <w:color w:val="000000"/>
          <w:sz w:val="21"/>
        </w:rPr>
        <w:t>And you know when Jesus says whosoever, guess who that means? That means Heidi St. John. Whosoever therefore shall be ashamed of me and of my words in this adulterous and sinful generation, of him also shall the son of man be ashamed when he shall come in the in the glory of his father with his holy angels. Now notice what's interesting about this is he's speaking to them because that was a wicked and adulterous generation. But then he puts it in the context too of his second coming, of his return, of the end time. Because he's saying this because he knew the deceptions were going to be so huge and dramatic. They're going to show you videos and pictures. Googly aliens are going to walk up to you say, "How you doing? Don't touch me. I'm going to be a racist.  Yeah, I will show extreme prejudice toward any alien creature. But again, the Bible tells us all this stuff. You know what's interesting is I've been digging back into Islam again and what they believe and teach and all this stuff and I'm going to get into that. But I was just thinking about how okay, you know, we got Jared Kushner creating and heading up this board of peace in the Middle East, right? And talking about the Abrahamic faith coming together. And I'm like, there's no Abrahamic faith. Let's understand something. Islam is anti- Christ, right? It is fully, completely. It's the most antichrist religion on earth. But get this. So is Judaism. Ouch. They rejected Jesus. There's no kumbaya. We're all going to just get along. Okay? And those aren't faiths, by the way. How do we know they're not? Because number one, right? God said salvation was going to come through Abraham. So Abraham had Isaac. Isaac had Jacob. Jacob had 12 sons. The prophecy over Israel was that the Messiah, the one that would rule the nations, would come from the tribe of Judah. Right? Ishmael was cast out. But Ishmael had 12 sons that became the princes of the Arab nations through none of them. There is no prophecy promising that the Messiah or the final prophet would come through Ishmael's line. That is not a faith. That is a false religion, a deception, an error. It's not a faith. Judaism, once they rejected the scriptures concerning the Messiah fulfilled in Jesus Christ of Nazareth, once they rejected that, it's not a faith. It's unbelief. It's a dead empty religion. I sat in the synagogue, the great synagogue in Jerusalem in 1988 and just sat there through a it was the most dead religious service I've ever been in. And I've been in some bad ones.</w:t>
      </w:r>
    </w:p>
    <w:p>
      <w:pPr>
        <w:pStyle w:val="Heading2"/>
      </w:pPr>
      <w:r>
        <w:t>44:00-48:00</w:t>
      </w:r>
    </w:p>
    <w:p>
      <w:r>
        <w:rPr>
          <w:rFonts w:ascii="Calibri" w:hAnsi="Calibri"/>
          <w:b/>
          <w:i w:val="0"/>
          <w:color w:val="2E5D74"/>
          <w:sz w:val="21"/>
        </w:rPr>
        <w:t xml:space="preserve">Pastor Dean Odle: </w:t>
      </w:r>
      <w:r>
        <w:rPr>
          <w:rFonts w:ascii="Calibri" w:hAnsi="Calibri"/>
          <w:b w:val="0"/>
          <w:i w:val="0"/>
          <w:color w:val="000000"/>
          <w:sz w:val="21"/>
        </w:rPr>
        <w:t>And I was sitting there way up in the gallery, you know, where the where the Gentiles have to sit, right? Which is fine with me. And the Holy Spirit showed me. He's like, "Yeah, I'm not here. I'm not on this at all." He said that the spirit in here is the spirit of Antichrist. Okay. So, so this nonsense, oh, that this is a faith. No, it's not. There is no real faith if it's not in the real word of Almighty God. That is the foundation of faith. Faith cometh by hearing the word of God, the scriptures. Their hearts burned because he relayed from Moses and all the prophets the scriptures. What they said, what they prophesied, what they foretold like no other book. That's why we can boldly say there is no other way that men may be saved except through faith in Jesus Christ of Nazareth via the Holy Bible. You start doubting this. You start throwing this aside and taking the testimony of men or pictures or images or signs and wonders. Anything contrary to this is leading you astray and it is there to destroy your faith because without faith the devil knows what it is impossible for you to please him. And see faith is something that's amazing. Faith is generated by hearing the word of God. And it is a gift that's in there, right? It is a gift that's inside of you that enables you to believe it and know it's true. You see, really, the Bible says God's given what? The measure of faith to every man. Meaning for a person to say I'm an atheist or I'm an agnostic, I have no faith. For them to say they have don't have the ability or they don't, they are actually fighting against already what God has put inside them. Right? But when you receive the engrafted word that's able to save your soul, right? When you receive it, when you say, "I know it's true, there's something in my heart that bears witness and rings true because God gave it to you." And then you hear the word of God and it rang true. I remember the first time in that little Baptist church down the road that the Holy Spirit, I was hearing the word of God preached, the repentance message, the salvation message, and I knew I knew it was correct. At 11 years old, how does an 11 year old know? I sat in that church for a year. It was dead as a doornail. But this evangelist came in and he had the anointing on him. But how did I know? because God had put in me a measure. Then I heard the word and I knew that it was the same thing that it was it rang true and I just knew it. And I can't even explain to you. I knew Jesus was the only way to heaven. I knew he was the only way I could be forgiven. I knew he was the Lord. I knew he was the creator.</w:t>
      </w:r>
    </w:p>
    <w:p>
      <w:pPr>
        <w:pStyle w:val="Heading2"/>
      </w:pPr>
      <w:r>
        <w:t>48:00-52:00</w:t>
      </w:r>
    </w:p>
    <w:p>
      <w:r>
        <w:rPr>
          <w:rFonts w:ascii="Calibri" w:hAnsi="Calibri"/>
          <w:b/>
          <w:i w:val="0"/>
          <w:color w:val="2E5D74"/>
          <w:sz w:val="21"/>
        </w:rPr>
        <w:t xml:space="preserve">Pastor Dean Odle: </w:t>
      </w:r>
      <w:r>
        <w:rPr>
          <w:rFonts w:ascii="Calibri" w:hAnsi="Calibri"/>
          <w:b w:val="0"/>
          <w:i w:val="0"/>
          <w:color w:val="000000"/>
          <w:sz w:val="21"/>
        </w:rPr>
        <w:t>I knew he was God in the flesh. I knew there was a heaven and hell. I mean, it was full revelation at 11 years old. But remember this, no matter whenever that happened to you, whether it was at 11 or whenever, just know this. The devil is trying to get you to not believe. He's trying to get you in unbelief. And this whole thing, most of the science world hates God. And we know for a fact that many scientists because they get grants from the government and different entities out there, different foundations, uh many scientists will skew data and lie to you. Just because they're wearing a white lab coat doesn't mean they're telling you the truth. These aren't the white garments of righteousness from heaven they're wearing. A lot of people will lie to you because they're getting money. And it's funny how a lot of these things, well, even the pharmaceutical companies, you know what, they hire a testing lab. It's funny how the testing labs usually go in their favor because who's paying their bills and salaries? It's why I don't trust pharmaceutical companies. It's why I don't trust the government. It's why I don't trust NASA, CIA. We could go down the list. They will lie to you. And we catch them. We've caught them. You know, I really do believe that the Freedom of Information Act was an act of God. They didn't have to do that. They could just Ah, we're not going to do that. Why would we do that? Why would we Why would we declassify things and let them know what we've been doing? No, no, no, no. God's rule. Jesus said, "Everything done in secret must be shouted from rooftops." So, the Lord put that on him. say if you want to keep existing in the world, you will let them know. You have to let them know. That's why it's all in movies. Oh, what was it? We Faith and I were watching the first Spider-Man, right? What was what's it called? The first one homecoming where they do this little hologram of the flat earth with the dome over it. I'm like, "There it is." They put the truth in there all the time. They gave you the image, the flat earth image of the of the flat earth and the firmament over it in their little hand, a little hologram. But guess what? All the way back in the 80s, the TV show, the series, the miniseries V about the aliens coming pretending to be human like they're going to help us, but they really wanted us for lunch. But what was their model of the earth? Flat plane covered by a by a dome. telling you in the 1980s right there on TV, Truman Show. You know what's mindboggling is how many times too they foretold 911.</w:t>
      </w:r>
    </w:p>
    <w:p>
      <w:pPr>
        <w:pStyle w:val="Heading2"/>
      </w:pPr>
      <w:r>
        <w:t>52:00-56:00</w:t>
      </w:r>
    </w:p>
    <w:p>
      <w:r>
        <w:rPr>
          <w:rFonts w:ascii="Calibri" w:hAnsi="Calibri"/>
          <w:b/>
          <w:i w:val="0"/>
          <w:color w:val="2E5D74"/>
          <w:sz w:val="21"/>
        </w:rPr>
        <w:t xml:space="preserve">Pastor Dean Odle: </w:t>
      </w:r>
      <w:r>
        <w:rPr>
          <w:rFonts w:ascii="Calibri" w:hAnsi="Calibri"/>
          <w:b w:val="0"/>
          <w:i w:val="0"/>
          <w:color w:val="000000"/>
          <w:sz w:val="21"/>
        </w:rPr>
        <w:t>I mean 911 popped up so many times I can't even tell you. I think the other the other number is 923. I think there's it's going to be September 23rd something going to happen one day, right? because they keep putting that one in movies, right? But all of this stuff is put out there for you to see. But again, is that in your Bible? Of course it is. He tells us the earth is covered by a it's like a tent covered by a firmament, right? That's what the Bible says. And the ancient Hebrews knew that it meant dome, a dome, an arch structure that covered the whole earth like a tent. That's the imagery. That's the picture we get of the earth, not a spinning flying spherical water ball flying through an endless uh vacuum of space. And then all the vacuum tests. Lord, the vacuum test. Nothing works. What are what are what are they pushing off of out there in no atmosphere? They tell you they're flying a little helicopter around Mars. No, they're not. There ain't nothing for the propellers to push off of. There's no atmosphere. There's no air. There's nothing. What do they What do they tell you this stuff. What was funny is uh what was it? Uh the astronaut Young, was his name John Young? I don't know. But I think it was uh Apollo 16 and they tell you right that the moon is rotating I think it's uh oh I can't remember now the math of it but anyway do you remember what is it the moon's supposed to be rotating how fast? 30 feet a second or something like that. Anyway, I the astronaut allegedly, right, and this is a long time ago, jumps up in the air while they're filming, you know, because they say the moon has 16 gravity. So, he jumps up in the air, floats up, and then comes back down and lands, right? Well, according to what they tell you, the moon should have spun at least 15 feet in that one second that he jumped. And he should have landed 15 ft away out of the frame of the picture and away from the flag he was standing by. All right? Because there's no atmosphere to carry him along. All of these inconsistencies, y'all, but people believe these lies. You know why they believe him? Because they don't believe this. And you know what the Lord has allowed? He has allowed these deceptions to test you. And there's more coming. I mean, think about how ludicrous the world wants to say, "Yeah, Islam is a religion of peace. It is everything the opposite of that. Ripping a baby out of some a woman's womb is healthc care." No, it's murder. I could go on. Sodomy is being gay. Gay used to mean happy. No, you're a sodomite. It's an abomination, right? Oh, Pastor De, you shouldn't say that now.</w:t>
      </w:r>
    </w:p>
    <w:p>
      <w:pPr>
        <w:pStyle w:val="Heading2"/>
      </w:pPr>
      <w:r>
        <w:t>56:00-1:00:00</w:t>
      </w:r>
    </w:p>
    <w:p>
      <w:r>
        <w:rPr>
          <w:rFonts w:ascii="Calibri" w:hAnsi="Calibri"/>
          <w:b/>
          <w:i w:val="0"/>
          <w:color w:val="2E5D74"/>
          <w:sz w:val="21"/>
        </w:rPr>
        <w:t xml:space="preserve">Pastor Dean Odle: </w:t>
      </w:r>
      <w:r>
        <w:rPr>
          <w:rFonts w:ascii="Calibri" w:hAnsi="Calibri"/>
          <w:b w:val="0"/>
          <w:i w:val="0"/>
          <w:color w:val="000000"/>
          <w:sz w:val="21"/>
        </w:rPr>
        <w:t>2026. You know that Canada just passed the bill to make certain things in the Bible illegal to say in public. I knew it was coming that somebody was going to do it. Pretty much this is already the unspoken rule in Europe. But now Canada and what are they protecting Islam homosexuality? Do you know why homosexuality has been pushed so hard by the elite world out there? Because they wanted every way possible to lower the population of the world. So homosexuality has been pushed as an alternative so there won't be children. You see western civilization we're down under one we're down now well under two children per family. Well down. So and you have to have that much just to maintain your population. The Muslims are having an averaging about eight children. So if this thing goes on another 50 years, guess who's going to rule the world? And guess what that means for you and your children and your grandchildren? I mean, who in their right mind thought that uncontrolled immigration from Muslim countries into Europe was going to be a good idea? Either fools or people doing it on purpose to destroy Christianity, Western civilization, which is the goal. Because true Islam and Christianity in Western civilization, we don't get it. There's nothing about it that's compatible. Now, there are Muslims out there that don't practice full Islam and follow Muhammad as their example. We would I would call them lukewarm Muslims. The lukewarm Muslims have a right to be lukewarm Muslims in America. As long as they're not violent and doing criminal acts, they have the freedom of religion here. We have to be careful about if we trample the freedom of their freedom of religion, then ours can get trampled real quick as well. But the moment they start wanting to have sex with children and marry, you know, eight-year-olds, you get what I'm saying? Rape and pillillage, steal, cut off your head. That's where it ends. That's where compatibility and freedom, their freedom to do that. That's not religion. That's murder. 96% now 96% of rapes in Europe now are Muslim men. Did you hear what I said? 96%. Where do you think that they think God didn't think that's okay? Muhammad. Muhammad did it. Muhammad cut had people. He killed He beheaded 600 Jews in one day. So that's where and the Quran tells them, the hadith and the Quran tells them that Muhammad is the example they're supposed to follow.</w:t>
      </w:r>
    </w:p>
    <w:p>
      <w:pPr>
        <w:pStyle w:val="Heading2"/>
      </w:pPr>
      <w:r>
        <w:t>1:00:00-1:04:00</w:t>
      </w:r>
    </w:p>
    <w:p>
      <w:r>
        <w:rPr>
          <w:rFonts w:ascii="Calibri" w:hAnsi="Calibri"/>
          <w:b/>
          <w:i w:val="0"/>
          <w:color w:val="2E5D74"/>
          <w:sz w:val="21"/>
        </w:rPr>
        <w:t xml:space="preserve">Pastor Dean Odle: </w:t>
      </w:r>
      <w:r>
        <w:rPr>
          <w:rFonts w:ascii="Calibri" w:hAnsi="Calibri"/>
          <w:b w:val="0"/>
          <w:i w:val="0"/>
          <w:color w:val="000000"/>
          <w:sz w:val="21"/>
        </w:rPr>
        <w:t>and he married Aisha at six. Aisha's own testimony. She testified to this and it's been passed down that she he came in while she was playing with her playmates and took her out and married her and then consummated the marriage when she was nine. She testified to this. So the bottom line is again we're told to accept this. We're told that if we say anything about this that we are we are uh what is it? Islamophobic. That's a new thing. If we don't agree with sodomy, we're homophobic. And if we don't agree with Islam and all the crap that they do, then we're Islamophobic. And then they say we're racist toward Arabs. No, a lot of Arabs that are saved, that are born again that love Jesus. I have no problem with their skin color or their nation of origin. I knew some Iranians. I know I knew and used to go to a Bible study with an Iranian fighter pilot who left the country when it fell in 79. He flew out with his jet and defected to the United States because he was born again Christian. He didn't want to live under the ayatollah, right? Has nothing to do with race. Has to do with evil. Has to do with sin. You see, the Bible is clear. Romans 1's clear about homosexuality. It's clear about if you deny Jesus Christ has come in the flesh. Meaning if you deny Jesus is God. And if you deny he died in he came in the flesh to die on the cross which Islam does that you are what? A false prophet a false teacher deceiver. But see I'm not supposed to say any of this. If I was preaching this on the street in Canada I would get arrested right now and put in jail. If I was preaching this in France or England, I would probably be mobbed and killed by Muslims on the street for simply telling the truth that they tell about their own religion. But again, what's what is all of this going to come down to? It's going to come down to when you talk about when Jesus said this when he made the statement when I come will I find faith on earth he was he was saying that really what he's asking when I come will I find people that really do believe my written word enough that they're not only willing to live it and speak it but they're willing if need be to die for it to not deny How many? I'm telling you, they're going to line up at the megaurches to get the mark of the beast. I remember when I went to Israel and I went up on the temple mount and I started to walk in the dome of the rock and they were like, "No, no, no, no, no. And they started pointing my feet like, "You got to take your shoes off." Oh, no. I'm not taking my shoes off because that means I'm honoring your God. I will not honor your God. Allah the moon god. I'm not honoring you. I said, "Well, I'm not going in here then." Turn around and walked away.</w:t>
      </w:r>
    </w:p>
    <w:p>
      <w:pPr>
        <w:pStyle w:val="Heading2"/>
      </w:pPr>
      <w:r>
        <w:t>1:04:00-1:08:00</w:t>
      </w:r>
    </w:p>
    <w:p>
      <w:r>
        <w:rPr>
          <w:rFonts w:ascii="Calibri" w:hAnsi="Calibri"/>
          <w:b/>
          <w:i w:val="0"/>
          <w:color w:val="2E5D74"/>
          <w:sz w:val="21"/>
        </w:rPr>
        <w:t xml:space="preserve">Pastor Dean Odle: </w:t>
      </w:r>
      <w:r>
        <w:rPr>
          <w:rFonts w:ascii="Calibri" w:hAnsi="Calibri"/>
          <w:b w:val="0"/>
          <w:i w:val="0"/>
          <w:color w:val="000000"/>
          <w:sz w:val="21"/>
        </w:rPr>
        <w:t>Now, that was a small no compromise. There's going to be bigger no compromises. And there's a scripture all morning the Lord has been has been speaking to my heart. Colossians 3:16. Everybody knows John 3:16. You ought to learn this one. Colossians 3:16 says this real clearly. Let the word of Christ dwell in you richly. Now that statement right there by itself something we read over these things but let's pause for a minute. Let the word of Christ who is what the logos the word of God dwell that means live. Guess what? ongoing, continuous. Let it live. It needs to be alive in you. Let the word of Christ dwell, live with you. It's like living with somebody. You see them every day. Let them let the word of Christ dwell in you richly. Does that mean a little bit? That means what? Abundantly. abundantly in all wisdom and teaching and admonishing one another in psalms and hymns and spiritual songs, singing with grace in your hearts to the Lord. So he's telling you right there, let the word of God be in you. And then when he says in all wisdom, what does the Bible tell us to do? If any man lack wisdom, let him ask. So, as you're reading the Bible, as you're studying the Bible, you're supposed to be asking for wisdom. You're supposed to be asking for understanding. You're supposed to be asking for revelation so that you can also teach others and admonish your brothers and sisters. mean to correct if need be to push in the right direction as we talk about nudging people see I try to nudge you every Sunday in the right direction that's my right that's admonishing right see here's the thing and this is another sad thing so many people are falling for Tik Tok videos and YouTube videos about, "Oh, we don't have the complete Bible. You need the Ethiopian Bible. It's got 88 books in it." And boy, they sound convincing. I've watched some of them. I've seen them. I know what y'all watch out there. And then they and then people say, "Oh, the Catholic Church took them out of the Bible." The Catholic Church did not take anything out of the Bible. See, this is again false information that's out. Oh, the Constantine did the council of Nika. No, you go and look at the history uh orus or however you want to say his name, who was the church historian who was there at the council of Na. And you will read I mean he's got this massive volume history of the of the church and he talks about the council na and guess what the issue of the cannon of the books of the Bible never came up there wasn't even an issue of discussion and then you got people out there doing Tik Tok videos Constantine took these books out the Bible you don't have the whole Bible you know here's let me just tell you something there's people that</w:t>
      </w:r>
    </w:p>
    <w:p>
      <w:pPr>
        <w:pStyle w:val="Heading2"/>
      </w:pPr>
      <w:r>
        <w:t>1:08:00-1:12:00</w:t>
      </w:r>
    </w:p>
    <w:p>
      <w:r>
        <w:rPr>
          <w:rFonts w:ascii="Calibri" w:hAnsi="Calibri"/>
          <w:b/>
          <w:i w:val="0"/>
          <w:color w:val="2E5D74"/>
          <w:sz w:val="21"/>
        </w:rPr>
        <w:t xml:space="preserve">Pastor Dean Odle: </w:t>
      </w:r>
      <w:r>
        <w:rPr>
          <w:rFonts w:ascii="Calibri" w:hAnsi="Calibri"/>
          <w:b w:val="0"/>
          <w:i w:val="0"/>
          <w:color w:val="000000"/>
          <w:sz w:val="21"/>
        </w:rPr>
        <w:t>hadn't yet mastered these 66 books but they keep looking for more. They don't know these. But we got to find something else. I need more. I need 88 books. That ain't enough. No, you don't. No, you don't. And there's a reason that they're not in here. Start reading some of that foolishness. And most of it, we know, was not written by the apostles and prophets. We know they were written by Gnostics. We know they were written by medieval uh Catholic priests and things. They're forgeries. It's it's nonsense. It's full of crazy stuff. Okay? And we know it doesn't match what is proven to be from the apostles and prophets. You get what I'm saying? There was no conspiracy to keep certain books out of the Bible. God aid he was going to preserve his word to all generations, y'all. I have the Ethiopian Bible. I've read some of this stuff. Is nonsense. Okay. These 66 here, we know the canon was around. The New Testament cannon was around before Nika. It was already had moved into Syria and Europe and all over the place. The apostles had taken the New Testament all over and the 70 I covered that in the last skyfall long before the Catholic Church even came into being. So hear me, you are going to be challenged. This is why it says in the book of I think it um s go to Psalm 11:3. What's it say here? If the foundations be destroyed, what can the righteous do? What are the foundations of our faith? I'll give you the first one. creation. The second one [clears throat] is the word of God. The third one is I believe the prophecies and events of the second coming. These are foundational and you go through salvation, everything we're talking about. But if the foundations are destroyed, these foundational truths, if we allow them to be destroyed, this is what Satan's after. And if he can get you to doubt the word of God and believe some nonsense that man has come up with that's contrary to this book. Say, "But Pastor Dean, the world looks at me. They mock me. They laugh at me." Really? They mocked him. And you know what he had to do? Just take it. Oh, I get mocked, y'all. I ran for governor and lieutenant governor as a biblical cosmology believing flat earth Christian and I got attacked in the media. All right. How many of y'all have had USA Today try to mock you? No. Right. Let them mock because you know what? I don't care. I know that if I stand on God's word, I it may not look like I'm winning, but I'm going to win because I'm standing on the foundation.</w:t>
      </w:r>
    </w:p>
    <w:p>
      <w:pPr>
        <w:pStyle w:val="Heading2"/>
      </w:pPr>
      <w:r>
        <w:t>1:12:00-1:16:00</w:t>
      </w:r>
    </w:p>
    <w:p>
      <w:r>
        <w:rPr>
          <w:rFonts w:ascii="Calibri" w:hAnsi="Calibri"/>
          <w:b/>
          <w:i w:val="0"/>
          <w:color w:val="2E5D74"/>
          <w:sz w:val="21"/>
        </w:rPr>
        <w:t xml:space="preserve">Pastor Dean Odle: </w:t>
      </w:r>
      <w:r>
        <w:rPr>
          <w:rFonts w:ascii="Calibri" w:hAnsi="Calibri"/>
          <w:b w:val="0"/>
          <w:i w:val="0"/>
          <w:color w:val="000000"/>
          <w:sz w:val="21"/>
        </w:rPr>
        <w:t>You understand? And every one of them astronauts are going to go to hell for being liars and deceivers. Well, Pastor Dean, what if they're deceived, too? That's their fault. You hear me? Oh, yeah. Hey, some of them they could have drugged them and they went they went on a trip all right, but it was like a LSD trip. But they're convinced it was real. They could have MK altered some of them. I don't know. But you put yourself in that position. Oh yeah. Let's join the CIA. Oh, really? Better find the good group cuz they'll have you drugged and mind controlled. You'll be assassinating somebody and just wake up. What happened? And they can do that to people. They can use people. This evil world will use people, lie to people, deceive them so they will deceive you. But see, I know if I know the Bible, so I'm not going to be tricked by this stuff. I don't care what hocus pocus circus they put in front of me cuz it's coming. You know that thing that happened in where was it? Down in Miami or South Florida, I can't remember now, but the alien alleged was walking down the street. That's just a little taste. Look, a hundred police cars didn't show up because some teenagers said the aliens were walking down the street. Somebody saw something and called in to Calvary. Just wait. Bible says men's hearts are going to fear for the things coming up upon the earth. Huh? Yeah. Their hearts are going to fear. What did I say? Well, fear. Yeah, they're going to fear. the fear is going to cause their hearts to fail. You know, this uh I don't know why the Lord just he made me go back to this today about the written word of God, how important it is. I know I say this a lot, but I cannot emphasize it enough that you better let this dwell in you richly above and beyond anything else because the deceptions coming in this world are going to be quite um what's the word? Quite tremendous. I mean it's only yeah only 10 after 2 Thessalonians 2 real quick. Now we beseech you brethren by the coming of our Lord Jesus Christ. So, his second coming and our gathering together unto him, the rapture meaning after his second coming. I know that just we're not we're not pre-trip rapture around here. That you may that you be not soon shaken in mind or be troubled neither by spirit nor by word or letter as from us as the day of Christ is at hand. So, if anybody say Jesus could come at any moment, no. Don't let anybody trouble you with that nonsense. Because let no man deceive you by any means, for that day shall not come except there come a falling away, an apostasy. A departure from what? What is an apostasy? Is a departure from the faith.</w:t>
      </w:r>
    </w:p>
    <w:p>
      <w:pPr>
        <w:pStyle w:val="Heading2"/>
      </w:pPr>
      <w:r>
        <w:t>1:16:00-1:20:00</w:t>
      </w:r>
    </w:p>
    <w:p>
      <w:r>
        <w:rPr>
          <w:rFonts w:ascii="Calibri" w:hAnsi="Calibri"/>
          <w:b/>
          <w:i w:val="0"/>
          <w:color w:val="2E5D74"/>
          <w:sz w:val="21"/>
        </w:rPr>
        <w:t xml:space="preserve">Pastor Dean Odle: </w:t>
      </w:r>
      <w:r>
        <w:rPr>
          <w:rFonts w:ascii="Calibri" w:hAnsi="Calibri"/>
          <w:b w:val="0"/>
          <w:i w:val="0"/>
          <w:color w:val="000000"/>
          <w:sz w:val="21"/>
        </w:rPr>
        <w:t>Basically, an apostasy is a departure from believing the word of God and the foundational doctrines of Christianity, which most of the church has done. We're already I believe this has already happened, the fallen way. The next thing says that the man of sin, this is the antichrist, be revealed. Meaning, there's no longer any question. Now, we're not there yet, but that there's no longer any question when he was when he's fully revealed the son of predition who opposes and exalts himself above all that is called God or that is worshiped, so that he as God siteth in the temple of God, showing himself that he is God. I do believe there's going to be a third temple. He says, ' Remember ye not that when I was yet with you, I told you the these things. And you know now what is withholding or holding these things back that he might be revealed in his time. This is what people call the restrainer. What's holding all of this back from happening? What's holding the antichrist back from being revealed and making the final move? It's not the Holy Spirit. It's not the church. He is Michael the Archangel because Daniel chapter 12 says when Michael stands up, there's going to be a time of trouble come upon what? The people of the Jews and the Christians like there never has been. So stand up means I believe he moves out of the way. And you get the same picture of the angels in Revelation 7 saying hold the winds back. Hold everything back. So it I believe it's Michael and his angels holding everything back until the time they're told to step away and let allow this to happen. And then he tells us about that he will be revealed in his time. For the mystery of iniquity doth already work. So that he was talking about the spirit of antichrist is already working. Only he who now lets or hinders uh will let or hinder until he be taken out of the way. And then shall that wicked be revealed whom the Lord shall consume with the spirit of his mouth and shall destroy with the brightness of his coming. So we know this is coming of the antichrist that he destroys when he returns. And then he says this, even him whose coming is after the working of Satan with all power and signs and lying wonders. Y'all read that right there. Satan's going to come with all his power, everything. He's got all his power and signs. And what's interesting lying wonders means the word within this is prodigal. Now what's interesting about prodigal he's talking about you know how we talk about you have a piano what is the word prodigy is the word I'm sorry prodigy. So what he's saying is too that it's going to be very smart, crafty deceptions. All right? And these also have to do with being in the heavens or in the sky. We know the tic tacs flying around, right? the flying scrolls, right? But he says that this who's who's coming? So this antichrist is going to come with the power of Satan working all the power of Satan, signs, lying, wonders, and with all. Somebody say all. All. All deceivleness. See, y'all need to understand the devil is not going to hold anything back.</w:t>
      </w:r>
    </w:p>
    <w:p>
      <w:pPr>
        <w:pStyle w:val="Heading2"/>
      </w:pPr>
      <w:r>
        <w:t>1:20:00-1:24:00</w:t>
      </w:r>
    </w:p>
    <w:p>
      <w:r>
        <w:rPr>
          <w:rFonts w:ascii="Calibri" w:hAnsi="Calibri"/>
          <w:b/>
          <w:i w:val="0"/>
          <w:color w:val="2E5D74"/>
          <w:sz w:val="21"/>
        </w:rPr>
        <w:t xml:space="preserve">Pastor Dean Odle: </w:t>
      </w:r>
      <w:r>
        <w:rPr>
          <w:rFonts w:ascii="Calibri" w:hAnsi="Calibri"/>
          <w:b w:val="0"/>
          <w:i w:val="0"/>
          <w:color w:val="000000"/>
          <w:sz w:val="21"/>
        </w:rPr>
        <w:t>This is his last attempt, his last hurrah for a thousand years. Going to be bound up. He'll get one more shot. But this is his this is his final move before the second coming of Jesus to deceive mankind. And he says this, he's going to come with all his deceivleness of unrighteousness in them that perish. Meaning he's going to use people that are perishing. He's going to have accompllices. Because they receive not the love of the truth. What's the truth? The word of God. They receive not the love of the truth that they might be saved. See, you better love the truth. Anything you love, you spend time with. Anything you love is in your heart. Anything you love, you will fight to defend. You better love the truth, the word of God. He says, "For this cause God shall send or allow them strong delusion that they should believe a lie." Why is the Lord going to allow this? Because he's going to be filtering out. These folks right here, that they all might be damned who believe not the truth. They didn't have faith in the Bible. They didn't believe the truth. So they will be damned. And he says those who two things, the ones that they will be damned, they believe not the truth, the Bible, the holy scriptures, but had pleasure in unrighteousness. Some scary verses right there, right? Meaning the Lord is going to allow this. Remember when they said, you know, Ahab, they were going to go up go up to Ramoth Gilead and prosper. Remember, all the prophets told him, "Go up to Ramthm Gilead and prosper." Well, God had planned to kill him there at Ramgth Gilead, right? And guess what? We find out the behindthe-scenes story. And the Lord said, "Who's going to deceive Ahab for me?" and a lying spirit step and say, "I'll do it." How you going to do this, lying spirit? I'm going to be a lying spirit in the mouth of all his prophets. Mean they're all going to say the same thing. And the Lord said, "Go ahead." Meaning the Lord allowed it. He didn't do it, but he allowed it to happen because he's going to filter out the Ahabs versus the Jehoshaphates. You hear me? And you better pick which side you're going to be on. As for me, in my house, we're going to serve the Lord. What does that mean? I'm going to believe, adhere to the scriptures. I don't care if somebody walks up and shows me pictures on their iPhone. Y'all want to ask this lady, what about the astronauts who told us it was flat and that space there's no such thing as space as we have been taught that it is. Two Russian cosminauts have testified to that. What about them? Well, guess what? I know who to believe. How do I know who to believe? Because I know what the Bible says about it. And that settles it. So, we know which one which of these astronauts, cosminauts, we know which one's telling the truth and which ones are lying, right?</w:t>
      </w:r>
    </w:p>
    <w:p>
      <w:pPr>
        <w:pStyle w:val="Heading2"/>
      </w:pPr>
      <w:r>
        <w:t>1:24:00-1:28:00</w:t>
      </w:r>
    </w:p>
    <w:p>
      <w:r>
        <w:rPr>
          <w:rFonts w:ascii="Calibri" w:hAnsi="Calibri"/>
          <w:b/>
          <w:i w:val="0"/>
          <w:color w:val="2E5D74"/>
          <w:sz w:val="21"/>
        </w:rPr>
        <w:t xml:space="preserve">Pastor Dean Odle: </w:t>
      </w:r>
      <w:r>
        <w:rPr>
          <w:rFonts w:ascii="Calibri" w:hAnsi="Calibri"/>
          <w:b w:val="0"/>
          <w:i w:val="0"/>
          <w:color w:val="000000"/>
          <w:sz w:val="21"/>
        </w:rPr>
        <w:t>So, Heidi, you got to make up your mind. If you don't believe Bible, you're going to believe men who lie. There's a lot of preachers who lie, y'all. In the pull pit, there's a God-fearing, Bible believing liar. That's like Greg Lock. A lot of guys get up in the pull pit and act like they're righteous while they're molesting kids. are having an affair and their wives. Well, they're a God-fearing Bible believing preacher. Yes. So what? If they if they believe the Bible, they wouldn't be messing with kids or cheating on their wife. You understand? I want people that fear God enough and believe God enough to live it, to act upon it. There is no wisdom or counsel or knowledge against the Lord. And you know even when in Corinthians when the Lord says he's made what the wisdom of this world foolishness, the word world there is cosmos. The world's version of the cosmos is foolishness. But that's just one. Oh, you can be gay and it's God's okay with No, you can't. Oh, you can be, you know, God understands that you're, you know, you have needs, but you're not married yet. No, no, no, no, no. fornication, adultery, all liars, fornicators, adulterers, murderers, horongers, sorcerers, and the unbelieving will have their part in the lake. It burns with fire and brimstone. Put this up. We're going to finish with this one. Revelation 21 6-8. Hopefully, this will scare the hell out of somebody. And he said unto me, it is done. And I am alpha and omega, the beginning and the end. I will give unto him that is a thirst of the fountain of the water of life freely. He that overcomemeth say he that overcomemeth. What do you have to overcome? Sin, unbelief, devils, deception, liars in the world. Oh, you got to overcome a lot of stuff that's trying to get in your way. But he says, "He that does overcome, that successfully wins this war and overcomes and stays faithful to God, shall inherit all things, and I will be his God, and he shall be my son or daughter." But the fearful and unbelieving. Now, notice it starts off with the fearful and the unbelieving. Unbelieving not unbelieving means not having true faith in God and his holy word. The fearful worried about what people think about them. Worried about being mocked or persecuted, unbelieving, and the abominable, which he calls homosexuality, men with men, women with women, abomination. He says, "And murderers and whoreongers, fornicators, just sexually immoral, sorcerers, and idoltors and all liars shall have their part in the lake that burneth with fire and brimstone, which is the second death." So if these astronauts are God-fearing, Bible believing men, they're going to end up telling the truth.</w:t>
      </w:r>
    </w:p>
    <w:p>
      <w:pPr>
        <w:pStyle w:val="Heading2"/>
      </w:pPr>
      <w:r>
        <w:t>1:28:00-1:32:00</w:t>
      </w:r>
    </w:p>
    <w:p>
      <w:r>
        <w:rPr>
          <w:rFonts w:ascii="Calibri" w:hAnsi="Calibri"/>
          <w:b/>
          <w:i w:val="0"/>
          <w:color w:val="2E5D74"/>
          <w:sz w:val="21"/>
        </w:rPr>
        <w:t xml:space="preserve">Pastor Dean Odle: </w:t>
      </w:r>
      <w:r>
        <w:rPr>
          <w:rFonts w:ascii="Calibri" w:hAnsi="Calibri"/>
          <w:b w:val="0"/>
          <w:i w:val="0"/>
          <w:color w:val="000000"/>
          <w:sz w:val="21"/>
        </w:rPr>
        <w:t>You know, when Bart Sabre, who did the documentary, A Funny Thing Happened on the Way to the Moon, absolutely proved that the moon landing did not happen when he went to uh Edgar Mitchell, the astronaut Edgar Mitchell's house to film him and try to get him to swear on the Bible that he landed on the moon. Um, and he wouldn't do it, by the way.  None of them would swear on the Bible that they walked on the moon. Um, that interview, you know, went bad and even got physical. Edgar Mitchell actually assaulted Bartell, but he left. But what Edgar Mitchell didn't realize, him and his son, was that there was a microphone left in there. Hot mic. And it caught Edgar Mitchell and his son talking about contacting the CIA and having this guy killed. What do you think they tell these astronauts? If they really tell the truth, you, your family, anybody you told, you don't think this goes on? You know that's what Capricorn one I feel like I was supposed to. Hey um Kamari you good and strong young man. Would you get the Capricorn one poster off my wall and bring it in here real quick. Show you something. If you hadn't seen the movie Capricorn 1. Now I don't I can't vouch for it. So don't watch it with children. I don't know. I saw it when I was like 10. which you probably shouldn't have, but my parents got HBO real early on and I saw all kinds of stuff that I shouldn't have seen. I remember watching uh what was that horror movie The Car when I was like 10 years old, 11, whatever. Scared the crap out of me, man. All right, let me show you this right here. But this was a movie made back Oh gosh, in the 70s. Can you see it? that y'all see right there or right here, either way. But here's what it and this is an actual movie poster, a real one of that time period I bought. And it says, "Would you be shocked to find out that the greatest moment of our recent history may not have happened at all?" And it's got a set. Now, in this movie, they were going to Mars, but basically what they did in uh what's his name? Uh James Brolan, OJ Simpson was in it. Um the guy from Law and Order, I can't remember his name. Telly Savalis. I mean, you know, Elliot Gould. I mean, this was a the big time actors back in the day, right? But here's what they did. They didn't tell the astronauts they weren't going anywhere at first. They set up the whole mission, trained for it, blah. And then when they were going to get on the thing, they took them another way behind the scenes. Nobody could see it. And basically the astronauts found out after the fact that they weren't going anywhere and they took them to this remote building and guess what they did to him. It's like um just so they can't talk. We kill them and they sent Hitman to go kill the astronauts. And I think two of them got killed and one managed to survive and escape and try and Elliot Ghoul, the guy with the fro down here, he was the reporter trying to break the story. But I remember when I saw this as a kid, I knew instinctively</w:t>
      </w:r>
    </w:p>
    <w:p>
      <w:pPr>
        <w:pStyle w:val="Heading2"/>
      </w:pPr>
      <w:r>
        <w:t>1:32:00-1:36:00</w:t>
      </w:r>
    </w:p>
    <w:p>
      <w:r>
        <w:rPr>
          <w:rFonts w:ascii="Calibri" w:hAnsi="Calibri"/>
          <w:b/>
          <w:i w:val="0"/>
          <w:color w:val="2E5D74"/>
          <w:sz w:val="21"/>
        </w:rPr>
        <w:t xml:space="preserve">Pastor Dean Odle: </w:t>
      </w:r>
      <w:r>
        <w:rPr>
          <w:rFonts w:ascii="Calibri" w:hAnsi="Calibri"/>
          <w:b w:val="0"/>
          <w:i w:val="0"/>
          <w:color w:val="000000"/>
          <w:sz w:val="21"/>
        </w:rPr>
        <w:t>that this is exactly what they did, the moon mission, right? This is what I'm telling you. The world, many of whom are satanic worshshiping accompllices of the devil, right? Satan worshiping, they're working with him. And this is the level they will go to to deceive you, to get you to not believe the Bible. They will spend billions of dollars because the most dangerous thing in the world is the truth of God's word to their whole system, to their entire plan and agenda. That's what it's all about. Let's stand. Somebody say, "I believe the Bible the Bible is the word of God." Word of God. 100% y'all. Oh, but Pastor Dean, what if they put your head in the guillotine? Say, just deny. Just deny. Just ju just deny this part is not true. You don't even have to deny all of it. Just this part. Nope. Go ahead. You wasting your breath. Release the blade. That's right. You're wasting my time, Sunny. Let's get on with this. All right. Oh, somebody puts a gun to your head. You see, you're not supposed to love this life. You're not trying to preserve this life and ruin the next. I will not ruin what I want to have with the Lord Jesus for all eternity. I don't want to miss out going there, man. I don't want to miss out seeing what he's going to do fixing this place after they've wrecked it with their geoengineering and nuclear weapons and everything else. They're going to wreck this place, right? That's why the Bible said, you know, the Bible says in Revelation that God is going to destroy those who destroyed the earth. So, God is a bit of an environmentalist. He's pro the earth, right? But think about this. The Bible says that we the believers who refuse to fall away, refuse to be ashamed of his word, refuse to deny him whether through words or our works. But those who refuse, we get heaven, we get the new Jerusalem. We get the earth that will be revamped. And I believe we're going to find out that when the firmament is removed at the second coming of Jesus, that there is no end to the earth. That it is an infinite plane. Which is why he says that our sins are when he forgives our sins, they're as far as the east is from the west. If that was a globe, you go east long enough, you come right back to it. Meaning, where did your sins go? You come right back to them. No, east and west on a flat plane, y'all. That is infinite.</w:t>
      </w:r>
    </w:p>
    <w:p>
      <w:pPr>
        <w:pStyle w:val="Heading2"/>
      </w:pPr>
      <w:r>
        <w:t>1:36:00-1:40:00</w:t>
      </w:r>
    </w:p>
    <w:p>
      <w:r>
        <w:rPr>
          <w:rFonts w:ascii="Calibri" w:hAnsi="Calibri"/>
          <w:b/>
          <w:i w:val="0"/>
          <w:color w:val="2E5D74"/>
          <w:sz w:val="21"/>
        </w:rPr>
        <w:t xml:space="preserve">Pastor Dean Odle: </w:t>
      </w:r>
      <w:r>
        <w:rPr>
          <w:rFonts w:ascii="Calibri" w:hAnsi="Calibri"/>
          <w:b w:val="0"/>
          <w:i w:val="0"/>
          <w:color w:val="000000"/>
          <w:sz w:val="21"/>
        </w:rPr>
        <w:t>This why he said, "I'm going to make a new heavens and a new earth, wherein dwelleth righteousness." What's he talking about? New. Oh, you going to see parts you didn't know existed and even might make some new ones out there. Right now, we are in the boundaries of our habitation. And he talks about there is the habitable part of the earth and the inhabitable part. We can't live outside of the dome. Now they keep trying out there in Antarctica to dig through it. It doesn't work. Can't get through it. Not getting through it. Only one breaking it. It's Jesus. When he comes back, it's his. He made it. He can tear it up. Right. But one day we're going to see. Can you imagine? He says, "Eye has not seen, ear has not heard, neither has entered into the heart of man the things that God has prepared for those that love him. I do not want to miss out on that." They see all these people that are so fascinated by the fairy tales of galaxies and planets and aliens far away and all the adventure of going to these endless places. Guess what? We're going to get that. It's just not the way they've made it out to be. Say, "Let's go this way, me and Donnie. Let's go this way for about 10,000 years and see how far it goes.  Yep. Donnie the hip. See, don't don't let the devil or any of his people steal your foundations and take from you your future. You see this life, one of the things when I found out I had, you know, the heart issue back then, I realized my heart was so bad. I could have dropped dead at any moment. You know, a lot of guys have heart attacks in their 40s. I, you know, and I was well into my 50s, but a lot of men have heart attacks in the 50s and they're die. They're dead. They're gone. Some of it's genetic, some of it's lifestyle, whatever. But there things happen. And I really realized I thought, man, that day on the golf course when I was experiencing basically a heart attack, I could have dropped dead right there and that would have been. And you know, maybe the Lord brings me back, maybe he doesn't. You get what I'm saying? Our life here, this time period that we have is so short. It's so fragile. And it wasn't it hasn't been well since Adam and Eve. It hasn't ever been meant that we would be here in this particular age like this forever. If that's not the plan, it's appointed unto man once to die and after this the judgment. And James said, "What is man's life is but a vapor that appears for a little time then vanishes away." I mean, he compares our life to a mist that just appears for a minute and then will vanish. I want to be in eternity with the one who made me, who loves me, who died on that cross for me, who has things prepared for me that he said there's not even language to describe. So, I'm just telling you, those of you here, those watching, listen, don't let the devil steal that from you, your faith, your future.</w:t>
      </w:r>
    </w:p>
    <w:p>
      <w:pPr>
        <w:pStyle w:val="Heading2"/>
      </w:pPr>
      <w:r>
        <w:t>1:40:00-1:42:48</w:t>
      </w:r>
    </w:p>
    <w:p>
      <w:r>
        <w:rPr>
          <w:rFonts w:ascii="Calibri" w:hAnsi="Calibri"/>
          <w:b/>
          <w:i w:val="0"/>
          <w:color w:val="2E5D74"/>
          <w:sz w:val="21"/>
        </w:rPr>
        <w:t xml:space="preserve">Pastor Dean Odle: </w:t>
      </w:r>
      <w:r>
        <w:rPr>
          <w:rFonts w:ascii="Calibri" w:hAnsi="Calibri"/>
          <w:b w:val="0"/>
          <w:i w:val="0"/>
          <w:color w:val="000000"/>
          <w:sz w:val="21"/>
        </w:rPr>
        <w:t>Amen. Let's pray. Father in heaven, I pray today in Jesus name that God, the conviction of your Holy Spirit be upon this word today. Lord, I thank you for your scriptures that make our hearts burn, that convict us of sin and unbelief, of fearing men and wanting their praise more than fearing you and wanting your praise. God, forgive us of our sins and cleanse us from all unrighteousness today. Lord, we choose to draw near to you because we want to spend all eternity with you. We can't wait to just be there at your throne and to worship with the multitudes and the 24 elders, to see all of heaven and to see the earth as it really is, to see New Jerusalem, to see you face to face. Lord, you said when we would see you face to face, we would immediately be made like you. We love you. We exalt you. Your word is true from Genesis to Revelation. You've given us enough in these 66 books to know the truth, to know you, to discern all deception that's in the world. Help us do that, Lord. Help us walk with you and love the truth to continue in your word so that we may be your disciples indeed. We love you. We exalt you. We praise your name. It's in Jesus name we pray. Amen. Amen. Amen. Do you love the Bible, y'all? Amen. The greatest book ever written. Still the bestseller, too. Exactly. By far. They hate this book. But even Napoleon said, "This book destroys all that oppose." It does. I wouldn't fight this book right here. You will lose. All right. Y'all know the drill. I We're not going to do another song today. Let the We got a baptism to do. Uh so join us downstairs if you can. I hope you can stay.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66C"/>
        <w:sz w:val="18"/>
      </w:rPr>
      <w:t xml:space="preserve">Page </w:t>
    </w:r>
    <w:r>
      <w:rPr>
        <w:rFonts w:ascii="Calibri" w:hAnsi="Calibri"/>
        <w:b w:val="0"/>
        <w:i w:val="0"/>
        <w:color w:val="59666C"/>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59666C"/>
        <w:sz w:val="18"/>
      </w:rPr>
      <w:t>WATCHMAN 33  |  LIGHTLY EDITED TRANSCRIPT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838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8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Faith - Lightly Edited Transcript</dc:title>
  <dc:subject/>
  <dc:creator>Watchman 33</dc:creator>
  <cp:keywords/>
  <dc:description>generated by python-docx</dc:description>
  <cp:lastModifiedBy/>
  <cp:revision>1</cp:revision>
  <dcterms:created xsi:type="dcterms:W3CDTF">2013-12-23T23:15:00Z</dcterms:created>
  <dcterms:modified xsi:type="dcterms:W3CDTF">2013-12-23T23:15:00Z</dcterms:modified>
  <cp:category/>
</cp:coreProperties>
</file>