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Bloody Hands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2025-03-16 (video upload date)</w:t>
            </w:r>
          </w:p>
        </w:tc>
      </w:tr>
      <w:tr>
        <w:tc>
          <w:tcPr>
            <w:tcW w:type="dxa" w:w="2016"/>
            <w:vAlign w:val="center"/>
          </w:tcPr>
          <w:p>
            <w:r>
              <w:rPr>
                <w:b/>
              </w:rPr>
              <w:t>Duration</w:t>
            </w:r>
          </w:p>
        </w:tc>
        <w:tc>
          <w:tcPr>
            <w:tcW w:type="dxa" w:w="7920"/>
            <w:vAlign w:val="center"/>
          </w:tcPr>
          <w:p>
            <w:r>
              <w:t>1:27:07</w:t>
            </w:r>
          </w:p>
        </w:tc>
      </w:tr>
      <w:tr>
        <w:tc>
          <w:tcPr>
            <w:tcW w:type="dxa" w:w="2016"/>
            <w:vAlign w:val="center"/>
          </w:tcPr>
          <w:p>
            <w:r>
              <w:rPr>
                <w:b/>
              </w:rPr>
              <w:t>Source</w:t>
            </w:r>
          </w:p>
        </w:tc>
        <w:tc>
          <w:tcPr>
            <w:tcW w:type="dxa" w:w="7920"/>
            <w:vAlign w:val="center"/>
          </w:tcPr>
          <w:p>
            <w:r>
              <w:t>https://www.youtube.com/watch?v=USDtXf5Brx4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0:00-9:41</w:t>
      </w:r>
    </w:p>
    <w:p>
      <w:pPr>
        <w:keepNext/>
      </w:pPr>
      <w:r>
        <w:rPr>
          <w:b/>
          <w:color w:val="2E74B5"/>
        </w:rPr>
        <w:t>Pastor Dean Odle</w:t>
      </w:r>
    </w:p>
    <w:p>
      <w:pPr>
        <w:keepLines/>
      </w:pPr>
      <w:r>
        <w:t>Odle focuses on faith.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w:t>
      </w:r>
    </w:p>
    <w:p>
      <w:pPr>
        <w:pStyle w:val="Heading2"/>
        <w:keepNext/>
      </w:pPr>
      <w:r>
        <w:t>2. 9:41-19:22</w:t>
      </w:r>
    </w:p>
    <w:p>
      <w:pPr>
        <w:keepNext/>
      </w:pPr>
      <w:r>
        <w:rPr>
          <w:b/>
          <w:color w:val="2E74B5"/>
        </w:rPr>
        <w:t>Pastor Dean Odle</w:t>
      </w:r>
    </w:p>
    <w:p>
      <w:pPr>
        <w:keepLines/>
      </w:pPr>
      <w:r>
        <w:t>Odle focuses on freedom from fear while working through Proverbs 21:20, 1 Peter 3:15, Mark 16. The message argues that the believer must answer fear with trust in God, sober judgment, and faithful action. It connects this with the conviction that biblical faith trusts God’s character and acts upon His promises. The practical emphasis is to trust God’s promises and refuse decisions governed by fear.</w:t>
      </w:r>
    </w:p>
    <w:p>
      <w:pPr>
        <w:pStyle w:val="Heading2"/>
        <w:keepNext/>
      </w:pPr>
      <w:r>
        <w:t>3. 19:22-29:02</w:t>
      </w:r>
    </w:p>
    <w:p>
      <w:pPr>
        <w:keepNext/>
      </w:pPr>
      <w:r>
        <w:rPr>
          <w:b/>
          <w:color w:val="2E74B5"/>
        </w:rPr>
        <w:t>Pastor Dean Odle</w:t>
      </w:r>
    </w:p>
    <w:p>
      <w:pPr>
        <w:keepLines/>
      </w:pPr>
      <w:r>
        <w:t>Odle focuses on idolatry and occult influence while working through Luke 24:44, Ezekiel 1. The message argues that objects and practices tied to idolatry are treated as spiritual compromises that should be renounced. It connects this with the conviction that repentance involves turning from known sin and bringing conduct into agreement with God’s word. The practical emphasis is to respond with honest repentance and concrete obedience.</w:t>
      </w:r>
    </w:p>
    <w:p>
      <w:pPr>
        <w:pStyle w:val="Heading2"/>
        <w:keepNext/>
      </w:pPr>
      <w:r>
        <w:t>4. 29:02-38:43</w:t>
      </w:r>
    </w:p>
    <w:p>
      <w:pPr>
        <w:keepNext/>
      </w:pPr>
      <w:r>
        <w:rPr>
          <w:b/>
          <w:color w:val="2E74B5"/>
        </w:rPr>
        <w:t>Pastor Dean Odle</w:t>
      </w:r>
    </w:p>
    <w:p>
      <w:pPr>
        <w:keepLines/>
      </w:pPr>
      <w:r>
        <w:t>Odle focuses on Israel in prophecy while working through Acts 18, Isaiah 53, Psalm 22. The message argues that the sermon relates Israel’s place in Scripture to the unfolding prophetic picture. It connects this with the conviction that repentance involves turning from known sin and bringing conduct into agreement with God’s word. The practical emphasis is to respond with honest repentance and concrete obedience.</w:t>
      </w:r>
    </w:p>
    <w:p>
      <w:pPr>
        <w:pStyle w:val="Heading2"/>
        <w:keepNext/>
      </w:pPr>
      <w:r>
        <w:t>5. 38:43-48:24</w:t>
      </w:r>
    </w:p>
    <w:p>
      <w:pPr>
        <w:keepNext/>
      </w:pPr>
      <w:r>
        <w:rPr>
          <w:b/>
          <w:color w:val="2E74B5"/>
        </w:rPr>
        <w:t>Pastor Dean Odle</w:t>
      </w:r>
    </w:p>
    <w:p>
      <w:pPr>
        <w:keepLines/>
      </w:pPr>
      <w:r>
        <w:t>Odle focuses on family discipleship while working through Ezekiel 3, Isaiah 30, Mark 8:38. The message argues that faithfulness in the home requires instruction, loving correction, protection, and a consistent Christian example. It connects this with the conviction that the sermon relates Israel’s place in Scripture to the unfolding prophetic picture. The practical emphasis is to practice patient, truthful love in relationships and conflict.</w:t>
      </w:r>
    </w:p>
    <w:p>
      <w:pPr>
        <w:pStyle w:val="Heading2"/>
        <w:keepNext/>
      </w:pPr>
      <w:r>
        <w:t>6. 48:24-58:05</w:t>
      </w:r>
    </w:p>
    <w:p>
      <w:pPr>
        <w:keepNext/>
      </w:pPr>
      <w:r>
        <w:rPr>
          <w:b/>
          <w:color w:val="2E74B5"/>
        </w:rPr>
        <w:t>Pastor Dean Odle</w:t>
      </w:r>
    </w:p>
    <w:p>
      <w:pPr>
        <w:keepLines/>
      </w:pPr>
      <w:r>
        <w:t>Odle focuses on prayer while working through Hebrews 4:12, James 5:16. The message argues that prayer expresses dependence on God and prepares believers to hear and obey Him. It connects this with the conviction that biblical faith trusts God’s character and acts upon His promises. The practical emphasis is to respond with honest repentance and concrete obedience.</w:t>
      </w:r>
    </w:p>
    <w:p>
      <w:pPr>
        <w:pStyle w:val="Heading2"/>
        <w:keepNext/>
      </w:pPr>
      <w:r>
        <w:t>7. 58:05-1:07:45</w:t>
      </w:r>
    </w:p>
    <w:p>
      <w:pPr>
        <w:keepNext/>
      </w:pPr>
      <w:r>
        <w:rPr>
          <w:b/>
          <w:color w:val="2E74B5"/>
        </w:rPr>
        <w:t>Pastor Dean Odle</w:t>
      </w:r>
    </w:p>
    <w:p>
      <w:pPr>
        <w:keepLines/>
      </w:pPr>
      <w:r>
        <w:t>Odle focuses on freedom from fear while working through Acts 4, Luke 12. The message argues that the believer must answer fear with trust in God, sober judgment, and faithful action. It connects this with the conviction that God calls believers to reject compromise and pursue practical holiness. The practical emphasis is to trust God’s promises and refuse decisions governed by fear.</w:t>
      </w:r>
    </w:p>
    <w:p>
      <w:pPr>
        <w:pStyle w:val="Heading2"/>
        <w:keepNext/>
      </w:pPr>
      <w:r>
        <w:t>8. 1:07:45-1:17:26</w:t>
      </w:r>
    </w:p>
    <w:p>
      <w:pPr>
        <w:keepNext/>
      </w:pPr>
      <w:r>
        <w:rPr>
          <w:b/>
          <w:color w:val="2E74B5"/>
        </w:rPr>
        <w:t>Pastor Dean Odle</w:t>
      </w:r>
    </w:p>
    <w:p>
      <w:pPr>
        <w:keepLines/>
      </w:pPr>
      <w:r>
        <w:t>Odle focuses on freedom from fear. The message argues that the believer must answer fear with trust in God, sober judgment, and faithful action. It connects this with the conviction that the creation account is defended as foundational to biblical authority and the meaning of the created order. The practical emphasis is to trust God’s promises and refuse decisions governed by fear.</w:t>
      </w:r>
    </w:p>
    <w:p>
      <w:pPr>
        <w:pStyle w:val="Heading2"/>
        <w:keepNext/>
      </w:pPr>
      <w:r>
        <w:t>9. 1:17:26-1:27:07</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God’s grace forgives and also trains believers to leave sin and live in obedience.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