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pPr>
        <w:spacing w:after="360"/>
        <w:jc w:val="center"/>
      </w:pPr>
      <w:r>
        <w:rPr>
          <w:b/>
          <w:color w:val="A8741A"/>
          <w:sz w:val="22"/>
        </w:rPr>
        <w:t>WATCHMAN 33</w:t>
      </w:r>
    </w:p>
    <w:p>
      <w:pPr>
        <w:spacing w:after="160"/>
        <w:jc w:val="center"/>
      </w:pPr>
      <w:r>
        <w:rPr>
          <w:b/>
          <w:color w:val="0B2545"/>
          <w:sz w:val="60"/>
        </w:rPr>
        <w:t>Passports</w:t>
      </w:r>
    </w:p>
    <w:p>
      <w:pPr>
        <w:spacing w:after="480"/>
        <w:jc w:val="center"/>
      </w:pPr>
      <w:r>
        <w:rPr>
          <w:color w:val="1F4D78"/>
          <w:sz w:val="30"/>
        </w:rPr>
        <w:t>Lightly Edited Transcript</w:t>
      </w:r>
    </w:p>
    <w:p>
      <w:pPr>
        <w:jc w:val="center"/>
      </w:pPr>
      <w:r>
        <w:rPr>
          <w:color w:val="667085"/>
          <w:sz w:val="20"/>
        </w:rPr>
        <w:t>Pastor Dean Odle and ministry team</w:t>
        <w:br/>
        <w:t>YouTube source • Duration 2:23:23</w:t>
        <w:br/>
        <w:t>Visitor Transcript Resource</w:t>
      </w:r>
    </w:p>
    <w:p>
      <w:r>
        <w:br w:type="page"/>
      </w:r>
    </w:p>
    <w:p>
      <w:pPr>
        <w:pStyle w:val="Heading1"/>
      </w:pPr>
      <w:r>
        <w:t>Transcript Note</w:t>
      </w:r>
    </w:p>
    <w:p>
      <w:r>
        <w:t>Edited for readability while preserving the speaker’s meaning and substantive statements.</w:t>
      </w:r>
    </w:p>
    <w:p>
      <w:r>
        <w:t>Basis: user-supplied timestamped transcript apparently derived from auto-generated captions. Editing was limited to removing filler words, immediate stutters, accidental repetitions, and repairing obvious spacing or punctuation. Unclear caption fragments are retained where a confident correction was not possible. Statements, prophecies, healing claims, allegations, and testimonies belong to the speakers and have not been independently verified. Worship lyrics and prayers are included because they form part of the recorded service.</w:t>
      </w:r>
    </w:p>
    <w:p>
      <w:pPr>
        <w:pStyle w:val="Heading1"/>
      </w:pPr>
      <w:r>
        <w:t>Speaker and Source Metadata</w:t>
      </w:r>
    </w:p>
    <w:tbl>
      <w:tblPr>
        <w:tblStyle w:val="TableGrid"/>
        <w:tblW w:type="dxa" w:w="9360"/>
        <w:jc w:val="left"/>
        <w:tblLayout w:type="fixed"/>
        <w:tblLook w:firstColumn="1" w:firstRow="1" w:lastColumn="0" w:lastRow="0" w:noHBand="0" w:noVBand="1" w:val="04A0"/>
        <w:tblInd w:w="120" w:type="dxa"/>
      </w:tblPr>
      <w:tblGrid>
        <w:gridCol w:w="2700"/>
        <w:gridCol w:w="6660"/>
      </w:tblGrid>
      <w:tr>
        <w:tc>
          <w:tcPr>
            <w:tcW w:type="dxa" w:w="2700"/>
            <w:shd w:fill="E8EEF5"/>
            <w:vAlign w:val="center"/>
            <w:tcMar>
              <w:top w:w="80" w:type="dxa"/>
              <w:start w:w="120" w:type="dxa"/>
              <w:bottom w:w="80" w:type="dxa"/>
              <w:end w:w="120" w:type="dxa"/>
            </w:tcMar>
          </w:tcPr>
          <w:p>
            <w:r>
              <w:rPr>
                <w:b/>
              </w:rPr>
              <w:t>Speaker</w:t>
            </w:r>
          </w:p>
        </w:tc>
        <w:tc>
          <w:tcPr>
            <w:tcW w:type="dxa" w:w="6660"/>
            <w:vAlign w:val="center"/>
            <w:tcMar>
              <w:top w:w="80" w:type="dxa"/>
              <w:start w:w="120" w:type="dxa"/>
              <w:bottom w:w="80" w:type="dxa"/>
              <w:end w:w="120" w:type="dxa"/>
            </w:tcMar>
          </w:tcPr>
          <w:p>
            <w:r>
              <w:t>Pastor Dean Odle and ministry team</w:t>
            </w:r>
          </w:p>
        </w:tc>
      </w:tr>
      <w:tr>
        <w:tc>
          <w:tcPr>
            <w:tcW w:type="dxa" w:w="2700"/>
            <w:shd w:fill="E8EEF5"/>
            <w:vAlign w:val="center"/>
            <w:tcMar>
              <w:top w:w="80" w:type="dxa"/>
              <w:start w:w="120" w:type="dxa"/>
              <w:bottom w:w="80" w:type="dxa"/>
              <w:end w:w="120" w:type="dxa"/>
            </w:tcMar>
          </w:tcPr>
          <w:p>
            <w:r>
              <w:rPr>
                <w:b/>
              </w:rPr>
              <w:t>Sermon date</w:t>
            </w:r>
          </w:p>
        </w:tc>
        <w:tc>
          <w:tcPr>
            <w:tcW w:type="dxa" w:w="6660"/>
            <w:vAlign w:val="center"/>
            <w:tcMar>
              <w:top w:w="80" w:type="dxa"/>
              <w:start w:w="120" w:type="dxa"/>
              <w:bottom w:w="80" w:type="dxa"/>
              <w:end w:w="120" w:type="dxa"/>
            </w:tcMar>
          </w:tcPr>
          <w:p>
            <w:r>
              <w:t>Not stated in supplied transcript</w:t>
            </w:r>
          </w:p>
        </w:tc>
      </w:tr>
      <w:tr>
        <w:tc>
          <w:tcPr>
            <w:tcW w:type="dxa" w:w="2700"/>
            <w:shd w:fill="E8EEF5"/>
            <w:vAlign w:val="center"/>
            <w:tcMar>
              <w:top w:w="80" w:type="dxa"/>
              <w:start w:w="120" w:type="dxa"/>
              <w:bottom w:w="80" w:type="dxa"/>
              <w:end w:w="120" w:type="dxa"/>
            </w:tcMar>
          </w:tcPr>
          <w:p>
            <w:r>
              <w:rPr>
                <w:b/>
              </w:rPr>
              <w:t>Source</w:t>
            </w:r>
          </w:p>
        </w:tc>
        <w:tc>
          <w:tcPr>
            <w:tcW w:type="dxa" w:w="6660"/>
            <w:vAlign w:val="center"/>
            <w:tcMar>
              <w:top w:w="80" w:type="dxa"/>
              <w:start w:w="120" w:type="dxa"/>
              <w:bottom w:w="80" w:type="dxa"/>
              <w:end w:w="120" w:type="dxa"/>
            </w:tcMar>
          </w:tcPr>
          <w:p>
            <w:r>
              <w:t>https://www.youtube.com/watch?v=eBTaUZhnzRc</w:t>
            </w:r>
          </w:p>
        </w:tc>
      </w:tr>
      <w:tr>
        <w:tc>
          <w:tcPr>
            <w:tcW w:type="dxa" w:w="2700"/>
            <w:shd w:fill="E8EEF5"/>
            <w:vAlign w:val="center"/>
            <w:tcMar>
              <w:top w:w="80" w:type="dxa"/>
              <w:start w:w="120" w:type="dxa"/>
              <w:bottom w:w="80" w:type="dxa"/>
              <w:end w:w="120" w:type="dxa"/>
            </w:tcMar>
          </w:tcPr>
          <w:p>
            <w:r>
              <w:rPr>
                <w:b/>
              </w:rPr>
              <w:t>Duration</w:t>
            </w:r>
          </w:p>
        </w:tc>
        <w:tc>
          <w:tcPr>
            <w:tcW w:type="dxa" w:w="6660"/>
            <w:vAlign w:val="center"/>
            <w:tcMar>
              <w:top w:w="80" w:type="dxa"/>
              <w:start w:w="120" w:type="dxa"/>
              <w:bottom w:w="80" w:type="dxa"/>
              <w:end w:w="120" w:type="dxa"/>
            </w:tcMar>
          </w:tcPr>
          <w:p>
            <w:r>
              <w:t>2:23:23</w:t>
            </w:r>
          </w:p>
        </w:tc>
      </w:tr>
      <w:tr>
        <w:tc>
          <w:tcPr>
            <w:tcW w:type="dxa" w:w="2700"/>
            <w:shd w:fill="E8EEF5"/>
            <w:vAlign w:val="center"/>
            <w:tcMar>
              <w:top w:w="80" w:type="dxa"/>
              <w:start w:w="120" w:type="dxa"/>
              <w:bottom w:w="80" w:type="dxa"/>
              <w:end w:w="120" w:type="dxa"/>
            </w:tcMar>
          </w:tcPr>
          <w:p>
            <w:r>
              <w:rPr>
                <w:b/>
              </w:rPr>
              <w:t>Transcript basis</w:t>
            </w:r>
          </w:p>
        </w:tc>
        <w:tc>
          <w:tcPr>
            <w:tcW w:type="dxa" w:w="6660"/>
            <w:vAlign w:val="center"/>
            <w:tcMar>
              <w:top w:w="80" w:type="dxa"/>
              <w:start w:w="120" w:type="dxa"/>
              <w:bottom w:w="80" w:type="dxa"/>
              <w:end w:w="120" w:type="dxa"/>
            </w:tcMar>
          </w:tcPr>
          <w:p>
            <w:r>
              <w:t>User-supplied timestamped transcript; auto-generated captions lightly edited</w:t>
            </w:r>
          </w:p>
        </w:tc>
      </w:tr>
      <w:tr>
        <w:tc>
          <w:tcPr>
            <w:tcW w:type="dxa" w:w="2700"/>
            <w:shd w:fill="E8EEF5"/>
            <w:vAlign w:val="center"/>
            <w:tcMar>
              <w:top w:w="80" w:type="dxa"/>
              <w:start w:w="120" w:type="dxa"/>
              <w:bottom w:w="80" w:type="dxa"/>
              <w:end w:w="120" w:type="dxa"/>
            </w:tcMar>
          </w:tcPr>
          <w:p>
            <w:r>
              <w:rPr>
                <w:b/>
              </w:rPr>
              <w:t>Scripture translation</w:t>
            </w:r>
          </w:p>
        </w:tc>
        <w:tc>
          <w:tcPr>
            <w:tcW w:type="dxa" w:w="6660"/>
            <w:vAlign w:val="center"/>
            <w:tcMar>
              <w:top w:w="80" w:type="dxa"/>
              <w:start w:w="120" w:type="dxa"/>
              <w:bottom w:w="80" w:type="dxa"/>
              <w:end w:w="120" w:type="dxa"/>
            </w:tcMar>
          </w:tcPr>
          <w:p>
            <w:r>
              <w:t>King James Version (KJV)</w:t>
            </w:r>
          </w:p>
        </w:tc>
      </w:tr>
    </w:tbl>
    <w:p>
      <w:pPr>
        <w:pStyle w:val="Heading1"/>
      </w:pPr>
      <w:r>
        <w:t>Lightly Edited Timestamped Transcript</w:t>
      </w:r>
    </w:p>
    <w:p>
      <w:pPr>
        <w:keepNext/>
      </w:pPr>
      <w:r>
        <w:rPr>
          <w:b/>
          <w:color w:val="2E74B5"/>
        </w:rPr>
        <w:t>[00:00–18:31]  Speaker(s)</w:t>
      </w:r>
    </w:p>
    <w:p>
      <w:r>
        <w:t>process. I told him the way to cheat you and make fake calluses is put super glue on the end of your fingers for a service and it really works. That'll stay on there for a while.</w:t>
      </w:r>
    </w:p>
    <w:p>
      <w:pPr>
        <w:keepNext/>
      </w:pPr>
      <w:r>
        <w:rPr>
          <w:b/>
          <w:color w:val="2E74B5"/>
        </w:rPr>
        <w:t>[18:31–23:34]  Speaker(s)</w:t>
      </w:r>
    </w:p>
    <w:p>
      <w:r>
        <w:t>Little old guitar player trick. Yeah.</w:t>
      </w:r>
    </w:p>
    <w:p>
      <w:pPr>
        <w:keepNext/>
      </w:pPr>
      <w:r>
        <w:rPr>
          <w:b/>
          <w:color w:val="2E74B5"/>
        </w:rPr>
        <w:t>[23:34–38:43]  Speaker(s)</w:t>
      </w:r>
    </w:p>
    <w:p>
      <w:r>
        <w:t>But anyway, let's pray. Let's stand first. I will stand. we're I'm I'm not doing part three this</w:t>
      </w:r>
    </w:p>
    <w:p>
      <w:pPr>
        <w:keepNext/>
      </w:pPr>
      <w:r>
        <w:rPr>
          <w:b/>
          <w:color w:val="2E74B5"/>
        </w:rPr>
        <w:t>[38:43–53:52]  Speaker(s)</w:t>
      </w:r>
    </w:p>
    <w:p>
      <w:r>
        <w:t>week. I'm going to change that to next week, God willing. But as I was praying last night and this morning, the Lord</w:t>
      </w:r>
    </w:p>
    <w:p>
      <w:pPr>
        <w:keepNext/>
      </w:pPr>
      <w:r>
        <w:rPr>
          <w:b/>
          <w:color w:val="2E74B5"/>
        </w:rPr>
        <w:t>[53:52–1:07:20]  Speaker(s)</w:t>
      </w:r>
    </w:p>
    <w:p>
      <w:r>
        <w:t>just completely changed what he wanted me to do today. So, we're going to do something completely different now. after praise and worship, I'm going to</w:t>
      </w:r>
    </w:p>
    <w:p>
      <w:pPr>
        <w:keepNext/>
      </w:pPr>
      <w:r>
        <w:rPr>
          <w:b/>
          <w:color w:val="2E74B5"/>
        </w:rPr>
        <w:t>[1:07:20–1:20:48]  Speaker(s)</w:t>
      </w:r>
    </w:p>
    <w:p>
      <w:r>
        <w:t>speak to you just for a brief minute on what we're about to do and then we're going to do it. and because again, we</w:t>
      </w:r>
    </w:p>
    <w:p>
      <w:pPr>
        <w:keepNext/>
      </w:pPr>
      <w:r>
        <w:rPr>
          <w:b/>
          <w:color w:val="2E74B5"/>
        </w:rPr>
        <w:t>[1:20:48–1:34:16]  Speaker(s)</w:t>
      </w:r>
    </w:p>
    <w:p>
      <w:r>
        <w:t xml:space="preserve">don't have much room in this church. So, we'll do the best we can. But I believe the Lord wants to touch some people in here today in a special way. </w:t>
      </w:r>
    </w:p>
    <w:p>
      <w:pPr>
        <w:keepNext/>
      </w:pPr>
      <w:r>
        <w:rPr>
          <w:b/>
          <w:color w:val="2E74B5"/>
        </w:rPr>
        <w:t>[1:34:16–1:37:21]  Speaker(s)</w:t>
      </w:r>
    </w:p>
    <w:p>
      <w:r>
        <w:t>especially some of you that are visiting and visiting from afar. I just believe the Lord's not done what he started doing yesterday. And so this is going to be more of a ministry service than anything else. Also,  Jordan, if y'all would please get the building plans ready to put up on the screen because I want to show everybody where we are on that. Give kind of an update. is there anything else I'm missing? Love. All right, let's pray. Father in heaven, we thank you again for all that you have done, for all that you have done in our lives, what you have done this weekend. And Lord, what you're about to do. Lord, I know that you are you are so ready to reveal yourself, to touch people, to speak to people, to convict us, to change, to repent, to follow you, to show us that you love us and you have a much better plan than we have for ourselves. Lord, I ask you to just come into this place today, Lord, as we choose to take this time to worship you, to worship you in spirit and in truth. Lord, we ask you to manifest yourself, your presence, your power, your gifts, your healing power. Lord, we ask you to manifest yourself in here today in a powerful way. I ask you to touch, Lord, from the youngest to the oldest and all in between. Lord, we ask for you to pour out your spirit in this place because we need you. We need times of refreshing that comes from your presence. We need Lord sometimes just a little encouragement and strengthening in this journey as we walk by faith and not by sight. And Lord, we ask for you to move today in that way in Jesus name. Amen. Amen. one. There we go. There we go. There we go. Well, I was downstairs and I kind of like talking to the Lord a little bit before I start. And he said, "grab you a piece of toilet paper because you're going to be crying today." And then I get up here and Pastor Dean said, "The Lord is not done yet." And when he said that, the the Holy Spirit just kind of started coming on me today. So that's a that's a witness. The Lord wants to do something here today. So let's just worship him like he deserves. Let's worship the Lord today like he deserves. Amen. Yep. Guitar on guitar. There we go. There we go. Blessed be your name. The wind that is plentiful. The streams of abundance flow. Blessed be your name. Blessed be your name. Blessed be your name. Every sing will say blessed be the name of the Lord. Blessed be your name. Blessed be the name of the Lord. Blessed be your glorious name. Sing your name shining down on me. The world is all that it should be. Blessed be your name. Blessed be the morning on the mar. Every blessing you turn back to me. When the darkness closes in still I will say blessed be the name of the Lord. Blessed be your name. Blessed be the name of the Lord. Blessed be your glorious name. Blessed be the name of the Lord. Blessed be your name. Blessed be the name of the Lord. Blessed be your glorious name. You give and take away. You hear my heart choose the same. You give take away and take away my heart. You choose to say blessed be your name. Let's say it to him softly. Blessed be the name of the Lord. Blessed be your name. Blessed be the name of the Lord. Blessed be your glorious name. Say it again. Blessed be the name of the Lord. Blessed be your name. Blessed be the name of the Lord. Blessed be your glorious name. Blessed be your name, Lord Jesus. We love you, Lord. Thank you, Lord. Thank you that you love us, Lord. Lord, thank you that you desire us, Lord. Thank you, Jesus. We ask your forgiveness of our sins today, Lord. We ask that you'd purify our minds. Give us clean hands and pure hearts, Lord, today and every day. in Jesus name. Yes. Holy is the Lord. Holy is the Lord. Seated on the throne, the train of Israel. It fills the temple. Worthy is your name. Worthy is your name. Let the heavens rejoice. Let the earth be glad. And say among the nations, our God reigns. Our God reigns. Forever. Your kingom reigns. Yes, our God reigns. Our God reign. Sing it to him today forever. Your kingdom reigns. Your kingdom reigns. Oh our God reigns. Our God reigns forever. Your kingom praise. Thank you, Jesus. Worship and adore you. Yes, Lord. Oh, Jesus, we adore you. Perfect lamb was slain and risen from the grave. Hallelujah. Hallelu. Our God reigns. Our God reigns. Forever. Your kingom reign. Say it to him this morning. Our God reigns. Say it to him. Our God reigns forever. Your kingom reign. He reigns. He reigns. He reigns. He reigns. over all the earth. He reigns. He reigns. The only one true God. The only one who reigns forever. Jesus reigns. He reigns. He reigns over all the earth. He reigns. He reigns. The only one true God. The only one who reigns forever. Jesus reigns. He reigns. He reigns over all the earth. He reigns. He reigns. The only one true God, the only one who saves forever. Jesus reigns. Yes, Lord. Thank you, Jesus. Find us on our knees. Yes, Lord. Have mercy on us. Please, our hope is in you. We believe it's true that God can save the nation. believe it this morning. Find us on our knees. Have mercy on us. Please, we believe it this morning. Our hope is in you. We believe it's true. God can save the nation. Our God reigns. Our God reigns. Our God reigns forever. Your king reigns. Yes Lord. Oh our God reign. Our God reigns forever. Your king reigns. He reigns. He reigns. He reigns. He reigns over all the earth. He reigns. He reigns. The only one true God. The only one who s forever. Jesus. Sing it this morning. He reigns. He reigns over all the earth. He reigns. He reigns. The only one true God. The only one who s forever. Jesus reigns. He reigns. He reigns. Declare it over all the earth. He reigns. He reigns. The only one true God, the only one who saves forever. Jesus reigns. You are God. Our God reigns. Yes, Lord. You ready, Lord Jesus? Our God reigns. Forever your king reign again. Our God reign. Our God reign forever. Your king. You are God reigns over everything. Our God reigns forever. You walk in our race. So find us on our knees. Lord, let this be our prayer. Have mercy on us, please. Our hope is in you. We believe it's true that God can save the nation. Let's sing that again. Find us on our knees. Have mercy on us, please. Our hope is in you. We believe it's true that God can save the nation. Let's sing. Our God reigns again. Our God reigns. Our God reigns. Forever. your kingom reign. Our God reigns. Hallelujah. Our God reigns forever. Your king, he reigns, Lord. He reigns. He reigns. He reigns over all the earth. He reigns. He reigns. The only one true God. The only one who saves forever. Jesus reigns. He reigns. He reigns one who saves forever. Jesus sings. Thank you Lord Jesus that you reign. You reign over all the earth and we love you Lord. We exalt you here this morning. We magnify your name Lord God and give you praise. All the glory and all the honor the highest. Oh Lord, Lord our God, you're here this morning, Lord. Thank you, Lord. We love you, Lord. We invite you, Holy Spirit, to move. Forgive our inadequacies, Lord. Jesus, and move upon our minds and our lives, Lord. Clean our houses this morning, Lord. Clean us up for our God. We worship you, Holy Spirit. Oh, you're so worthy. Just tell him you're worthy this morning. Oh, sometimes we just need to just need to tell the Lord how worthy he is. And cast our love upon him. We cast our love upon you, Lord. The only one worthy. We magnify you, Lord. We cast our love upon you. Jesus. Thank you, Jesus. Thank you, Lord Jesus. We love you, Lord. We ask you to do this morning. Lord, come and do what I'm not able. Come and flip every table. Come Lord Jesus, come. Come and be the hero who I can be, the savior that I really need. Come Lord Jesus come. Come Lord Jesus come. Make my heart a cathedral. Make my soul your temple. Come and flow like a river. Fill my heart with living water. Come Holy Spirit, come. Come and do what only you can do. Let your glory feel the spirit come again. Holy Spirit come. Make my a cathedral. My soul your temple made my life and all to where your fire falls. Make my heart a cathedral. Lord, make my soul your temple. Make my life an altar where your fire falls again. Make my life Make my life an altar where your fire falls. So let the glory of the Lord fill the temple. Let the glory of the Lord fill the temple. Let the glory of the Lord fill the temple and holy spirit come. That's right. Sing it to him. Let the glory of the Lord fill the temple. Let the glory of the Lord fill the temple. Let the glory of the Lord fill the temple and Holy Spirit come again. Let the glory of the Lord fill the temple. Let the glory of the Lord fill the temple. Let the glory of the Lord fill the temple and holy spirit come. Holy Spirit come. Lord, Holy Spirit come and make my life. Make my soul your temple. Make my life an altar where your fire falls. Make my life a cathedral. Make my soul your temple. Make my life an altar where your fire falls. Again, make my life make my life an altar where your fire falls again. Yes, Lord. Oh, like Moses on the mountain. Like Elijah in the cave, I've come to see your glory, Lord. Oh, we want to see your face. To give you all the honor. Oh, to give you all the praise. that our hearts may become your resting place. Yes, Lord. Oh, you say that I am fearfully and wonderfully made. Oh, what a mystery that I'm your dwelling place. Yes, Lord. So, let your glory come and fill this place. Let your glory come and fill this place. Let your glory come and fill this place. Let your glory come and fill this place. Thank you, Lord. And the Holy Spirit rest on us. Make our hearts your dwelling place. Let that be your prayer this morning. Holy Spirit, rest on us and make our hearts your dwelling place. Again, Holy Spirit, Holy Spirit, rest on us. Make our hearts your dwelling place. Let the glory of God come and fill this temple. My heart, my heart, your cathedral. and fill this temple. Our hearts your cathedral. Yes, Lord. Holy Spirit and Holy Spirit rest on us and make our hearts your dwelling place. and Holy Spirit rest on us. Thank you Lord. Thank you. Let your glory God come. Yes. and fill this temple. Our hearts. Our hearts. Your cathedral. Glory of God. Come and fill this temple. Our homes. York Cathedral. Heat. Heat. Thank you Lord Jesus. Thank you Lord. Y'all feel the Lord right now? You see her? Let's just reverence the Holy Spirit of the Lord right now. He wants to do something right here. It's so good. This song talks about the Lord dancing over us. You know, when we're asleep, he sings over us cuz he loves us. That's so precious. The Lord is so good. He's so precious. This is the Lord, y'all. Because I'm not going to cry for you. I'm a man. Thank you, Jesus. I love the Lord Jesus. When he touches you, he does something. He moves. He's real. The Lord is real this morning. And he sings over you. Think about that when we sing this song. He dances over you when you're serving him and when you're loving him. He loves back on you. You dance over me while I am on. You sing all around, but I but I never hear a sound because he sings. Lord, I'm amazed. I'm amazed by you. Lord, I'm amazed by you. Yes, Lord. You paint the morning sky with miracles. With miracles in mind. Yes. Miracles in mind for you. My hope will always stay for you. Hold me in your hand. Lord, I'm amazed. Who's amazed by the Lord this morning. Lord, I'm by you. Lord, I'm amazed. And he loves you. Sing that second verse again. You paint the morning sky with miracles in mind. My hope will always stand for you hold me in your hand. Lord, I'm amazed by you. Come on, let's sing it together. Lord, I'm amazed by you. Lord, I'm amazed by you. How you love. Thank you, Lord. How well, how great is your love for me? How deep? Oh, how deep how Oh, how great Oh, how great is your love for me. Yeah. Come on, sing it. How deep, oh, how deep, how, oh, how, how great, oh, how great is your love for me. Thank you, Lord. And Lord, I'm amazed. I'm amazed by you. Amazed by you, Lord. I'm amazed by you. How you love me. You know, I want to share something as we're singing here. You know, the scripture says in James 4:8, "Draw near to me." The Lord says, "I'll draw near to you." And I just want to say this, for me, it's been nearly 40 years now. Well, actually longer. If we go back to when I had my first powerful experience with Jesus, I was probably 11, 12 years old. 7879 back way back then. And you know, I would have never had that experience with Jesus if I hadn't had the courage to step out of the back aisle of that little Baptist church. It's right down here. It's not even just a few miles from here. But I had the courage finally because the Holy Spirit was moving on me, convicting me of my sin and pulling on me to take a step out of that seat to go confess him in front of everybody. And as 11, 12 year old, I was terrified. You know, us young folks don't like to get up in front of people. My daughter hates it, right? She's 16. Hates it. I understand. I did too. But something in me said, "I want Jesus more than I care about my friends or all these people or what they're going to think." And let me tell you, when I stepped out of the back aisle of that little Baptist church to walk down the aisle to give my life to Jesus, the presence and power of God hit me and surrounded me. And I was amazed at his love that was so intense and his power that was so intense. And I just want you to know even though I fell away for a season after that because I didn't understand what it meant to walk with Jesus, but I can tell you this. No one could ever talk me out of that Jesus was real, that he died for my sins, that he rose from the dead on the third day, that there is a heaven, that there is a hell. I knew it because it was revealed to me in those few moments in his presence. And this is something why we have services like this. This is why we worship. It's why we take time to worship. It's why we take time to pray for you at graduation. Because my prayer is not that you will just simply believe a creed or a list of beliefs. My prayer is that you will encounter the living resurrected almighty God whose name is Jesus Christ. Amen. and that you will encounter his presence and his power and his love for you and that you will be willing to give up your sins and your own life plans to follow the one who is worthy to follow. There's no one else you need to follow. Not me, not anybody else. I want you to follow Jesus. Period. I want you to know him like I have come to know him over the years. I don't want you to just know about him. That's why sometimes I know we can even get overloaded on teaching and preaching. And this is why churches and some of you that are going to be ministers need listen to this. You need to be willing to stop and change a whole service little uncomfortable because if things aren't quite right in your heart, when the Holy Spirit starts moving, you become uncomfortable. That's okay. I was uncomfortable in the backseat of that Baptist church down the road for the whole sermon and nearly the entire altar call program. But I'm glad I took a step. Now, we're going to do another song here in just a minute after I get through sharing this with you. I want you to know that today what I'm going to be doing is praying for people that God will touch you, that God will open your eyes, that you will see him and experience him in a way you haven't. And what the Lord told me last night about 1:00 in the morning was that I was to invite the young people up here first. Now, I'm not going to make you get out of your seat, but I'm telling you, if you're 20 years old or younger, I want you up here. And even if you don't believe, even if you don't agree with mom and dad, mom and dad's Jesus freak life they're trying to live. But I guarantee this, if you take a step toward Jesus, he'll take a step toward you. And if you want to know him and you genuinely want to know for yourself, the Lord's letting you know today's the day. You remember when Thomas doubted that Jesus had been resurrected from the dead and he appeared in the room and he said, "Thomas, quit doubting. Come over here. You want to you want to see? You want to touch?" Okay. Some of you are doubting Thomas's. That's okay. cuz I know you don't know what I know. You hadn't experienced what I've experienced. I can't expect you to be like me. But I can tell you if you want Jesus, if you want to know him, if you want to be forgiven, if you want to be one of his sheep and walk with him and know him in a real way, not just religion, not just going to church, then you can. And if you do that, if you meet him and you understand that, then you then you will understand church. Some people come to church, they don't even understand what we're doing. Why are they standing here and sing for so long? Why do they raise their hands? Why do they cry? It's okay. You don't have to understand it. But I can tell you this. When he touches you, you'll cry. And it's not tears of sadness either. It's overwhelming peace, overwhelming joy, overwhelming realization that he is real, that he's alive, that he cares about each one of us, that he's got a plan for each one of us. It's far better than our plan. But go ahead and try to work out your plan. Enjoy that. But if you'll surrender to him, you don't even have even after you surrender, you don't even have to be perfect. You know, I give you this story and we have people from Australia here. Whole family from Australia. You're from Australia. 1988, I was in Israel for a month during the first init. People getting killed right across the street from where I stayed. Gunshots through the night. Bombs, a bomb went by me. I mean, it was Israel, right? And I was traveling around the country with my brother and we met this guy from Australia named David Hook. I hadn't found him since. So, if y'all Australians can find him, let me know if you find David Hook. He will remember me. David Hook had just graduated from high school. He was an atheist. big time. He was a farmer from a farming family in Australia and I don't remember exactly where he was from. He loved my baseball t-shirt that I had because our supporters was like the farmers some farmer group and he's like he traded me his sandals for the shirt. Like I was just going to give it to him but he's no we have trade something. I said okay what do you want to trade? He said I'll give you my sandals for your shirt. So I gave him my shirt, but he argued. He traveled the country with me and my brother and several other Christians for two weeks and he argued every day his atheist, why he didn't believe there was a God and blah blah blah. Right? And I gave him the best apologetics, defense for Christianity, arguments. I preached the gospel. I gave him what I could give him, right? So after two weeks of this arguing on bus rides in front of everybody, you know, Israelis and Arabs just looking at us like we're crazy. We go to the garden tomb, the actual garden tomb where Jesus rose from the dead. That's right under the rock of Gol Gotham that looks like a skull to this day. And we stayed in there, I don't know, for about 30 minutes. And I was talking to the other Christian, a Christian from New Zealand, another Christian, two Christians from France. Yeah, there are Christians from France, y'all. I know it's surp. And he got real quiet. I noticed that David was real quiet over in the corner, you know. We left and you have to walk out of the garden through the garden. You have to walk out of a through a little store into an alley. And we were walking down this alley and he said, "I felt something in that tomb I've never felt in my life. I felt a peace come over me, a presence come over me I've never felt in my life." And all I said to him, I turned and said, "Well, that's just Jesus trying to get your attention, boy." And we went back and he was staying with us. We were in the same youth hostel, sharing the same room. And my friend, the guy less that was from New Zealand had a little Sony Walkman that had the little plug-in speaker and he was playing some Christian music and David was over there with his head down and he popped his head up and he said, "You know what, guys?" We looked and saw, "Here comes another argument." He said, "I want this Jesus y'all been talking about. I said, 'Well, let's pray then. And he bowed his head and I led him in a prayer to ask Jesus to forgive his sins and to be Lord of his life. And the presence of God was so strong in that little youth hostel room right across from David's castle. The presence of God was so strong in there. I at the end of my prayer, I said, "Lord, I thank you that you are here. Your presence is here." And he looked up, his eyes, when I said, "Amen," his little eyes were just bugged out. And he said, "He is here. Somebody else is in this room." And he went from an atheist to a born-again follower of Jesus Christ. And the last time I saw him, he is laying on that bed in that hostel cuz we had to leave. And he was going back to Australia and we were going back to the United States. and he's reading I gave him my little pocket New Testament and he was reading Matthew. See, it was both a truth of the word of God and the presence of God that touched him. So, I'm going to say this today to some of you young people. If you're struggling with doubt or you think mom and dad are crazy or maybe ah this is this thing is Jesus thinks it's not for me or you know that church oh believe me this goes on. That church my parents are dragging me to is crazy. They believe theirs flat. Let me just tell you it ain't about all that. We can disagree on some things, but let me tell you one thing we can't disagree on. Who is God Almighty? Who is the creator of the universe? And who is the only one that can save us from ourselves, from our sins and our wickedness and our evil that dwells in our hearts? He's the only one. So today, we're going to sing one more song. I want y'all to do more love, more power if you don't mind. Amen. We're going to do that. And at the end of that, I'm going to give an altar call for the young people first. Now, like I said, you can stay in your seat if you want to, but if you take a step toward Jesus today, he's going to take a step towards you. And I'm going to lay hands on you and I'm going to pray for you that God will touch you and reveal to you himself in a way that you may have never experienced. And when the Syrian army came against him thought, man, we're toast. But see, Elisha could see something. He knew something that his servant didn't cuz his eyes wasn't open yet. And so finally Elisha says, "You know what? I'm going to pray the Lord open your eyes." And he prayed, "The Lord open his eyes." And that's when he saw that there were angels all around, chariots of fire all around them. And what I'm going to pray today is that your eyes be open. I'm talking about your spiritual eyes to know Jesus in the spirit as you ought to know him. That you would encounter him. So for you doubting Thomases, this is your moment. You can't say I never got a chance or this is just mom and dad's thing or understand. And then after that, I want especially the spouses of our graduates and any family that came that didn't get prayed for. If you want prayer, I want you to come up after these. We pray for these young people. And then after that, anybody wants to, that's what we're going to do today. As long as it takes. And there will be for some of you prophetic words will come forth, words of knowledge and maybe nothing and maybe even when we pray for maybe you feel nothing but I can tell you what's going to happen. This is what happened when I went to the Brownsville revival. I remember many times going there thinking nothing happened and I would go home and the power of God would fall and Brownsville Revival? Because I wanted more. I wanted more of Jesus. I wanted more of the Holy Spirit. I wanted more of his power in my life. So that's why we're going to sing this song. So let's stand one more time. You can sit after this if you need to, but I want to hear this song. It's a old song. It's from the 70s. And this is going to be our prayer this morning. Let it be your prayer. More love, more power, more of you in my life. Amen. All right, let's do it. I'm not even started. Praise God. That's good. Sing it. More love. More power, more Jesus. More of you in my heart. Come in and do what you do. More love, more power, more of you in my life. Keep singing. More love, more power. More of you in my life. Oh, more love, more power, more of you in my life. And there was a church that me and Jules used to go to years ago. And Pastor Nancy went there, too. And the pastor, he really liked this song. And he would sing it a lot. And he would say, "More love." He would say, "More passion. More passion for the Lord. More passion. Lord, for the Lord, for you, Lord. Give us more of you, Lord. Oh, more of Sing it. More power, more of you in my life. Give me more, more, more, more of you in my life. I will worship, will worship you with all of my heart. heart. I will worship. I will worship you with all of my mind. And I will worship. I will worship you with all of my strength. You are my Lord. You are my Lord. Lord, tell him you are my Lord. You are my Lord. You are my Lord. You are God and there is no other. He said, "I'm the Lord and there is no other." We need to lay everything down for the cause of the Lord Jesus Christ. And when we lose our lives for his sake, we find it. When we lose it, we find it. Yeah. Oh, more love, more power, more of you in my life. More love, more power, more of you in my life. More love, more power, more of you in my life. We need more of you, Lord Jesus. More love, more power, more of you in my life. And I will seek your face with all of my heart. And I will seek your face with all my strength. You are my Lord. You are my Lord. You are our Lord. You are my Lord. Oh, you are my Lord. Yes, Lord. You are my Lord. Sing it to him. Come on, worship for a minute. Come on. You inhabit the praises of your children. So come on in and move in this place, Lord. Move in us, Holy Spirit. you. We need you, Lord. In all of our minds, in all of our soul, Lord, it's yours, Lord. Just tell us. It's yours, Lord Jesus. More love, more power, more of you in my life. I need more of you, more love, more power, more power, more of you in my life. And I had a dream a few nights ago and there was a little calf. I had a little pet calf and I don't know I don't I don't I hadn't done much farming. I've done a little but there just didn't know what to do for my little pet calf. And then all of a sudden, my dad was in a dream. And my dad passed years ago. But my dad was in a dream. And he said, "Give it some water. Give the little calf some water and it'll live." We need the water of the Holy Spirit to live. We need the word of God to live. We need the Lord, the word of the Lord in our lives. But we need to yield to the move. If the Lord is telling us to give something up, we need to give it up. If he's telling us to forgive, we need to forgive. We need to obey this morning. All right. I want the young people that want to come, that want to take a step out toward Jesus. I want y'all to come up here and line up, stand across here where you can. Come on. And I've asked S and Daniela and Bobby and Terry and my wife to come help us pray with all of you. We're going to pray. I love it. Look at this right here. Brave one. Come on. There you go. Come on. Y'all stand right up here. And I want everybody out there to be praying in agreement. Y'all turn around and fa turn around and face me this way. Now, here's what's going to happen. I'm going to tell you, some of you are supposed to be up here. I'm about to I'm about to say some stuff to you. I'm I'm going to speak directly to you because the Lord's speaking showing me some And I know I'm about to somebody's about to be scared, but it's all right because that's the way it should be. When Samuel came to town, it says they the elders of the town trembled, right? It's okay to tremble a little bit, but I appreciate y'all being brave. Now, let's pray for these young ones. Anybody else? Come on, you teenagers. You want God to touch you, this is for you. This is the Lord saying, "I want to touch you." Anybody else? All right. There you go. Exact. Come here. Let me tell you something. And this young man right here has been through hell in his life. And there's a lot of there we we've been knowing Xavier for a long time and he's been through a lot. And I'm proud of you, man, for stepping up. We're going to pray for you. Let's pray for these young people. Heavenly Father, thank you. Thank you so much, God, for what you're doing in their lives, Lord. God, I thank you that they want you. They want a touch from heaven, Lord. And I ask you right now, Lord Jesus, to reveal yourself in a mighty way, God. Let your presence and power and glory come, Lord. Let healing anointing come. You came to heal the brokenhearted, to set the captives free. Lord, my prayer for Xavier is that he will Lord fully come to know you, love you, follow you with all of his heart, soul, mind, and strength and not get caught up in the same evil stuff that so many are getting swept away in. Lord, I ask you right now to reveal yourself to him. Pour your spirit out upon him in Jesus name. Lord, touch these young ones right here. And I want y'all y'all come on and pray for each one of them. Y'all step back a little. They're going to come pray for you. Oh Lord, I ask you bless this young man, Lord. God, I thank you, Lord, for his heart. He loves to sing and worship you, Lord. He is unashamed, Lord. And I thank you for that boldness. I thank you for that heart that wants you. And I just pray, Lord, right now in the name of Jesus, that you reveal yourself. that you reveal yourself, manifest your presence in his life, Lord. Dreams, visions, revelations from you, Lord. God, in even at this age, Lord, you can begin to speak to him and reveal things to him and teach him and fill him with your glory. And I pray this, Lord, in Jesus' name. And I thank you, oh Lord, for these little ones. Lord, do a mighty work in them, oh Jesus. Reveal yourself to them like you did me when I was 11. Oh Lord, in the name of Jesus, that it's just not the faith of the parents, but that they come to know you, Lord, in a real and living way. Father, I pray this in the name of Jesus, Lord. impart your glory and your presence. Reveal yourself, Lord. They live in such a a dark world, an evil world that's closing in on us, Lord, with technology and everything else, unlike decades before. Lord, we pray that you protect them and help them to stand against it. In the name of Jesus, let your glory touch each one of them, Lord. In a mighty and powerful way, in a mighty and powerful way, Lord, and more for more, more, more, Lord. Thank you, Lord. Thank you, Lord. Protect this young man. Protect him and deliver him from evil plots. The devil has evil plots and evil people that want to come around you, especially the days ahead. Do not be lured by them. Do not be enticed by them. You stand strong for Jesus and for what is right. Even if you have to stand alone. Jesus name. Jesus name. Thank you Jesus. Jesus. You know the Bible says this. It says rebellion is as a sin of witchcraft and stubbornness is as iniquity and idolatry. Let me tell y'all another little story that I don't tell very often. I encountered Jesus and was born again when I was 11, 12 years old. And I slid away. You know, my parents divorced right after that and my mom had no intention at that time going to church or living for Jesus. So, we quit going to church and I didn't learn anything about what it really meant to walk as a Christian. So gradually as I went to public school, the people I was around it just a little bit at a time, you know, talking about sexual immorality, pornography coming in, people bringing it to school. started drinking with my friends some and it went from this little innocent, you know, kind of just curiosity to by the time I was 14, 15, 16, I was full-blown partying, drugs, drinking, sexual immorality, pornography, just living insane, going to bars, fake IDs. I mean, I was just But at 16, when I was 16, when I at the height of all that, my dad decided to take us back to a church. And this little church was so it was so dead. But we went from time to time. And but I remember they had a little revival. They had an evangelist come. And once again, I'm 16 years old. No plans on following Jesus. I was doing my own thing. I was living to please the flesh fully. And I was 16 in the back of that little church. And the Holy Spirit hit me again. They gave an altar call to repent, to give your life to Jesus. And I knew I knew Holy Spirit let me know. He tugged on me. He let me know. You're in sin. You're away from me. You're in rebellion and wickedness and all this stuff. But you know what I said to the Lord then? No. Let me tell you what you don't do. I said no. And I mean it was almost like I went We did my life ever go downhill after that. I want to talk about bad stuff. I should have been dead numerous times. The depression I had got worse. The drinking got worse. The drugs got worse. The drinking and driving got worse. so many times I should have wrecked my car and killed myself. I thank God to this day that I didn't die in my stubbornness and rebellion. That I didn't die in my sins or even worse kill someone else while I was doing it. Because when I came back to Jesus and started going to the prisons to preach, I've told this story that I encountered a young lady that I had led to Jesus about 5 years before. But she had gone back to drinking and rebellion and partying. And drunk one night driving, she hit somebody and killed them. She wakes up out of a coma three, you know, 3 months in the hospital and realizes that when she gets out of the hospital, she's going to prison. that's what stubbornness and rebellion will do. And I just I'm going to tell you this because I can feel it from some. I won't point you out just yet. I c I could, but I'm not going to. But there is stubbornness and there is rebellion. We can be stubborn and rebellious and resist what God wants us to do. But there's a price to pay for it. The wages of sin is death. You sow that, you reap that. You can only hope and we can only hope that God will have mercy on you until you get through with your stubbornness and rebellion. But some people don't make it out. A lot of my friends died. I went to three funerals in one day when I was 16 years old. Two girls I had dated. All three of them I knew. Grew up with them. drunk driver hit them in Auburn. They all three died in the same accident. Friends get shot in the back of the head in Auburn. That was a long time ago. I'm telling you, it's not it's not good to be stubborn and rebellious and especially when God tugs on you. Now, I just want to say this, Angela, your family, I'm going to tell you something. You too, brother. It's not just her cuz she went to ministry school. And even talking to your children yesterday, the anointing is on your family, your whole family. and y'all are going to do great things for Jesus together. It's not just going to be mom. It's all of you cuz God's hands on you. I sensed intelligence, gifts, and the Lord just has a plan for your family. I'm telling you, don't let anything and I'm going to tell you your especially the children here, don't let anything take you away from Jesus and mom and dad and what y'all are to do together. Because you're going to blink of an eye and you two that are 16 and you're 14, blink of an eye, y'all are going to be adults. But even then, you're going to be a teen and mom and dad are going to need you. You hear me? Mom and dad are going to need you. Bible talks about having your quiver full. Man's blessed he has his quiver because he says your children become your weapons. They become fighters for you. And we need more of that. Amen. and brother telling you you have not even truly begun to see what God has for you. You're going to the days ahead, you're going to be standing beside yourself going, "Who is this guy? It's going to be amazing." And what I saw yesterday with you, you guys, and with you, I saw such a light coming out of you that it was going to touch your whole country. And I don't know how the Lord's going to do that, but he's going to do it. The light of Jesus is going to be seen. You Thank you, Lord. I want to say this for anybody yesterday that you know, if you're a spouse or a family member and you want prayer this morning from our prayer team, and this was our Skyfall, part of our Skyfall prayer team here. If you want prayer this morning, and brother, I know I'm supposed to pray for you, so you don't come on up. you two both right there. But if you want prayer, I want you all to come on up here. We're going to pray for you again today. All right. And we're all I want you to just kind of linger around. And if y'all want to take a break, you want to keep playing or you want to take a break, you want them to put on something. Okay, go ahead and just put on something. just put it on low and we're going to pray for a little while. All right. And look, hey, guess what? It's not even 12:00. If I was preaching, I'd only be getting warmed up right now. So, so it's 11:45ish right at that. We're going to take the next 15, 20 minutes to pray and we'll just see where it goes. But anybody else if you want prayer, come on up here. Amen, brother. Come on. I'm glad you did. Anybody else? Yes, babe. I was just going to say I felt like I should say and any of you who did not just come up but you felt a tugging and you're resisting it. Use this time to come up and blend in with the adults and not feel so isolated and pointed at. Go that we can. So that includes our people our teenagers in this this area or our children in this area from our church as well. Sing with me. Yes. Look, CO was a warning. CO was showing us this is kind of how it's going to be in the days ahead. It was warning us how evil these people in the world that control things are and what they what they are willing to do to reduce the population of the world and bring them into power and control even more. going to need to be serious as you can possibly be about drawing near to Jesus. And when you minister to people, understanding that yes, you need to have the answers and the words to the best of your ability, but sometimes you just got to lay hands on them and pray for them that God will open their eyes and let them see the truth. and let them encounter the presence of Jesus. Amen. All right. Well, let's pray. Let's bow our heads, everybody. And y'all agree with us. Thank you, Father. Thank you, Lord. Thank you for what you're doing in this family. Lord, I ask you in the name of Jesus to just bless, Lord. Reveal and fill them with your glory and your presence in the name of Jesus that they may know you, Lord, like never before. that they may be filled with the Holy Spirit to overflow. That the gifts of the Holy Spirit may flow up and out of them. That they may walk and move in power. That they may be a bold light for you. A bold witness for you. That they may bring healing to sick bodies. That they may bring healing to brokenhearted people. that they may bring light and truth and healing to people that are deceived and people that are depressed and people that are suicidal. Lord God, let them be your ministers of hope, your ministers of peace, Lord, in the name of Jesus. Lord, I thank you for this young lady right here. I ask you to fill her and anoint her and just give her your glory and your presence. Let her in her private time encounter you in such a way, Lord, that she just weeps, that she repents, that she draws near to you, that she hungers and thirsts for you. And Lord, you promised that anybody that would hunger and thirst after you and seek after you, that they would be filled. So that is the promise. And I believe the Lord's going to give you dreams and visions to help protect and warn your family of danger to bring direction and guidance from the Holy Spirit. The Bible says our sons and daughters would prophesy in these last days. You are going to do that. You are a weapon. You are an arrow against the enemy and your family. Your prayers and intercession will help your family and help many others come to know Jesus. Lord, I thank you. Yes, y'all can pray. Start praying for folks. Just lay hand. Lord, I ask you to touch my brother in the name of Jesus. Lord, I thank you, God, that you are moving in him. Lord, you're working in him. Lord, I pray you bring all the healing and deliverance that he needs to be free from every thing that happened in the past, from every attack of the devil, from every stronghold that came into his life. Lord, break it, tear it down in Jesus' name. Let him be free from everything and on fire for you, Lord. God, I thank you that he took a stand against the evil during COVID. It shows his strength, his commitment to the truth, his boldness to not fold under the pressure. Lord, I know you're going to use that strength in a mighty way. revelation of you, Lord Jesus, in his life that you would just fill him with your glory, your presence. melt away everything else, Lord, and just let him be full and just excited and passionate, just a new a new joy, a new boldness, a new peace, a new strength to lead his family, to protect his family spiritually and in every way. I thank you, Lord. I thank you for a strong man. I thank you for a good husband and a good father and a good leader. The Lord says for me to tell you, you are that you are a leader and you are strong and you are an overcomer by the blood of the lamb and the word of your testimony. And you will be the tip of the spear for your family. You will be a shield and a fortress for them as you walk in Jesus. As you walk in his will, you will be what he's called you to be. Thank you, Jesus. Thank you, Jesus. Thank you, Jesus. Thank you, Lord. Thank you again. Thank you for these young ladies, Lord. I sense such such an anointing upon them. God, Lord, I'm thankful that they recognize, Lord, deceit and error and even they recognize where their peers are going down wrong roads. Lord, you've given them wisdom beyond their years. And I ask you, Lord, to just fill and touch this young lady right here, Lord, with your glory, your presence, your power that God, right now, the gifts of the Holy Spirit in both of them, Lord, these sisters, these twins, Lord, let them be, Lord, mighty warriors for you, let them be mighty prayer warriors. Let them see visions and receive dreams and words of knowledge and words of wisdom and prophecies from you, Lord. Let them be powerful New Testament book of Acts Christians flowing and walking in the power of the Holy Ghost. I pray this in the name of Jesus. And I thank you Lord as an elder through the laying on of hands. I ask for the gifts of the Holy Spirit to be imparted to both of them in the name of Jesus. In the name of Jesus Christ. Lord, I pray you reveal yourself to them in ways like you did to me when I was young when you called me to the ministry. Open visions, your glory cloud and your glory presence in the name of Jesus. Thank you Lord in Jesus name. And I pray this young man Lord touch him. I thank you Lord. You're you're so good Lord. Oh Father let the anointing of the Holy Spirit the power and presence of Jesus come upon him and fill him to make him Lord the man of God he's supposed to be. That he would know you. No doubts, no worries, no fears, no shame, no holding back, but bold and strong, confident in who he is in you. I thank you, Lord. I thank you. You're raising him up to be a man of God. The Lord says to me, "A prophet, a prophet you will be. I will use you to speak to those I send you to. You will speak my words. I will show you. I will show you things through dreams and visions. You will also be one of those arrows, those weapons against the enemy for your family, for your country. Jesus name. Jesus name. Somebody bleed. Oh yes. God bless y'all. for him. Tell me your name. Lord, we pray right now, Lord, for her husband Austin in the name of Jesus. Lord, he had to leave early, but we bless him. We ask you Lord to anoint him God to reveal yourself to him in fresh and powerful ways. We thank you that you are good. And Lord I just I know Lord your full desire is always to take couples married couples together deeper and deeper in their walk with you. Lord I pray God for unity. I pray God that both will hear your voice and discern what you are saying and that they may but both do what you are leading them to do with no fear, no holding back. I thank you for this and I pray this in Jesus name. Amen. Amen. Thank you Lord. Thank you Lord. I touch my brother Lord. I thank you God for what you are doing in both Lord in this married couple's lives. Lord I ask you Lord for right now an impartation of your anointing and power the gifts of That Lord you have filled him with knowledge. I ask you to bring anointing, glory, power, manifestation of the gifts flowing through him to others. Oh Lord, that's my prayer right now. Fill him in Jesus name. Let the impartation of the Holy Ghost, the gifts of the spirit fill him and be stirred up and flow up and out of him to others. Lord, I thank you for their boldness to share Jesus and the truth about creation to people just without shame, without fear. Lord, I ask you to anoint that with power. Let revivals break out. Jesus name. Thank you Lord. Thank you Lord. Thank you Lord God. Touch my sister in the name of Jesus. Lord God, I know she has been through a difficult season beyond words, Lord. And I pray for healing in her heart and her emotions, her spirit, spirit, soul, and body. Let healing flow in her in the name of Jesus. And let your glory and your presence fill her in Jesus name. Lord, I thank you Lord. I thank you that her and her husband are in agreement, that they are a team and that they are going to walk together and fulfill the ministry you've called them to. And I just want to say this to you just as a as a pastor because I know your husband's called to be one. Now, when he steps into that, I don't know God's timing only he knows that. Being a pastor's wife is one of the most difficult things in the world. No, you don't. You don't want to hear that, you know. And it won't be easy. Nothing about nothing about it will be easy. Okay? And you just need to know that. and that all he needs and all he'll need from you is just your loyalty and your strength and your unity and you two will have to be each other's best friends. You understand in that and that's the only way you get through it. Just letting you know ahead of time. But well, that's I know that's not that's not encouraging. Not always nice, but let me tell you heading into a horrible time. No, no, no, no. But see, a lot of times everybody sees the everybody sees the pastor, right? And they don't realize</w:t>
      </w:r>
    </w:p>
    <w:p>
      <w:pPr>
        <w:keepNext/>
      </w:pPr>
      <w:r>
        <w:rPr>
          <w:b/>
          <w:color w:val="2E74B5"/>
        </w:rPr>
        <w:t>[1:37:21–1:40:24]  Speaker(s)</w:t>
      </w:r>
    </w:p>
    <w:p>
      <w:r>
        <w:t>like, okay, pastors take these hits. We get betrayed. We get talked about. We get lied about. We get all these things happen to us, right? And for us men, we it's much easier for us because we have we're less Yeah. We're less emotional creatures, right? So, we just let it roll off. A lot of it roll off. Well, it hurts her worse when I get attacked and it hurts me. You know what I'm saying? So, you know, you have to really make sure you have your prayer time and you don't let your emotions get so wounded and you forgive people a lot and you know cuz people are going to say things and people going people you thought were friends are going to turn against you and this is just the way it h way it goes and you just have to be tough as nails in Jesus. Tough in the Lord in a powerless way, right? Amen. Yes. And we're going to be praying for y'all and we're there for you whatever you need. Amen. And I want to pray for this. I You know what? This is another family here. God's going to use every one of you. And mom and dad need y'all to get in your rooms and spend time in the Bible and spend time praying. And they need y'all to get to know Jesus. because it takes a it takes the whole family to do for him to do what he's called to do. Takes mom, it takes and let me tell you, I know I have I have children that are not so helpful and some that are. And you get what I'm saying? It's a blessing when you help mom and dad. Amen. All right. Father, thank you for this family. Thank you so much, Lord. I know things are difficult sometimes, Lord. And there's battles that have come to this family, but you are their healer and you are their strength. And I pray today in the name of Jesus that this just be a time of renewal, refreshing, that you would just make all things new, God, in each of them, that difficulties in the family, that everything would be just forgiven, put in the past in the name of Jesus, and that Lord God, a new day, a new day would begin. about remember not the former things, neither consider the things of old. The Lord says, "Behold, I will do a new thing." He's going to do a new thing in your life. In your life. What's your name?</w:t>
      </w:r>
    </w:p>
    <w:p>
      <w:pPr>
        <w:keepNext/>
      </w:pPr>
      <w:r>
        <w:rPr>
          <w:b/>
          <w:color w:val="2E74B5"/>
        </w:rPr>
        <w:t>[1:40:24–1:43:26]  Speaker(s)</w:t>
      </w:r>
    </w:p>
    <w:p>
      <w:r>
        <w:t>The in your life. You hear me? This is not just for mom and dad. You seek him. You seek Jesus. You spend some time and he's going to reveal himself to you in a powerful way. And he's going to heal every wound, every battle. You will receive strength in Jesus name. I believe this Lord a new thing. The Lord just says a new a new time, a new season, a new relationship with him. He's making it available to this family. And he says in that passage that he's going to make a way in the wilderness and rivers in the desert. You may have been going through a dry time. You may be looking at stuff now you think is impossible to change or to fix or to heal or and the Lord says, "I will do a new thing now. It will spring forth. Shall you not know it? He can make a way in the wilderness. He can make a river in the desert. You seek him and it will happen." I just pray. I just I have this word for this whole family, each of you that it's time to seek Jesus. It's time to spend time in prayer like never before. And he's going to reveal himself to you in a brand new ways. because you will each know him in your own way. You will each have your own relationship. You will each be receiving things that he's telling you. That's what it's all about. I'm telling you that verse James 4:8, if you draw near to God, he will draw near to you. All you have to do is make the steps. But if you sit back and do nothing, play video games, watch TV, stay on the phone, you're wasting time that you could be getting to know him. And let me tell you, when he downloads something in you better than anything on TV or Tik Tok or anything else, the power of God something else. So I'm telling you, you seek him. You're going to tell me if you do this. And if you don't, not going to happen. But if you do it, you're going to tell me a year from now, Pastor Dean, let me tell you what happened. You hear me? I want to hear those testimonies. All right. And this just keeps coming back to me. So, I'm just going to say it. And it's not just for y'all, but it is for y'all.</w:t>
      </w:r>
    </w:p>
    <w:p>
      <w:pPr>
        <w:keepNext/>
      </w:pPr>
      <w:r>
        <w:rPr>
          <w:b/>
          <w:color w:val="2E74B5"/>
        </w:rPr>
        <w:t>[1:43:26–1:46:29]  Speaker(s)</w:t>
      </w:r>
    </w:p>
    <w:p>
      <w:r>
        <w:t>Sometimes when the Lord's wanting to new do a new thing, we stand in his way completely because we don't know how to step out of the old thing. All right? And it's something that you have to just choose to do. Whenever the Lord changed my life completely because I mean he did he did put me in a totally new thing that I was very uncomfortable with. But I had to choose to just step out of the old thing and not let who I thought I was or what my attitudes or opinions or the way you know your character. I had to lay that down and become new completely new and you have to choose to do that and you have to be active with it. And it's very difficult because you have these voices in your head that are pulling you back and trying to keep you from it. But once you step into it, the Lord's the Holy Spirit just sweeps you away and helps you do it. But you have to take that step out of the boat and it's very uncomfortable. And everything in you may be saying just stop. Just that's ridiculous. Let me tell you this. Since I saw you from the get-go, there's a darkness. There's an evil spirit following you, oppressing you, attacking you. you're going to have to start fighting it and not letting it beat your brain in and talk to you and fill your mind with stuff. Yeah, you hear me? If you start binding it in Jesus' name and resisting it and commanding it to go from you and commanding it to shut its mouth and leave you alone, you start resisting it in the name of Jesus, it will start fleeing from you. You're going to have to become a fighter. And there's a reason why this darkness is following you and oppressing you and attacking you. It's because the devil is concerned. He sees something that God has on you, like an anointing he has on you, and he is trying to stop you from becoming what you're supposed to be. And you can't let him stop you. You have to become a fighter. And I know this because you know what? I had the same darkness oppressing me, following me around my entire teenage years. And it was misery. But see, it was because the So, the devil knew that. He saw the glory of God touch me in my mother's womb. And he tried to kill me and stop me and get me derailed and get me to rebel and go the other direction. He did everything in his power to try to stop me from doing what I'm doing now, from being what I was supposed to be.</w:t>
      </w:r>
    </w:p>
    <w:p>
      <w:pPr>
        <w:keepNext/>
      </w:pPr>
      <w:r>
        <w:rPr>
          <w:b/>
          <w:color w:val="2E74B5"/>
        </w:rPr>
        <w:t>[1:46:29–1:49:33]  Speaker(s)</w:t>
      </w:r>
    </w:p>
    <w:p>
      <w:r>
        <w:t>And he's trying to stop you big time. I see it. The more the more on you than your whole family. Like he is trying to stop you and you have got to start resisting him. See that verse I just quoted a minute in James 4:8. It says, "Draw near to God. He'll draw near to you." The verse before that says, "Submit to God. Resist the devil and he will flee from you." You have to become a resistor, a fighter. mom and dad can pray for you. Your brothers can pray for you. I can pray for you. Pastor Nancy can pray for everybody can pray for you. But you still have to become the one, the main one to fight for yourself, to bind those demons and resist them. And when they put thoughts in your mind that are wicked and evil and or fearful or anxiety or whatever it is, bind them and cast them down. Say, I refuse these thoughts. I bind these demons putting these thoughts in my mind and I cast them down and I command them to shut up and go for me. You have to do that in Jesus' name. And you'll start seeing that oppression, that heaviness that you feel all the time start lifting off of you. Okay? And that's what that's what I saw and that's why I used my story because I see where I was at 16, 17, 18. And the Lord had a plan for me and the enemy came in. I grew up in a Christian home, wonderful Christian home. you know, tongue-talking, word of God, believing, everything, Christian home. But the enemy came in like a flood. And I didn't resist. I didn't I didn't stop it. And I ended up going from a bornag again  tongue-talking laying hands on the sick even. I saw as a child people healed from me laying hands on them and believing the word of God. I saw miracles. But I went from that to a rebellious 15, 14, 15, 16, 17 year old who was smoking pot who was going out drinking and going to youth group, doing both, living a double life, and who ended up pregnant at 17. Now, praise God, I had that child. But after that, I still didn't repent. I ended up getting pregnant again, having abortions, and that took me down a just a spiral, a spiral because I didn't resist, and I didn't become who God had created me to be. It's all about choosing. We can choose. You can choose to walk with the enemy or you can choose to walk with your creator who loves you and wants to be with you forever. It's just it's a choice. I made the wrong choice then. He knew where I was going to end up. You</w:t>
      </w:r>
    </w:p>
    <w:p>
      <w:pPr>
        <w:keepNext/>
      </w:pPr>
      <w:r>
        <w:rPr>
          <w:b/>
          <w:color w:val="2E74B5"/>
        </w:rPr>
        <w:t>[1:49:33–1:52:41]  Speaker(s)</w:t>
      </w:r>
    </w:p>
    <w:p>
      <w:r>
        <w:t>know, he knew what I was supposed to do cuz I helped this man, but I chose wrong and I delayed things. So, I just pray that is you choose right. Choose God. So, Okay, we're going to pray for Arlo here who's got a problem with his legs. So, I want everybody to just bow your heads. We ask Jesus to heal this young man. We're going to anoint him with oil in the name of the Lord Jesus. We anoint Arlo with oil in Jesus' name. And we ask you Lord for your healing miracle power to flow through his body. My wife and I right now agree. And Lord, you said if any two of us agree, it's touching anything that we ask and especially if it's according to your will. We know that you are the healer, the miracle worker, the same yesterday, today, and forever. You said believers would lay hands on people and they would be healed. You said Jesus, the works you did, we shall do also and greater works than these. Lord, we ask you to fix and to heal this leg right now in the name of Jesus. That there'll be no more walking problems. that everything will be made normal, whole, strong in Jesus name. We thank you Lord. We thank you Lord that you are the healer Jesus. It says you took those stripes upon your back to provide healing for our bodies. You healed the crippled. You healed people that had withered arms and legs. You healed every manner of sickness and disease. You are the same, Jesus. And we ask you to heal this young man right now from head to toe. Healing anointing, healing virtue, and we ask you for it. And Lord, your word says, "Whatsoever things we desire when we pray, believe that we receive them and we shall have them." So we believe we receive healing for Arlo right now in the name of Jesus and we believe it before we see anything. We don't have to see anything. Lord, we've asked you and we believe it is done and you will manifest the miracle of healing in his leg in Jesus name. Amen. And amen. Hallelujah. Praise God. Praise God. Thank you, Lord. Y'all come on over here. We need to pray for y'all. Yeah, we prayed for Russell.</w:t>
      </w:r>
    </w:p>
    <w:p>
      <w:pPr>
        <w:keepNext/>
      </w:pPr>
      <w:r>
        <w:rPr>
          <w:b/>
          <w:color w:val="2E74B5"/>
        </w:rPr>
        <w:t>[1:52:41–1:55:47]  Speaker(s)</w:t>
      </w:r>
    </w:p>
    <w:p>
      <w:r>
        <w:t>Yeah, I did. Yeah, that's what I was saying. I did. We need to pray for this brother. Y'all come on up. Y'all pray for him as well. I know the Lord told me this, and I will say this. We were talking after dinner the other night and I'm not going to go into it, but he had a was it a dream or a vision? Dream, but it was from the Lord. But it basically he said that in the dream I was in the dream and I anointed him and particularly he said I anointed his tongue and I knew then I said you know I'm supposed to pray for you because see what the Lord laid on my heart was to pray for people this weekend and ask the Lord to impart the gifts of the Holy Spirit and their callings upon them. And so I'm going to lay hands on you as a prespter, as an elder, that God will impart to you everything you need to fulfill the calling of God on your life. And you too, and the Lord giving you that, I think this is the day he's saying a new anointing, a fresh anointing is going to come upon you to speak the word and to teach the word. And it's going to be with power and you're going to see the fruit of it. Amen. Amen. Father, bless my brother now in Jesus name. And I thank you for him. I thank you for his wife. I thank you for what you're doing in them. Lord, I thank you for the love they have for you, for your people. I thank you, Lord, for the sincerity, God. Just the realness, Lord. I thank you that you had mercy and brought them out of darkness and their rebellion and all the stuff. and you Lord, they're just they just love you. And I just pray right now that Lord, you bless them with a blessing beyond words. Right now, I pray for the impartation of your anointing and gifts. Lord, on my brother to speak and preach and teach the word like never before. Lord, in the name of Jesus, the same for his wife. I pray in the name of Jesus right now for the impartation of the gifts and power of the Holy Ghost. the revelation, the wisdom, the discernment, the specific directions of what you want them to do. Even if it's in the future, even if it's a year, two, three ahead. Lord, begin to show them your plans for them. But I really feel, I really sense the anointing of the Holy Spirit even right now praying for you, brother. You are called to the ministry. And I'm going to say this. I feel two words coming to me. Pastor and teacher.</w:t>
      </w:r>
    </w:p>
    <w:p>
      <w:pPr>
        <w:keepNext/>
      </w:pPr>
      <w:r>
        <w:rPr>
          <w:b/>
          <w:color w:val="2E74B5"/>
        </w:rPr>
        <w:t>[1:55:47–1:58:54]  Speaker(s)</w:t>
      </w:r>
    </w:p>
    <w:p>
      <w:r>
        <w:t>you will be. I don't know how he's going to do it. I don't know when he's going to do it, but you follow him in the little steps and you'll get there. Every little thing that he tells you, you do it. You obey. Woo! I feel it, brother. The Lord is anointing you with fresh oil. He's anointing you with fresh oil. David prayed that. David even made the statement in faith, I shall be anointed with fresh oil. He knew he needed a fresh anointing of the Holy Spirit. And he would ask and he would declare it over himself. And I thank you Lord today they are anointed with fresh oil from heaven to do what you've called them to do. Jesus name. Yes. Yeah. Come here. I should have called you up here anyway. Come here. Praise the Lord. as I was sitting and watching and meditating as Pastor Dean was calling everybody up, I want you guys to know the revival that has been prophesied, we've heard many prophesy over the years, we is not the way we probably in our minds thought it was going to happen. what's happening today. It's how it's going to happen. For you of you up there that don't understand the apostolic anointing. I know so much of the church has rejected the apostle and the prophet, but the apostolic anointing which this man has on him. The apostolic sets order in the church. And that's why Pastor Dean his teaching has so much to do his teaching and preaching has to do with setting order in the body of Christ. There is a an order. There's a kingdom order. Okay. But here's the other part of it and that's what I'm seeing today. That the word apostle when you do a deep dive into it. One of the word it means is passport. This man has your passport. As he is now prophesying over you, laying hands on you, seeing things in the spirit, he is releasing you to your ministries. Okay. So what's happening right now? There has been a shift in the spirit. There is we are we have entered now into a new season and God has really literally rejected the macro. The the big churches, the mega churches, I don't know if you guys been hearing about it. They're most of them have lost half of their people. The anointing God worked with it for a little while, but he's not anymore. What God is going to do in this last season, he is working through a remnant. This is what he's going to do. There's going to be little fires that are going to go back to Australia. Fires now that are in the UK. She's saying they have t 10 people a part of their ministry. We have our ministry is called Next Level Ministries. We have touched a couple in the Netherlands. They have started Next Level Ministries the</w:t>
      </w:r>
    </w:p>
    <w:p>
      <w:pPr>
        <w:keepNext/>
      </w:pPr>
      <w:r>
        <w:rPr>
          <w:b/>
          <w:color w:val="2E74B5"/>
        </w:rPr>
        <w:t>[1:58:54–2:01:54]  Speaker(s)</w:t>
      </w:r>
    </w:p>
    <w:p>
      <w:r>
        <w:t>Netherlands. This is the little Do you see what the Holy Spirit is doing? The apostolic, the apostle releases you. This is how he's going to do it. It's going to be small fires. It's the power of a remnant. God always worked through a remnant. Always did. Can you remember 300 men from 32,000 beat three kings, didn't lose a man. This is how God's going to do it. Little fires all over the earth. You are You are touching. I know God prophesied this, told you this years ago. You are touching the world. When I mean the world there, the inhabited earth, you are touching the earth with your ministry. You might only have 40 or 50 in here on a given Sunday, but you are touching the world. Amen. Amen. and we want to pray for you, brother. I know y'all y'all come on up here if you Yeah. You you can do whatever you need to do, but come on over here. I want to pray for this brother. Brother, do you have anything specific or just want prayer? Okay. All right. All right. All right. Well Lord, we anoint Mike with oil right now in the name of Jesus. We thank you that you've brought him through, Lord, this valley of the shadow of death. Lord, this dark tunnel with his heart and everything he's gone through. And Lord, we pray right now for just healing and strength in his body, restoration, that he would recover from the surgery, from everything. And that Lord, in Jesus name, Lord, you spared his life for a reason. and he's still here for a reason. And we just ask you to strengthen him and to fill him and to anoint him with fresh oil. Let him be refreshed now. He's been through the fire, been through the trial now, Lord. Let him come out as some pure gold right now. And Lord, I pray that a fresh anointing of the Holy Spirit come upon him and that you let him find the thing you want him to do in these days ahead because you brought him through and you spared his life for a reason. So we declare in Jesus' name that Mike is healing and recovering and being restored physically, mentally, emotionally, spiritually in the name of Jesus. And we thank you. We anoint him with oil as elders of the church, trusting your healing and restoring power in his body</w:t>
      </w:r>
    </w:p>
    <w:p>
      <w:pPr>
        <w:keepNext/>
      </w:pPr>
      <w:r>
        <w:rPr>
          <w:b/>
          <w:color w:val="2E74B5"/>
        </w:rPr>
        <w:t>[2:01:54–2:04:54]  Speaker(s)</w:t>
      </w:r>
    </w:p>
    <w:p>
      <w:r>
        <w:t>and his wife having to walk through this time, this season of difficulty. Strengthen her, refresh her, renew her heart, her mind, her emotions, her body in the name of Jesus. Amen. Amen. Amen, brother. Yes, sir. Yes, sir. Yes, sir. Right now, I am looking for direction. lost my marriage. But I was okay with my understand back number of years ago. You know, one of the blessings of all that bad stuff, Lord, stripping away all those things that it's got something new. Father, I ask you, what's your name, brother? My name is Michael. Micah, Lord, I pray right now for Micah. And I thank you, Lord God, that he's still standing, still seeking you, Lord, through this whole trial. He's been through this whole difficult season. Lord, he's been through all the loss he's suffered. Lord, I ask you in Jesus name, Lord, to let healing virtue, let your glory and anointing go in and strengthen his That you open the doors and show him what doors to walk through. Not all doors are supposed to be walked through. So Lord, we ask you to show him the doors he's supposed to walk through. that he would hear your voice and discern what your Holy Spirit is saying for him to do. And even if it's be patient and wait and be healed and take time to just spend with you, whatever it may be, Lord, I pray for the new thing to be revealed to him, the new direction, God, the new mandate of what you want for him. And Lord, even if there's things that he's lost that you want to restore, Lord, restore them. And if there's things that he lost that need to stay gone, then Lord, we ask you to heal those empty places.</w:t>
      </w:r>
    </w:p>
    <w:p>
      <w:pPr>
        <w:keepNext/>
      </w:pPr>
      <w:r>
        <w:rPr>
          <w:b/>
          <w:color w:val="2E74B5"/>
        </w:rPr>
        <w:t>[2:04:54–2:08:17]  Speaker(s)</w:t>
      </w:r>
    </w:p>
    <w:p>
      <w:r>
        <w:t>And fill them with your presence and fill them with your glory. It hurts to lose relationships that were close. And we just pray, Lord, that you bring new ones, better ones, that will help him be in his place in the body and be what he is supposed to be. And the Lord the Lord is just showing me, Lord, he's he's the Lord's giving you some healing in your spirit. Now, we can us men, we can act tough and be tough when we lose people, but it still hurts. It still leaves a wound there, still leaves an emptiness there. So Lord, I pray for healing in his heart that you strengthen his heart so he can do what you've called him to do so that he cannot be deceived by anybody or led astray or get sucked into error, deception or anything else, Lord. That he can walk with you in truth and righteousness. And we pray this in Jesus name. Amen. Amen. I'm trying. Thank you. Yes, sir. Good to have you. Did you come on over here? What? Lord Jesus. Jesus name forever you right now. right now. Lord, I pray God for wisdom, even wisdom and resist called Step out of all anxiety, fear, confusion, the fresh walkace.</w:t>
      </w:r>
    </w:p>
    <w:p>
      <w:pPr>
        <w:keepNext/>
      </w:pPr>
      <w:r>
        <w:rPr>
          <w:b/>
          <w:color w:val="2E74B5"/>
        </w:rPr>
        <w:t>[2:08:17–2:11:25]  Speaker(s)</w:t>
      </w:r>
    </w:p>
    <w:p>
      <w:r>
        <w:t>Great. Well, all right. Oh, y'all snuck up on me. I was justing just months before we came I had an MRI and they found a growth in my neck. They don't know what it is. I have to have another MRI when I get back, but just for healing. They don't know why. That's right. I think it will be. Amen. And then we all agree that whatever this is will be gone. Yes. All right. Amen. All right. In the name of Jesus, right now, Lord, we pray for healing. We rebuke this growth in her neck. We rebuke it and command it to be gone, to leave her body in the name of Jesus Christ. We command it to go. We bind Satan. We bind the spirits of infirmity. We bind the spirits of sickness and disease. We bind the demons causing this lump or this growth. We rebuke you. We bind you. break your power, tear down your strongholds at her, and command you to go from her. Loose her and leave now in the name of Jesus Christ of Nazareth. We anoint her with oil. We believe right now that this second MRI is going to show everything normal. name of Jesus Christ. We speak to that mountain and say be removed and cast into the sea. We will not doubt in our hearts but we believe in Jesus name for the good report. In Jesus name. Amen. And amen. Yes. I believe that's going to happen. Yes ma'am. Pray for more powers and gifts. Okay. All right. Still got some oil here. We anoint you, Lord. We pray for healing. Healing in her body. Healing from gout. Lord, I know there's a number of people battle with gout in our church and ministry. We pray right now, Lord, for all of them. for cat and all the rest. Goat in the name of Jesus Christ. Loose her and leave. We bind every demon spirit of infirmity, sickness, and disease. We break your power. Tear down your strongholds. Command you to go from her body in the name of Jesus. Gout go in Jesus name.</w:t>
      </w:r>
    </w:p>
    <w:p>
      <w:pPr>
        <w:keepNext/>
      </w:pPr>
      <w:r>
        <w:rPr>
          <w:b/>
          <w:color w:val="2E74B5"/>
        </w:rPr>
        <w:t>[2:11:25–2:14:25]  Speaker(s)</w:t>
      </w:r>
    </w:p>
    <w:p>
      <w:r>
        <w:t>Lord, for those in this room right now that struggle with gout, I command it to go from them to not surface again in their bodies in the name of Jesus. Lord, I agree right now for Cat that you just fill her with more of your glory. The gifts of the Holy Spirit imparted to her, flowing up and out of her in Jesus name. Jesus name. You know, here, let me say this. I feel like I need to say this to you, but I think it's for everybody. even those that didn't haven't been through the ministry school and you may not you may not be students, but you these are online. These are these are classes that are on, but the classes on the gifts of the Holy Spirit. Go back, watch, listen, watch, relisten, watch, listen again. And then when you pray, ask for those gifts to manifest in you. Ask the Lord to teach you how to yield and flow in those gifts. You have to ask. You have not. This Bible says it plain and simple. You have not because you ask not. You want me to tell you why the gift of prophecy and some words of knowledge and things have flowed this weekend from me? Cuz I ask and ask and ask and ask that he will do it, right? cuz I want him to and I don't want to make it up. I don't want to, you know. So therefore, if it's going to happen, I got to desire. I got to want. I got to ask. And then I got to understand when it starts happening, what to do. see, sometimes I'm praying for you and I'm I'm praying for somebody. I lay hands on and I'd see something about them or I see something about, you know, a word of knowledge is what God something God has done in the past or he's doing in the present. A word of wisdom is something God is going to do in the future. And like what I saw with you standing, I saw like the outline of your whole country and I saw you stand there and I saw the light going out. I just repeat what I saw. I can't wait to see what that is, how that's going to happen. But like there was one Skyfall for instance and I can't remember which one it was but there was a couple standing in front of me older couple and they were ministers and they were traveling and ministering and church like with the pews and you know the everything you would think of as a traditional Baptist church in America, right? And I said, 'I see you going into those churches and speaking about the gifts of the Holy Spirit, tongues, interpretation</w:t>
      </w:r>
    </w:p>
    <w:p>
      <w:pPr>
        <w:keepNext/>
      </w:pPr>
      <w:r>
        <w:rPr>
          <w:b/>
          <w:color w:val="2E74B5"/>
        </w:rPr>
        <w:t>[2:14:25–2:17:27]  Speaker(s)</w:t>
      </w:r>
    </w:p>
    <w:p>
      <w:r>
        <w:t>of tongues, the whole thing, whole all nine and operating in those. He said they're just in tears and they said that's exactly what's starting to happen. We're getting invitations to these Baptist churches and we're going in there and telling them about the Holy Spirit, the gifts of the Holy Spirit. So this is what I'm saying. If you study and you listen to others, not just me, but Dave Ro David Roersonson and some of these others, even Kenneth Hagen's experiences of operating in the gifts of the Holy Spirit are amazing. And what happens when you study those when it starts to happen in you, you will recognize what is happening and go with it. And let me just tell you, it takes a measure of faith always to step out. Pastor Troy, you get a word or a piece of something to step out and speak it or share it. And let me tell you, if you don't prepare yourself and you don't ask for that and you don't study it out and get it in you, then it's not going to happen. But I felt to tell you to do the exact same thing that even though you studied it in school and even though you did great in the ministry school, keep getting it in you because then when the opportunity happens, you'll recognize cuz see this is the thing about the Holy Spirit and the gifts of the Holy Spirit you need to know. Sometimes he is so gentle and subtle that still small voice is so easy to miss if you're not paying attention. If and then sometimes if you don't even know what you're looking for. A lot of people a lot of people tell me just like you know they'll say well I just felt this but I thought it was just me. No, it is you. It is the Holy Spirit moving in you, but you have to recognize it. You have to yield to it. And you have to step out in it. It's kind of scary sometimes, too, to tell people things about the future, right? Cuz how do we know the future? Oh, well, I don't pretend to know, but if the Lord shows me something, got to say it, right? And people have come back and told me these things that have come to pass in their life. they told me of something that came to pass that you know we prayed about in the I think it was in one of the skyfalls or something. But everybody see I what I believe about this is all Christians are supposed to do these things. Not just Pastor Dean or anybody any other minister. We're all supposed to flow in the supernatural. I mean, you teenagers with your friends, you could freak their blow their minds. Just freak them out.</w:t>
      </w:r>
    </w:p>
    <w:p>
      <w:pPr>
        <w:keepNext/>
      </w:pPr>
      <w:r>
        <w:rPr>
          <w:b/>
          <w:color w:val="2E74B5"/>
        </w:rPr>
        <w:t>[2:17:27–2:20:34]  Speaker(s)</w:t>
      </w:r>
    </w:p>
    <w:p>
      <w:r>
        <w:t>Walk up and tell them what they're thinking. See, sometimes I can actually look at you and the Lord will tell me what you're thinking. Not every not everything. They're going to start doing that. But remember when it said when Jesus would be like the Pharisees would come up, it said Jesus would know their thoughts and then he would answer their question before they even ask it, right? And this is just the gifts of the Holy Spirit working. And any Christian, you hear me? Any Christian, the weakest Christian, the newest Christian, if they will listen to the Lord, yield to him, can flow in the gifts of the Holy Spirit. I did when I was 19 years old. when I was 20 years old cuz I was just dumb enough to believe it. Right. Right. And to act on it and I blew some people's minds. The pastor First Baptist Church here in Opalikica, y'all go down and see the big white mausoleum down here. God told me he was committing adultery. Told me to write him a letter tell him to stop. told me names of the women too. Oh, let me tell you, he denied it. This is a long time ago. Not the current one. Not the current one. But the Lord told me to tell him to quit. He sent a deacon out to try to slander me all over the town, all over this area. But let me tell you what happened to him. The Opalaka Police Department caught him doing obscene phone calls to women in his church. And then it all came out what he was doing. He was a pervert. He was a sicko. He had problems and he had to be removed from being pastor of that church. Now, I don't know how bad exactly he was when I contacted him, but I told him that he need to repent and he needed to step away and he needed to deal with it and it would be far better than if he got exposed. Oh, he didn't listen and he got exposed. And you want to talk about going down in flames, it went down in flames. But that's what I'm talking about. The gifts of the Holy Spirit. I wasn't trying to hurt him. I didn't tell anybody publicly, right? I went to him personally and said, "This is what the Lord said is going on with you, and you need to deal with this." Nah. Well, it was a let's just put it this way. It was one of the biggest disasters that I've ever seen. So, God wants you doing stuff like that. You may all prophesy. What did he say? One by one. What did Paul say? I wish that you all spoke with tongues. I wish that you all prophesy. I believe it's possible for all. All won't cuz they won't yield. But all can.</w:t>
      </w:r>
    </w:p>
    <w:p>
      <w:pPr>
        <w:keepNext/>
      </w:pPr>
      <w:r>
        <w:rPr>
          <w:b/>
          <w:color w:val="2E74B5"/>
        </w:rPr>
        <w:t>[2:20:34–2:23:23]  Speaker(s)</w:t>
      </w:r>
    </w:p>
    <w:p>
      <w:r>
        <w:t>Amen. And that's why the Lord said, "Cove to prophesy." Why? Cuz the secrets of men's hearts will be revealed and they will know God is in you of a truth. Right. Do you need prayer? Yes. That's why he's up here. I thought he just wanted to get a close Kamari. He doesn't just come up here. Let me let me say something before we do that once again because it keeps coming back to me. A warning because what does the enemy like to do? He likes to kill, steal, destroy. He's going to try to come in and steal what you got this weekend. He's going to come in and lie to you. He's going to come in and try to steal it from you and put that light out. So, be even more diligent whenever you leave here to recognize, ask the Lord to help you discern the voices that you're hearing or you know the doubts that you have and just out loud rebuke them because he doesn't hear your thoughts. God does. But the demons and the devil, they're not in your head. So, you have to rebuke them with your mouth out loud. All right. So, just felt like I needed to warn y'all about that. Yes, sir. Last but not least, Hallelujah. All my shame before. Oh. Hallelujah. Thank you Jesus. Give me one more. And yeah, you can sign us off. But hug them next. Hug some next before you leave out there. Y'all just bow your heads one time because you know what? This young man right here, this young man loves Jesus, but he's he's been through a battle in his life that he needs some refreshing and healing for and he's about to get married. Lay there.</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667085"/>
        <w:sz w:val="18"/>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left"/>
    </w:pPr>
    <w:r>
      <w:rPr>
        <w:color w:val="667085"/>
        <w:sz w:val="18"/>
      </w:rPr>
      <w:t>Watchman 33 | Lightly Edited Transcript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Calibri" w:hAnsi="Calibri"/>
      <w:color w:val="202124"/>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