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Overwhelmed</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2022-08-10 (video upload date)</w:t>
            </w:r>
          </w:p>
        </w:tc>
      </w:tr>
      <w:tr>
        <w:tc>
          <w:tcPr>
            <w:tcW w:type="dxa" w:w="2016"/>
            <w:vAlign w:val="center"/>
          </w:tcPr>
          <w:p>
            <w:r>
              <w:rPr>
                <w:b/>
              </w:rPr>
              <w:t>Duration</w:t>
            </w:r>
          </w:p>
        </w:tc>
        <w:tc>
          <w:tcPr>
            <w:tcW w:type="dxa" w:w="7920"/>
            <w:vAlign w:val="center"/>
          </w:tcPr>
          <w:p>
            <w:r>
              <w:t>1:02:43</w:t>
            </w:r>
          </w:p>
        </w:tc>
      </w:tr>
      <w:tr>
        <w:tc>
          <w:tcPr>
            <w:tcW w:type="dxa" w:w="2016"/>
            <w:vAlign w:val="center"/>
          </w:tcPr>
          <w:p>
            <w:r>
              <w:rPr>
                <w:b/>
              </w:rPr>
              <w:t>Source</w:t>
            </w:r>
          </w:p>
        </w:tc>
        <w:tc>
          <w:tcPr>
            <w:tcW w:type="dxa" w:w="7920"/>
            <w:vAlign w:val="center"/>
          </w:tcPr>
          <w:p>
            <w:r>
              <w:t>https://www.youtube.com/watch?v=mRU18WuaAao</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0:00-7:50</w:t>
      </w:r>
    </w:p>
    <w:p>
      <w:pPr>
        <w:keepNext/>
      </w:pPr>
      <w:r>
        <w:rPr>
          <w:b/>
          <w:color w:val="2E74B5"/>
        </w:rPr>
        <w:t>Pastor Dean Odle</w:t>
      </w:r>
    </w:p>
    <w:p>
      <w:pPr>
        <w:keepLines/>
      </w:pPr>
      <w:r>
        <w:t>Odle focuses on worship while working through Revelation 12. The message argues that true worship centers on God and is expressed through reverence, surrender, and obedience. It connects this with the conviction that faithful endurance is necessary when obedience brings testing, opposition, or suffering. The practical emphasis is to test the teaching by Scripture and apply it through faithful obedience.</w:t>
      </w:r>
    </w:p>
    <w:p>
      <w:pPr>
        <w:pStyle w:val="Heading2"/>
        <w:keepNext/>
      </w:pPr>
      <w:r>
        <w:t>2. 7:50-15:41</w:t>
      </w:r>
    </w:p>
    <w:p>
      <w:pPr>
        <w:keepNext/>
      </w:pPr>
      <w:r>
        <w:rPr>
          <w:b/>
          <w:color w:val="2E74B5"/>
        </w:rPr>
        <w:t>Pastor Dean Odle</w:t>
      </w:r>
    </w:p>
    <w:p>
      <w:pPr>
        <w:keepLines/>
      </w:pPr>
      <w:r>
        <w:t>Odle focuses on faith. The message argues that biblical faith trusts God’s character and acts upon His promises. It connects this with the conviction that the message connects prayer for healing with faith in Christ, pastoral care, and submission to God. The practical emphasis is to trust God’s promises and refuse decisions governed by fear.</w:t>
      </w:r>
    </w:p>
    <w:p>
      <w:pPr>
        <w:pStyle w:val="Heading2"/>
        <w:keepNext/>
      </w:pPr>
      <w:r>
        <w:t>3. 15:41-23:31</w:t>
      </w:r>
    </w:p>
    <w:p>
      <w:pPr>
        <w:keepNext/>
      </w:pPr>
      <w:r>
        <w:rPr>
          <w:b/>
          <w:color w:val="2E74B5"/>
        </w:rPr>
        <w:t>Pastor Dean Odle</w:t>
      </w:r>
    </w:p>
    <w:p>
      <w:pPr>
        <w:keepLines/>
      </w:pPr>
      <w:r>
        <w:t>Odle focuses on faith while working through Psalm 55.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keepNext/>
      </w:pPr>
      <w:r>
        <w:t>4. 23:31-31:22</w:t>
      </w:r>
    </w:p>
    <w:p>
      <w:pPr>
        <w:keepNext/>
      </w:pPr>
      <w:r>
        <w:rPr>
          <w:b/>
          <w:color w:val="2E74B5"/>
        </w:rPr>
        <w:t>Pastor Dean Odle</w:t>
      </w:r>
    </w:p>
    <w:p>
      <w:pPr>
        <w:keepLines/>
      </w:pPr>
      <w:r>
        <w:t>Odle focuses on David’s example while working through Psalm 55, Psalm 51. The message argues that David’s choices are used to examine leadership, testing, repentance, and renewed dependence on God. It connects this with the conviction that prayer expresses dependence on God and prepares believers to hear and obey Him. The practical emphasis is to seek God in prayer and act on what Scripture requires.</w:t>
      </w:r>
    </w:p>
    <w:p>
      <w:pPr>
        <w:pStyle w:val="Heading2"/>
        <w:keepNext/>
      </w:pPr>
      <w:r>
        <w:t>5. 31:22-39:12</w:t>
      </w:r>
    </w:p>
    <w:p>
      <w:pPr>
        <w:keepNext/>
      </w:pPr>
      <w:r>
        <w:rPr>
          <w:b/>
          <w:color w:val="2E74B5"/>
        </w:rPr>
        <w:t>Pastor Dean Odle</w:t>
      </w:r>
    </w:p>
    <w:p>
      <w:pPr>
        <w:keepLines/>
      </w:pPr>
      <w:r>
        <w:t>Odle focuses on family discipleship. The message argues that faithfulness in the home requires instruction, loving correction, protection, and a consistent Christian example. It connects this with the conviction that biblical faith trusts God’s character and acts upon His promises. The practical emphasis is to trust God’s promises and refuse decisions governed by fear.</w:t>
      </w:r>
    </w:p>
    <w:p>
      <w:pPr>
        <w:pStyle w:val="Heading2"/>
        <w:keepNext/>
      </w:pPr>
      <w:r>
        <w:t>6. 39:12-47:02</w:t>
      </w:r>
    </w:p>
    <w:p>
      <w:pPr>
        <w:keepNext/>
      </w:pPr>
      <w:r>
        <w:rPr>
          <w:b/>
          <w:color w:val="2E74B5"/>
        </w:rPr>
        <w:t>Pastor Dean Odle</w:t>
      </w:r>
    </w:p>
    <w:p>
      <w:pPr>
        <w:keepLines/>
      </w:pPr>
      <w:r>
        <w:t>Odle focuses on marriage and covenant. The message argues that marriage is treated as a covenant requiring faithfulness, sacrifice, truth, and biblical order. It connects this with the conviction that the church is called to recover biblical faithfulness instead of accommodating compromise. The practical emphasis is to test the teaching by Scripture and apply it through faithful obedience.</w:t>
      </w:r>
    </w:p>
    <w:p>
      <w:pPr>
        <w:pStyle w:val="Heading2"/>
        <w:keepNext/>
      </w:pPr>
      <w:r>
        <w:t>7. 47:02-54:53</w:t>
      </w:r>
    </w:p>
    <w:p>
      <w:pPr>
        <w:keepNext/>
      </w:pPr>
      <w:r>
        <w:rPr>
          <w:b/>
          <w:color w:val="2E74B5"/>
        </w:rPr>
        <w:t>Pastor Dean Odle</w:t>
      </w:r>
    </w:p>
    <w:p>
      <w:pPr>
        <w:keepLines/>
      </w:pPr>
      <w:r>
        <w:t>Odle focuses on Satanic opposition while working through Psalm 51. The message argues that Satan’s work is described through deception, accusation, temptation, and opposition to God’s purposes. It connects this with the conviction that God’s grace forgives and also trains believers to leave sin and live in obedience. The practical emphasis is to trust God’s promises and refuse decisions governed by fear.</w:t>
      </w:r>
    </w:p>
    <w:p>
      <w:pPr>
        <w:pStyle w:val="Heading2"/>
        <w:keepNext/>
      </w:pPr>
      <w:r>
        <w:t>8. 54:53-1:02:43</w:t>
      </w:r>
    </w:p>
    <w:p>
      <w:pPr>
        <w:keepNext/>
      </w:pPr>
      <w:r>
        <w:rPr>
          <w:b/>
          <w:color w:val="2E74B5"/>
        </w:rPr>
        <w:t>Pastor Dean Odle</w:t>
      </w:r>
    </w:p>
    <w:p>
      <w:pPr>
        <w:keepLines/>
      </w:pPr>
      <w:r>
        <w:t>Odle focuses on the condition of the church while working through Peter 4, Matthew 24. The message argues that the church is called to recover biblical faithfulness instead of accommodating compromise. It connects this with the conviction that thankfulness remembers God’s mercy and guards the heart from entitlement and complaint. The practical emphasis is to trust God’s promises and refuse decisions governed by fear.</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