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Loving Jesus</w:t>
      </w:r>
    </w:p>
    <w:p>
      <w:pPr>
        <w:pStyle w:val="Subtitle"/>
        <w:jc w:val="center"/>
      </w:pPr>
      <w:r>
        <w:t>Lightly Edited Transcript</w:t>
      </w:r>
    </w:p>
    <w:p>
      <w:pPr>
        <w:jc w:val="center"/>
      </w:pPr>
      <w:r>
        <w:rPr>
          <w:rFonts w:ascii="Aptos" w:hAnsi="Aptos"/>
          <w:b/>
          <w:color w:val="58636D"/>
          <w:sz w:val="20"/>
        </w:rPr>
        <w:t>Pastor Dean Odle  |  Fire &amp; Grace Church</w:t>
      </w:r>
    </w:p>
    <w:tbl>
      <w:tblPr>
        <w:tblW w:type="auto" w:w="0"/>
        <w:jc w:val="center"/>
        <w:tblLook w:firstColumn="1" w:firstRow="1" w:lastColumn="0" w:lastRow="0" w:noHBand="0" w:noVBand="1" w:val="04A0"/>
      </w:tblPr>
      <w:tblGrid>
        <w:gridCol w:w="9648"/>
      </w:tblGrid>
      <w:tr>
        <w:tc>
          <w:tcPr>
            <w:tcW w:type="dxa" w:w="9648"/>
            <w:shd w:fill="F7F3E8"/>
            <w:tcMar>
              <w:top w:w="160" w:type="dxa"/>
              <w:start w:w="180" w:type="dxa"/>
              <w:bottom w:w="160" w:type="dxa"/>
              <w:end w:w="180" w:type="dxa"/>
            </w:tcMar>
          </w:tcPr>
          <w:p>
            <w:r>
              <w:rPr>
                <w:rFonts w:ascii="Aptos" w:hAnsi="Aptos"/>
                <w:i/>
                <w:color w:val="4D4434"/>
                <w:sz w:val="19"/>
              </w:rPr>
              <w:t>Edited for readability while preserving the speaker’s meaning and substantive statements. This resource is based on the supplied timestamped auto-transcript. Filler, immediate stutters, accidental repetitions, empty fragments, and obvious caption artifacts were lightly cleaned. The speaker’s claims are preserved as statements made in the sermon and are not necessarily independently verified.</w:t>
            </w:r>
          </w:p>
        </w:tc>
      </w:tr>
    </w:tbl>
    <w:tbl>
      <w:tblPr>
        <w:tblW w:type="auto" w:w="0"/>
        <w:jc w:val="center"/>
        <w:tblLayout w:type="fixed"/>
        <w:tblLook w:firstColumn="1" w:firstRow="1" w:lastColumn="0" w:lastRow="0" w:noHBand="0" w:noVBand="1" w:val="04A0"/>
      </w:tblPr>
      <w:tblGrid>
        <w:gridCol w:w="4824"/>
        <w:gridCol w:w="4824"/>
      </w:tblGrid>
      <w:tr>
        <w:tc>
          <w:tcPr>
            <w:tcW w:type="dxa" w:w="1944"/>
            <w:shd w:fill="EEF3F6"/>
            <w:tcMar>
              <w:top w:w="100" w:type="dxa"/>
              <w:start w:w="120" w:type="dxa"/>
              <w:bottom w:w="100" w:type="dxa"/>
              <w:end w:w="120" w:type="dxa"/>
            </w:tcMar>
            <w:vAlign w:val="top"/>
          </w:tcPr>
          <w:p>
            <w:r>
              <w:rPr>
                <w:rFonts w:ascii="Aptos" w:hAnsi="Aptos"/>
                <w:b/>
                <w:color w:val="20384F"/>
                <w:sz w:val="18"/>
              </w:rPr>
              <w:t>Speaker</w:t>
            </w:r>
          </w:p>
        </w:tc>
        <w:tc>
          <w:tcPr>
            <w:tcW w:type="dxa" w:w="7704"/>
            <w:tcMar>
              <w:top w:w="100" w:type="dxa"/>
              <w:start w:w="120" w:type="dxa"/>
              <w:bottom w:w="100" w:type="dxa"/>
              <w:end w:w="120" w:type="dxa"/>
            </w:tcMar>
            <w:vAlign w:val="top"/>
          </w:tcPr>
          <w:p>
            <w:r>
              <w:rPr>
                <w:rFonts w:ascii="Aptos" w:hAnsi="Aptos"/>
                <w:sz w:val="18"/>
              </w:rPr>
              <w:t>Pastor Dean Odle</w:t>
            </w:r>
          </w:p>
        </w:tc>
      </w:tr>
      <w:tr>
        <w:tc>
          <w:tcPr>
            <w:tcW w:type="dxa" w:w="1944"/>
            <w:shd w:fill="EEF3F6"/>
            <w:tcMar>
              <w:top w:w="100" w:type="dxa"/>
              <w:start w:w="120" w:type="dxa"/>
              <w:bottom w:w="100" w:type="dxa"/>
              <w:end w:w="120" w:type="dxa"/>
            </w:tcMar>
            <w:vAlign w:val="top"/>
          </w:tcPr>
          <w:p>
            <w:r>
              <w:rPr>
                <w:rFonts w:ascii="Aptos" w:hAnsi="Aptos"/>
                <w:b/>
                <w:color w:val="20384F"/>
                <w:sz w:val="18"/>
              </w:rPr>
              <w:t>Source</w:t>
            </w:r>
          </w:p>
        </w:tc>
        <w:tc>
          <w:tcPr>
            <w:tcW w:type="dxa" w:w="7704"/>
            <w:tcMar>
              <w:top w:w="100" w:type="dxa"/>
              <w:start w:w="120" w:type="dxa"/>
              <w:bottom w:w="100" w:type="dxa"/>
              <w:end w:w="120" w:type="dxa"/>
            </w:tcMar>
            <w:vAlign w:val="top"/>
          </w:tcPr>
          <w:p>
            <w:r>
              <w:rPr>
                <w:rFonts w:ascii="Aptos" w:hAnsi="Aptos"/>
                <w:sz w:val="18"/>
              </w:rPr>
              <w:t>https://www.youtube.com/watch?v=AxbdhlRWwAo</w:t>
            </w:r>
          </w:p>
        </w:tc>
      </w:tr>
      <w:tr>
        <w:tc>
          <w:tcPr>
            <w:tcW w:type="dxa" w:w="1944"/>
            <w:shd w:fill="EEF3F6"/>
            <w:tcMar>
              <w:top w:w="100" w:type="dxa"/>
              <w:start w:w="120" w:type="dxa"/>
              <w:bottom w:w="100" w:type="dxa"/>
              <w:end w:w="120" w:type="dxa"/>
            </w:tcMar>
            <w:vAlign w:val="top"/>
          </w:tcPr>
          <w:p>
            <w:r>
              <w:rPr>
                <w:rFonts w:ascii="Aptos" w:hAnsi="Aptos"/>
                <w:b/>
                <w:color w:val="20384F"/>
                <w:sz w:val="18"/>
              </w:rPr>
              <w:t>Duration</w:t>
            </w:r>
          </w:p>
        </w:tc>
        <w:tc>
          <w:tcPr>
            <w:tcW w:type="dxa" w:w="7704"/>
            <w:tcMar>
              <w:top w:w="100" w:type="dxa"/>
              <w:start w:w="120" w:type="dxa"/>
              <w:bottom w:w="100" w:type="dxa"/>
              <w:end w:w="120" w:type="dxa"/>
            </w:tcMar>
            <w:vAlign w:val="top"/>
          </w:tcPr>
          <w:p>
            <w:r>
              <w:rPr>
                <w:rFonts w:ascii="Aptos" w:hAnsi="Aptos"/>
                <w:sz w:val="18"/>
              </w:rPr>
              <w:t>1:51:36</w:t>
            </w:r>
          </w:p>
        </w:tc>
      </w:tr>
      <w:tr>
        <w:tc>
          <w:tcPr>
            <w:tcW w:type="dxa" w:w="1944"/>
            <w:shd w:fill="EEF3F6"/>
            <w:tcMar>
              <w:top w:w="100" w:type="dxa"/>
              <w:start w:w="120" w:type="dxa"/>
              <w:bottom w:w="100" w:type="dxa"/>
              <w:end w:w="120" w:type="dxa"/>
            </w:tcMar>
            <w:vAlign w:val="top"/>
          </w:tcPr>
          <w:p>
            <w:r>
              <w:rPr>
                <w:rFonts w:ascii="Aptos" w:hAnsi="Aptos"/>
                <w:b/>
                <w:color w:val="20384F"/>
                <w:sz w:val="18"/>
              </w:rPr>
              <w:t>Transcript basis</w:t>
            </w:r>
          </w:p>
        </w:tc>
        <w:tc>
          <w:tcPr>
            <w:tcW w:type="dxa" w:w="7704"/>
            <w:tcMar>
              <w:top w:w="100" w:type="dxa"/>
              <w:start w:w="120" w:type="dxa"/>
              <w:bottom w:w="100" w:type="dxa"/>
              <w:end w:w="120" w:type="dxa"/>
            </w:tcMar>
            <w:vAlign w:val="top"/>
          </w:tcPr>
          <w:p>
            <w:r>
              <w:rPr>
                <w:rFonts w:ascii="Aptos" w:hAnsi="Aptos"/>
                <w:sz w:val="18"/>
              </w:rPr>
              <w:t>Provided timestamped auto-transcript, lightly edited</w:t>
            </w:r>
          </w:p>
        </w:tc>
      </w:tr>
      <w:tr>
        <w:tc>
          <w:tcPr>
            <w:tcW w:type="dxa" w:w="1944"/>
            <w:shd w:fill="EEF3F6"/>
            <w:tcMar>
              <w:top w:w="100" w:type="dxa"/>
              <w:start w:w="120" w:type="dxa"/>
              <w:bottom w:w="100" w:type="dxa"/>
              <w:end w:w="120" w:type="dxa"/>
            </w:tcMar>
            <w:vAlign w:val="top"/>
          </w:tcPr>
          <w:p>
            <w:r>
              <w:rPr>
                <w:rFonts w:ascii="Aptos" w:hAnsi="Aptos"/>
                <w:b/>
                <w:color w:val="20384F"/>
                <w:sz w:val="18"/>
              </w:rPr>
              <w:t>Scripture translation</w:t>
            </w:r>
          </w:p>
        </w:tc>
        <w:tc>
          <w:tcPr>
            <w:tcW w:type="dxa" w:w="7704"/>
            <w:tcMar>
              <w:top w:w="100" w:type="dxa"/>
              <w:start w:w="120" w:type="dxa"/>
              <w:bottom w:w="100" w:type="dxa"/>
              <w:end w:w="120" w:type="dxa"/>
            </w:tcMar>
            <w:vAlign w:val="top"/>
          </w:tcPr>
          <w:p>
            <w:r>
              <w:rPr>
                <w:rFonts w:ascii="Aptos" w:hAnsi="Aptos"/>
                <w:sz w:val="18"/>
              </w:rPr>
              <w:t>KJV</w:t>
            </w:r>
          </w:p>
        </w:tc>
      </w:tr>
    </w:tbl>
    <w:p>
      <w:r>
        <w:br w:type="page"/>
      </w:r>
    </w:p>
    <w:p>
      <w:pPr>
        <w:pStyle w:val="Heading1"/>
      </w:pPr>
      <w:r>
        <w:t>Lightly Edited Transcript</w:t>
      </w:r>
    </w:p>
    <w:p>
      <w:pPr>
        <w:keepNext/>
      </w:pPr>
      <w:r>
        <w:rPr>
          <w:rFonts w:ascii="Aptos" w:hAnsi="Aptos"/>
          <w:b/>
          <w:color w:val="A77A22"/>
          <w:sz w:val="18"/>
        </w:rPr>
        <w:t>[00:00-03:01]  PASTOR DEAN ODLE</w:t>
      </w:r>
    </w:p>
    <w:p>
      <w:pPr>
        <w:spacing w:after="180"/>
      </w:pPr>
      <w:r>
        <w:t>secondsHere's seconds[music] secondsmy heart, Lord. secondsHere's [singing and music] my heart, Lord. secondsHere's [singing and music] my heart, Lord. secondsSpeak what is true. [music] Here's [singing] my heart, Lord. secondsHere's [singing and music] my heart, Lord. secondsHere's [singing and music] my heart, Lord. Speak what [music] is true. secondsI am [singing] found. I am yours. I am love. minute, 7 secondsI'm a [singing] pure. [music] I have life. I can breathe. minute, 14 secondsI am [singing] healed. I am free. minute, 21 secondsHear [singing] my heart, Lord. Here's minute, 25 seconds[music] minute, 27 seconds[singing] my heart, Lord. minute, 29 secondsTell them this morning, [music] here's [singing] my heart, Lord. [music] Speak [singing] what is true. minute, 41 secondsI am found. I [singing] am yours. I am love. minute, 48 secondsI a [singing] pure. I have life. I can breathe. minute, 56 secondsI am healed. [singing] minute, 58 seconds[music] minute, 59 secondsI am free. You are strong. You are [singing] sure. minutes, 6 secondsYou are alive. You [music and singing] endure. minutes, 12 secondsYou are good. You're always [singing] true. minutes, 17 secondsYou are alive [music] breaking through. minutes, 26 seconds[singing] Here's my heart, Lord. Here's [singing] my heart, [music] Lord. minutes, 35 secondsHere's my heart, [singing] Lord. minutes, 39 seconds[music] minutes, 41 secondsSpeak what [singing] is true. Here's my life. minutes, 45 secondsHere's my life, Lord. [singing] We give you our life. Here's my life, Lord. minutes, 53 secondsOh, here's my life, Lord. [singing] minutes, 59 seconds[music]</w:t>
      </w:r>
    </w:p>
    <w:p>
      <w:pPr>
        <w:keepNext/>
      </w:pPr>
      <w:r>
        <w:rPr>
          <w:rFonts w:ascii="Aptos" w:hAnsi="Aptos"/>
          <w:b/>
          <w:color w:val="A77A22"/>
          <w:sz w:val="18"/>
        </w:rPr>
        <w:t>[03:01-06:05]  PASTOR DEAN ODLE</w:t>
      </w:r>
    </w:p>
    <w:p>
      <w:pPr>
        <w:spacing w:after="180"/>
      </w:pPr>
      <w:r>
        <w:t>minutes, 1 secondSpeak what is true. Cuz you [singing] are more than enough. minutes, 9 secondsYou are here. You are love. You [singing and music] are hope. minutes, 17 secondsYou are grace. You're [singing] all I have. Yes, Lord. You're [music] everything. minutes, 26 secondsYes, Lord. Here's my heart, [singing] Lord. minutes, 32 secondsHere's my heart, Lord. [singing] minutes, 36 seconds[music] minutes, 37 secondsHere's my heart, Lord. Speak [singing and music] what is true. minutes, 44 secondsHere's my life. And here's my life, Lord. minutes, 51 seconds[music] minutes, 51 secondsHere's my life, [singing] Lord. Here's my life, Lord. minutes, 2 secondsSpeak what [singing and music] is true. minutes, 5 secondsLet's declare that part again. That you are more than enough. Y'all [music] ready? minutes, 12 secondsYou are more than [singing and music] enough. minutes, 17 secondsYou are here. You are love. [singing] You are hope. minutes, 24 secondsYou are grace. [singing] You're all I have. You're everything. minutes, 31 seconds[singing] minutes, 33 secondsYes. Here's my heart, Lord. We give it to you, Lord. Here's [singing] my heart, Lord. minutes, 44 secondsHere's [singing] my [music] heart, Lord. minutes, 49 secondsSpeak [singing] what is true. Here's my life. Here's my life, Lord. minutes, 58 seconds[singing and music] minutes, 58 secondsHere's my life, Lord. minutes, 3 secondsHere's [singing and music] my life, Lord. Speak [music and singing] what is true. minutes, 13 secondsSpeak [singing] what is true. [music] Speak what [singing] is true. minutes, 21 seconds[music] minutes, 23 secondsSpeak [singing] what is true. Yes [music and singing] Lord. minutes, 30 secondsYes Lord. Thank you Jesus. minutes, 34 seconds[music] minutes, 36 secondsThank you, Jesus. minutes, 41 secondsThank you, Lord. [music] See, and we didn't work it out that way. minutes, 46 secondsThis song says, "Speak what is true, Lord." Yes. minutes, 54 secondsAnd the [music] Lord was speaking to me saying, I speak in a a still small voice.</w:t>
      </w:r>
    </w:p>
    <w:p>
      <w:pPr>
        <w:keepNext/>
      </w:pPr>
      <w:r>
        <w:rPr>
          <w:rFonts w:ascii="Aptos" w:hAnsi="Aptos"/>
          <w:b/>
          <w:color w:val="A77A22"/>
          <w:sz w:val="18"/>
        </w:rPr>
        <w:t>[06:05-09:06]  PASTOR DEAN ODLE</w:t>
      </w:r>
    </w:p>
    <w:p>
      <w:pPr>
        <w:spacing w:after="180"/>
      </w:pPr>
      <w:r>
        <w:t>minutes, 5 seconds[music] So I believe the Lord is wanting us to listen for him today. minutes, 10 seconds[music] minutes, 12 secondsLord, [singing] we listen for your voice. minutes, 18 seconds[music] minutes, 19 secondsSpeak Lord Jesus. minutes, 26 secondsWe love [music] you, Lord. minutes, 31 secondsAnd we bind every demon spirit of [music] fear. minutes, 36 secondsAnd every interfer interfering [music] spirit we bind. minutes, 42 secondsWe rebuke you and command you to stop maneuverings in Jesus [music] name. Thank you father. minutes, 51 secondsThank you Lord. We listen for you, Lord. minutes, 53 seconds[music] minutes, 10 seconds[music] minutes, 12 secondsWe invite you, Holy [singing] Spirit. minutes, 16 secondsSometimes we need to do this all the time. And we need to do that. minutes, 24 secondsWe need to break the rut of our tradition. minutes, 32 seconds[music] minutes, 34 secondsWe need [singing] the Holy Spirit. We can't live. We can't [singing] live. minutes, 41 secondsWe can't live without [music] you, Lord. minutes, 47 secondsThis needs [music] to be our heart's cry. minutes, 52 seconds[music] minutes, 57 secondsHere's our horn. minutes, 9 seconds[music] We sing a song, we need to mean it. minutes, 13 secondsLord told me that years ago. [music] Put your heart in it and mean it when you sing it to me. [music] minutes, 24 secondsIt speak what is true [music] minutes, 35 secondshere's my life. [singing] Here's my life, Lord. minutes, 44 seconds[music] minutes, 46 secondsHere's [singing] my life, Lord. [music] minutes, 51 seconds[singing] Speak what is true. [music] minutes, 54 secondsHere's my heart. Here's [singing] my heart, Lord. minutes, 1 second[music] Here's [singing] my heart, Lord.</w:t>
      </w:r>
    </w:p>
    <w:p>
      <w:pPr>
        <w:keepNext/>
      </w:pPr>
      <w:r>
        <w:rPr>
          <w:rFonts w:ascii="Aptos" w:hAnsi="Aptos"/>
          <w:b/>
          <w:color w:val="A77A22"/>
          <w:sz w:val="18"/>
        </w:rPr>
        <w:t>[09:06-12:09]  PASTOR DEAN ODLE</w:t>
      </w:r>
    </w:p>
    <w:p>
      <w:pPr>
        <w:spacing w:after="180"/>
      </w:pPr>
      <w:r>
        <w:t>minutes, 6 secondsHere's [music] minutes, 7 seconds[singing] minutes, 8 secondsmy heart, Lord. minutes, 13 secondsSpeak [singing] what is [music] true. Speak what's true. minutes, 18 secondsSpeak what [singing] is true. [music] Speak [singing] what [music] is true. minutes, 26 secondsThank you, Lord. minutes, 30 seconds[singing] minutes, 32 secondsYes, Lord. minutes, 36 seconds[music] minutes, 37 secondsSometimes the Lord will allow us to go through a little pain [music] to push in closer. Yes. minutes, 45 secondsAmen. minutes, 50 secondsPraise God. But he does it for our good because he loves us. minutes, 59 seconds[music] minutes, 2 secondsHe loves us. minutes, 6 secondsThose who he loves, he rebukes [music] and chasens. minutes, 11 secondsHe said, "Be [music] thankful in all things." Thank you, Lord Jesus. minutes, 21 secondsThank you, Lord. Thank you, Jesus. minutes, 32 secondsGive God another hand. Thank you, Lord. minutes, 34 secondsGive him the glory. [applause] Now, do a little better than that. minutes, 47 seconds[applause] minutes, 50 secondsPraise God. Praise God. Hallelujah. Thank you, Lord. minutes, 56 secondsSometimes we need to just praise our way out. minutes, 6 seconds[music] minutes, 6 secondsThank you, Lord Jesus. Yes. Thank you, Jesus. minutes, 9 secondsBut that's not the song I was going to sing cuz I hadn't wrote it yet. minutes, 18 secondsPraise the Lord. Thank you, Jesus. minutes, 21 seconds[music] minutes, 31 seconds[music] minutes, 36 secondsSometimes I [music] I get so happy I don't know what song I'm playing. minutes, 42 secondsYou ever done that? No. If you don't play. So, minutes, 47 seconds[music] minutes, 47 secondsbut you sing. All right. minutes, 52 secondsMy Jesus, [music] my savior, [singing] Lord, there is none like [music] you. minutes, 2 secondsAll [singing] of my days [music] I want to praise the wonders of your</w:t>
      </w:r>
    </w:p>
    <w:p>
      <w:pPr>
        <w:keepNext/>
      </w:pPr>
      <w:r>
        <w:rPr>
          <w:rFonts w:ascii="Aptos" w:hAnsi="Aptos"/>
          <w:b/>
          <w:color w:val="A77A22"/>
          <w:sz w:val="18"/>
        </w:rPr>
        <w:t>[12:09-15:11]  PASTOR DEAN ODLE</w:t>
      </w:r>
    </w:p>
    <w:p>
      <w:pPr>
        <w:spacing w:after="180"/>
      </w:pPr>
      <w:r>
        <w:t>minutes, 9 secondsmighty [singing] love. minutes, 16 secondsMy [singing] comfort, my shelter, [music] tower [singing] of reuge and strength. minutes, 26 secondsLet [music] every breath all that [singing] I am. minutes, 31 secondsNever cease to worship [singing] you. minutes, 37 seconds[music] minutes, 38 secondsShout to the Lord all the earth. minutes, 41 seconds[singing] Let us sing. [music] minutes, 44 secondsPower and majesty praise to the king. minutes, 48 seconds[singing] minutes, 50 secondsMountains bow [music] out and the seas [singing] will roar at the sound of [singing and music] your name. minutes, 1 secondI sing for [singing] joy at the works of [music] your hands. minutes, 7 secondsForever [singing] I love you. Forever I stand. minutes, 13 secondsNothing compares to the promise [singing] I have in you. minutes, 25 secondsNothing [music and singing] compares to the promise I have. I'm not ending it. minutes, 31 secondsNothing [singing and music] compares to the proise I have. minutes, 37 secondsNothing [singing] compares to the promise [music] I have. minutes, 43 secondsin you. Not [singing] ending. [music] Not ending. minutes, 50 secondsMy [singing] Jesus my savior. Lord, there [singing and music] is none like you. minutesAll of my days. minutes, 3 secondsI want to [singing and music] praise the wonders of your mighty minutes, 9 seconds[singing and music] minutes, 10 secondslove. minutes, 14 seconds[music] minutes, 14 secondsMy comfort, my shelter, tower [singing and music] of minutes, 20 secondsreuge and strength breath know that I [singing and music] am minutes, 29 secondsnever cease to worship you. [singing] minutes, 36 seconds[music] minutes, 36 secondsShout to the Lord [singing] all the earth. Let us sing. minutes, 42 secondsPower and majesty [singing] praise to the King. minutes, 48 secondsMountains fall down and the seas minutes, 52 seconds[singing] will roar. At the [music] minutes, 54 secondssound of your name. minutes, 59 seconds[singing and music] I sing for joy at the work of your hands. minutes, 5 secondsForever [singing] I love you. Forever I stay.</w:t>
      </w:r>
    </w:p>
    <w:p>
      <w:pPr>
        <w:keepNext/>
      </w:pPr>
      <w:r>
        <w:rPr>
          <w:rFonts w:ascii="Aptos" w:hAnsi="Aptos"/>
          <w:b/>
          <w:color w:val="A77A22"/>
          <w:sz w:val="18"/>
        </w:rPr>
        <w:t>[15:11-18:13]  PASTOR DEAN ODLE</w:t>
      </w:r>
    </w:p>
    <w:p>
      <w:pPr>
        <w:spacing w:after="180"/>
      </w:pPr>
      <w:r>
        <w:t>minutes, 11 secondsNothing [music and singing] compares to the promise I have. minutes, 17 secondsNothing [singing and music] compares to the promise I have. minutes, 23 secondsNothing [singing and music] compares to the promise I have in [singing and music] you. minutes, 34 secondsYes, Lord. Thank you, Lord. Nothing compares. minutes, 37 seconds[music] minutes, 37 secondsThank you, Jesus. Thank you, Jesus. minutes, 45 secondsThank you, Lord Jesus, for your [music] promises. We forget them sometimes. minutes, 55 seconds[music] minutes, 56 secondsWe forget [singing] sometimes. minutes[music] minutes, 1 secondThe Lord promised to heal us. minutes, 5 secondsHe promised to save us. [singing] minutes, 11 seconds[music] minutes, 12 seconds[singing] minutes, 15 secondsThank [music] you, Lord. Thank you, Lord, that you love us. minutes, 20 secondsYou love us so much that you came [music] down here, creator, heavens and the earth. for born minutes, 28 secondsof a virgin, lived a sinless life, did all your ministry of healing, minutes, 37 seconds[music] minutes, 39 secondsraising the dead and casting out demons, teaching, revealing the truth, confronting the politics of the day, the minutes, 48 secondsreligious system that was empty, and then you laid down your life, Lord. minutes, 56 secondsas a sacrifice, an atoning sacrifice for our sins. minutes, 1 secondThey didn't take your life, Lord. You laid it down willingly and then you rose from the dead. minutes, 8 secondsYou are the King of Kings. You promised also that you would return in like manner. The day is coming you will return. minutes, 18 secondsLord, we ask for strength, wisdom, discernment, guidance. Lord, we live in an age of deception and evil. minutes, 28 secondsLord, even you told us it would be unprecedented time of evil and deception. minutes, 35 secondsLord, we just want to walk in the truth. Want to be led by the Holy Spirit. minutes, 42 secondsSo lead us and guide us into all truth. minutes, 44 secondsLord, give us understanding of your word. Let us hear your voice. I pray this in Jesus name. minutes, 53 secondsAmen. Amen. Thank you. God bless. Go ahead and give the Lord praise this morning. Yeah. minutes, 59 secondsHallelujah. Thank you, Jesus. minutes, 2 secondsGlory to God. Good to see everybody this morning. Welcome everybody to Fire and Grace Church. Those watching and listening.</w:t>
      </w:r>
    </w:p>
    <w:p>
      <w:pPr>
        <w:keepNext/>
      </w:pPr>
      <w:r>
        <w:rPr>
          <w:rFonts w:ascii="Aptos" w:hAnsi="Aptos"/>
          <w:b/>
          <w:color w:val="A77A22"/>
          <w:sz w:val="18"/>
        </w:rPr>
        <w:t>[18:13-21:24]  PASTOR DEAN ODLE</w:t>
      </w:r>
    </w:p>
    <w:p>
      <w:pPr>
        <w:spacing w:after="180"/>
      </w:pPr>
      <w:r>
        <w:t>minutes, 13 secondsAnd boy, I tell you what, we never know who's watching and listening. You'd be surprised sometimes what we find out who's watching and listening. Um, minutes, 23 secondsI want everybody to take your Bibles this morning. We got to go through a few verses uh today before I get into a a minutes, 30 secondslist of definitions, but we're going to we're going to get into the word. But I've simply entitled this today, and you guys can start it up there, and I'll minutes, 38 secondstake control later on when we get back to the PowerPoint because I have them put up quite a few scriptures, but I just entitled this today, Loving Jesus. minutes, 50 secondsUh, you know, we think we know what that means, don't we? minutes, 57 secondsAnd just remember, everything in your flesh nature, your carnal nature wants to take you away from this. minutes, 8 secondsThe whole world system is designed to try to take you away from this. minutes, 13 secondsUm, even now it's easy with all the things going on in the world minutes, 20 secondsto get our eyes on those things and let this slip away. minutes, 26 secondsYou know, I'm going to quote James 4 verse 7 and 8. Y'all can put that up. minutes, 31 secondsJames 4:7 and 8. I've quoted this many times and something I've said many times as minutes, 38 secondswell. It's never a question of God loving us. The question is always, do we love him? minutes, 46 secondsBut this passage, this these two scriptures have always been two of my favorite. minutes, 52 secondsSubmit yourselves therefore to God. That means 100%. Submit yourselves therefore to God. minutes, 59 secondsResist the devil and he will flee from you. A lot of people like to just quote that part. Resist the devil and he will minutes, 6 secondsflee from you. But if you don't get the first part right, you're not going to be able to do the second part. And then he says this, "Draw nigh to God and he will minutes, 15 secondsdraw nigh to you." Now, what does that look like right there? Does that look like his responsibility first or your responsibility first? minutes, 25 secondsDraw near to God and he will draw near to you. I'm going to tell you this right. He didn't say draw near to all the news that's going on. minutes, 36 secondsYou hear me? He said, "Draw near to God and he will draw near to you." Now, minutes, 47 secondseverybody knows when Jesus laid down the first two commandments, and what are they? Love the Lord your God with all your heart, soul, mind, and strength. minutes, 56 secondsRight? And then love your neighbor as yourself. minutes, 1 secondAnd we're going to talk about that a little bit, but I want you to go with me now to Luke 22. minutes, 8 secondsLuke chapter 22. minutes, 12 secondsAnd we're going to go down to</w:t>
      </w:r>
    </w:p>
    <w:p>
      <w:pPr>
        <w:keepNext/>
      </w:pPr>
      <w:r>
        <w:rPr>
          <w:rFonts w:ascii="Aptos" w:hAnsi="Aptos"/>
          <w:b/>
          <w:color w:val="A77A22"/>
          <w:sz w:val="18"/>
        </w:rPr>
        <w:t>[21:24-24:24]  PASTOR DEAN ODLE</w:t>
      </w:r>
    </w:p>
    <w:p>
      <w:pPr>
        <w:spacing w:after="180"/>
      </w:pPr>
      <w:r>
        <w:t>minutes, 24 secondswe're going to start in verse 22. Now Jesus had just they just had the last minutes, 31 secondssupper. He had just explained to them the bread representing his body that was broken for them and the blood of the new testament of the new covenant. minutes, 43 secondsAnd verse well actually we back up to verse 21 and he says but behold the hand of him that betrayeth me is with me on minutes, 52 secondsthe table and truly the son of man goeth as it was determined. But woe unto that man by whom he is betrayed. And they minutes, 1 secondbegan to acquire among themselves which of them it was uh that should do this thing. minutes, 8 secondsAnd there was also a strife among them uh which would be accounted the greatest. Now I want to jump down to verse 31. minutes, 18 secondsNow the Lord said, Simon, Simon, behold Satan hath desired to have you that he may sift you as wheat. But I have prayed minutes, 27 secondsfor thee, that thy faith fail not, and when thou art converted, strengthen thy brethren. And he said unto him, Lord, I minutes, 35 secondsam ready to go with thee both into prison and to death. minutes, 39 secondsAnd Jesus said to him, I tell thee, Peter, the shall not crow this day, before thou shalt thrice deny that thou knowest me. Then what's interesting is minutes, 48 secondsthey had the discussion about the script and the swords. And let's read that. And it says, "And when he minutes, 55 secondssaid unto them, when I sent you without purse and script, and shoes, lack ye anything, and they said nothing. Then minutes, 3 secondssaid he un them, but now he that hath a purse, let him take it. And likewise his script, and he that hath no sword, let him sell his garment and buy one. For I minutes, 12 secondssay unto you, that this that is written must yet be accomplished in me." And he was reckoned among the transgressors, for the things concerning me have an minutes, 20 secondsend. And they said, 'Lord, behold, here are two swords.' He said to them, "It is enough." Now, I find it interesting. The disciples were carrying swords. minutes, 31 secondsRight? People have problem that I talk about we should carry guns, but uh they were carrying the best weapon of the day at that time. minutes, 40 secondsAnd I want you I'm giving you the context of this because you have to understand Jesus just told them, "Somebody's going to be betraying me." Well, that's not good news. minutes, 51 secondsThen he had actually told them that he was going to be taken, captured, he was going to be killed, all those minutes, 58 secondsthings when you put the gospels together. So all of this is rolling around in their head and then Peter's like, "Lord, I'm I'm ready to go with minutes, 7 secondsyou to the death." And the Lord goes, "No." But if you remember when they came to minutes, 13 secondsget Jesus, Peter pulled the sword out and was ready to fight. He was a fisherman, not a soldier.</w:t>
      </w:r>
    </w:p>
    <w:p>
      <w:pPr>
        <w:keepNext/>
      </w:pPr>
      <w:r>
        <w:rPr>
          <w:rFonts w:ascii="Aptos" w:hAnsi="Aptos"/>
          <w:b/>
          <w:color w:val="A77A22"/>
          <w:sz w:val="18"/>
        </w:rPr>
        <w:t>[24:24-27:28]  PASTOR DEAN ODLE</w:t>
      </w:r>
    </w:p>
    <w:p>
      <w:pPr>
        <w:spacing w:after="180"/>
      </w:pPr>
      <w:r>
        <w:t>minutes, 24 secondsAnd I believe he was swinging at the guy's head and just got caught his ear. minutes, 30 secondsNow, you have to understand with Peter, and I'm bringing this to you because of this reason. minutes, 37 secondsI have no doubt that Peter's intentions were right. minutes, 43 secondsI have no doubt that Peter loved Jesus and I have no doubt that Peter was minutes, 51 secondswilling to die for Jesus right then and there. He had already left everything to follow him. minutes, 58 secondsBut let me tell you why this had to happen the way it had to happen. Because minutes, 6 secondswith us, we can be born again. We can know we are saved and we can anybody ask minutes, 13 secondsus we would say yeah we love Jesus but a lot of times we do love the Lord minutes, 20 secondsbut it's it's there's a lot of other things crowded in there. minutes, 27 secondsYou get what I'm saying? We got kind of a cluttered room we'd say. minutes, 35 secondsAnd the Lord doesn't like that cluttered room. minutes, 41 secondsHe wants it cleaned out and we just love him. And you know, sometimes again, it's easy to go, well, minutes, 50 secondsyou know, we love the Lord for maybe what he's done for us. Well, that's good. Or we love the Lord for what he minutes, 57 secondscan do to help us. And what he's trying to do is sift all that out of there so that we just love him because we love him. minutes, 8 secondsWhether or not things go the way we think they ought to go. minutes, 13 secondsCan you imagine Jesus looking at you and going, "No, you think you're ready for all this, minutes, 23 secondsbut you're going to deny you even know me." I wonder what Peter was thinking about that. But here's what's wild. He was minutes, 32 secondswarned that it was going to happen and couldn't stop it. You know why? minutes, 40 secondsBecause it was in him. minutes, 43 secondsAnd this is what I want to say before we get into this deeper today is what the why the Lord laid this on my heart is minutes, 50 secondsbecause just like that time of crisis that Peter came into. minutes, 55 secondsI just gave all of my life. I've gave over three years of my life to this. I have followed this man all over the country. Our lives are in danger now. minutes, 5 secondsHe's telling me that he's going to be captured. He's going to be killed. minutes, 13 secondsand we're just supposed to let this happen. Now, you got to understand he was in a he was in a full crisis because minutes, 21 secondsthey didn't understand what Jesus was doing allowing this to happen so that he could go to the cross for us. They didn't</w:t>
      </w:r>
    </w:p>
    <w:p>
      <w:pPr>
        <w:keepNext/>
      </w:pPr>
      <w:r>
        <w:rPr>
          <w:rFonts w:ascii="Aptos" w:hAnsi="Aptos"/>
          <w:b/>
          <w:color w:val="A77A22"/>
          <w:sz w:val="18"/>
        </w:rPr>
        <w:t>[27:28-30:34]  PASTOR DEAN ODLE</w:t>
      </w:r>
    </w:p>
    <w:p>
      <w:pPr>
        <w:spacing w:after="180"/>
      </w:pPr>
      <w:r>
        <w:t>minutes, 28 secondsunderstand that. They didn't understand that he would rise from the dead. They didn't understand what we know now, minutes, 35 secondsright? But here's what this reveals or should reveal to us. that no matter how much we think we love Jesus, minutes, 44 secondswhen the room's full of a lot of other things, the moment the crisis hits, minutes, 52 secondswe find out where we really are. We find out we're not all that in the bag of chips, right? minutesBecause really, they were arguing among themselves about who was going to be the greatest. minutes, 6 secondsAll that revealed was they were a bunch of prideful maniacs that didn't have their priorities straight. minutes, 16 secondsAnd some people say that everybody thinks that Peter won the argument of who would be the greatest among them. minutes, 25 secondsAnd you think about that they're doing all this while Jesus is trying to explain to them, "Hey guys, somebody tonight's going to betray me. minutes, 35 secondsI'm going to be captured. I'm going to be killed. minutes, 39 secondsYou're all going to be scattered like sheep. minutes, 42 secondsYou would think that arguing about who would be the greatest would not be the priority of the evening. minutes, 53 secondsBut what this shows you is that those group of men that did love Jesus still had a lot of junk in their lives minutes, 3 secondsthat was crowding out pure love for Jesus. minutes, 11 secondsAnd let me tell you this, I learned this years ago that even ministry doing ministry minutes, 19 secondsdoesn't mean you love Jesus doesn't mean that the room's not crowded with other things minutes, 27 secondsinstead of just loving him with all your heart, soul, mind, and strength. minutes, 33 secondsA lot of times, again, people are doing ministry not for the Lord or for others. They're doing it for themselves. minutes, 40 secondsThat's just a fact. And really, to tell you the truth, I've discovered that it's good for any young minister at some point to have everything stripped from them. minutes, 51 secondsI had it all stripped from me years ago. minutes, 54 secondsAnd to tell you the truth, I wouldn't have learned this lesson because if somebody would have told me, minutes, 2 seconds"Hey, Pastor Dean, you're going to lose everything minutes, 11 secondsand you're going to be out of the ministry for several years and you're going to wrestle with minutes, 18 secondsheaviness and depression and discouragement beyond what you could even imagine. minutes, 26 secondsAnd you know, actually the Lord did tell me this. You know, I started writing a book in 1999 and then I wrote a little more of it in</w:t>
      </w:r>
    </w:p>
    <w:p>
      <w:pPr>
        <w:keepNext/>
      </w:pPr>
      <w:r>
        <w:rPr>
          <w:rFonts w:ascii="Aptos" w:hAnsi="Aptos"/>
          <w:b/>
          <w:color w:val="A77A22"/>
          <w:sz w:val="18"/>
        </w:rPr>
        <w:t>[30:34-33:37]  PASTOR DEAN ODLE</w:t>
      </w:r>
    </w:p>
    <w:p>
      <w:pPr>
        <w:spacing w:after="180"/>
      </w:pPr>
      <w:r>
        <w:t>minutes, 34 seconds2004. Then I wrote a little more in 2000. I've never finished it. Got about 16 chapters in a spiritual warfare deliverance book. minutes, 43 secondsBut what blew my mind, I looked at it again a few months ago, and I happened to read the beginning of it, which I wrote in 1999. minutes, 52 secondsOkay. minutes, 54 secondsAnd I had forgotten that the Lord told me in 1999, "The next 10 years of your life are going to be extremely difficult." minutes, 4 secondsI wrote that down. That's not a word you want. minutes, 9 secondsAnd let me tell you, it was 10 years exactly to the point that God began to restore everything that I had lost. minutes, 20 secondsAnd that 10 years You want to talk about finding out minutes, 28 secondseverything that was in the room with me that didn't need to be in the room? minutes, 33 secondsBecause when Satan gets a hold of you and the Lord lets him and he starts sifting, you know what sifting is, right? minutes, 41 secondsWe're going to find out what's in there. minutes, 45 secondsEvery bad thing, we're going to shake it out. We're going to find out what's in there. We're going to But we're going to There's some good in there, too, right? minutes, 53 secondsI remember my grandma always used to sift the flour before she made biscuits every time. And you would think, "Oh, that flour's fine." Oh, she'd sift it. minutes, 2 secondsShe'd find crap in it, right? Every time she'd sift the bad stuff out. And this is why the Lord allows these periods minutes, 10 secondswhere he says, you know, Satan's desire to have you, Peter, that he might sift you his wheat. minutes, 17 secondsI think, oh boy. Nobody wants to hear Satan's going to have you for a little minutes, 23 secondsbit. Going to allow him to do these things to you minutes, 30 secondsbecause we got to shake all this bad stuff out of the room. It has to happen. minutes, 39 secondsYou think, why do I why do I go from one trial to the next or one difficulty to the next or one struggle to the next? minutes, 48 secondsBecause the Lord's trying to shake all the bad stuff out, all the stuff that's distractions, all the stuff that can be idols. Why? minutes, 58 secondsBecause just like they had their moment of crisis when Jesus went through the whole minutes, 7 secondsbeing arrested and beaten and crucified and we're going to have our own crisis or I should say crisis, right? minutes, 17 secondsBut there's a big one coming. minutes, 20 secondsThere's a big one coming from the for the whole world. And the Bible says that this big tribulation that's coming minutes, 29 secondsreally means a testing. He said it's going to try the whole world.</w:t>
      </w:r>
    </w:p>
    <w:p>
      <w:pPr>
        <w:keepNext/>
      </w:pPr>
      <w:r>
        <w:rPr>
          <w:rFonts w:ascii="Aptos" w:hAnsi="Aptos"/>
          <w:b/>
          <w:color w:val="A77A22"/>
          <w:sz w:val="18"/>
        </w:rPr>
        <w:t>[33:37-36:40]  PASTOR DEAN ODLE</w:t>
      </w:r>
    </w:p>
    <w:p>
      <w:pPr>
        <w:spacing w:after="180"/>
      </w:pPr>
      <w:r>
        <w:t>minutes, 37 secondsEveryone's going to be tested and sifted and pressed beyond minutes, 45 secondswhat you can even imagine now. And you sit here and you might think, "Oh, I love Jesus and I'm ready for that. I will stand firm. I will not falter, minutes, 54 secondsfall, trip, do anything. I'm going to stand for Jesus even if they put my head in guillotine." Really? minutes, 1 secondDo you know that? minutes, 4 secondsLet me tell you the attitude. You better take You better recognize that your human nature, your carnal nature is minutes, 13 secondsagainst you and may fully arise and betray you and get you to do the very minutes, 21 secondsthing that you don't want to do. I believe Peter did not want to deny the Lord, but he couldn't help himself. minutes, 29 secondsHe couldn't stop it. And the Lord was going to allow it. minutes, 37 secondsAnd if Peter humbles himself and admits it, minutes, 45 secondsthen guess what? He can be converted again, meaning brought back. minutes, 51 secondsBut how many of you know that that incident changed Peter forever? minutesHe found out he better watch his cocky mouth. minutes, 8 secondsHe better watch his prideful attitude. minutes, 11 secondsAnd he better make sure that there's not a bunch of other motives and things in the room clouding his relationship with Jesus. minutes, 25 secondsY'all hear me? minutes, 28 secondsThis is the battle of every true born again Christian we're going to have minutes, 36 secondsbecause the devil will make sure that the room gets crowded with stuff and then just life happens. minutes, 46 secondsdifficulties, work, children, relationships, all this stuff happens. minutes, 59 secondsAnd it's all designed to make you not love Jesus with all your heart, soul, mind, and strength. That's it. minutes, 11 secondsGo with me now to John, the Gospel of John, chapter 21. minutes, 20 secondsI talked about this a few weeks ago, this part, this story here. After Jesus rose from the dead and he appeared to them in Galilee. minutes, 36 secondsWe can go back to my title page real quick.</w:t>
      </w:r>
    </w:p>
    <w:p>
      <w:pPr>
        <w:keepNext/>
      </w:pPr>
      <w:r>
        <w:rPr>
          <w:rFonts w:ascii="Aptos" w:hAnsi="Aptos"/>
          <w:b/>
          <w:color w:val="A77A22"/>
          <w:sz w:val="18"/>
        </w:rPr>
        <w:t>[36:40-39:47]  PASTOR DEAN ODLE</w:t>
      </w:r>
    </w:p>
    <w:p>
      <w:pPr>
        <w:spacing w:after="180"/>
      </w:pPr>
      <w:r>
        <w:t>minutes, 40 secondsThey were fishing because they didn't know what else to do. minutes, 44 secondsSee, at this point, they didn't know what to do. They knew Jesus had risen from the dead. He'd appeared to them. minutes, 52 secondsThey knew some things, but they were just like, "We don't know what to do now. So, I don't know if it's Peter Williams." Said, "Let's just go fishing. minutes, 59 secondsIt's what we know to do. So, we'll go fishing." And they went fishing, and Jesus appeared on the beach. minutes, 8 secondsAnd of course, when they come to shore, Peter's the first one to shore. But let's go to verse 15. minutes, 15 secondsThis is John 21:15. minutes, 20 secondsWell, verse 14. It says, "Now this is the third time that Jesus showed himself to his disciples after that he was risen from the dead. And so when they had minutes, 28 secondsdied, Jesus said, saith to Simon Peter, Simon, son of Jonah, lovest thou me more than these?" And he saith unto him, minutes, 36 seconds"Yay, you Lord, thou knowest that I love thee." And he saith unto him, "Feed my lambs." And of course, Jesus asks as asked him this three times. Now, I'm not minutes, 44 secondsgoing to read it again, but last time I focused on feeding the sheep, but this time I want minutes, 51 secondsto focus on the question Jesus asked him, "Do you love me?" Three times. Now, we know why he asked him three times. minutes, 1 secondBecause how many times did Peter deny him? minutes, 4 secondsRight. What's interesting is if you look at the Greek words, minutes, 11 secondshe uses agape. Do you agape me? And the Lord says, "Yes, Lord. You know I do." minutes, 18 secondsOkay. Ask him again, "Do you agape me?" And then he asked him, "Do you fileo?" Which is even a less kind of love. It's minutes, 27 secondsmore of a friendship kind of love. It's not the total God kind of love. And he asked me, "Do you even love me that way?" minutes, 36 secondsAnd by this time since Peter, Peter was like, "Lord, you know, you know." minutes, 44 secondsSo he tells him, "Feed my lambs." Now go with me to First John chapter 2. minutes, 3 seconds1 John 2. minutes, 6 secondsAnd I was asking the Lord back there during worship, Lord, is there a word you have for our church today, not just the message you've given me, but like a minutes, 14 secondsword and the Lord brought this passage to my mind. So the Lord added this a minute ago, but this is verse 15 where minutes, 23 secondshe says this, "Love not the world, neither the things that are in the world. If any man love the world, the love of the father is not in him. For minutes, 32 secondsall that is in the world is the lust of the flesh and the lust of the eyes, and the pride of life. minutes, 38 secondsThese are not of the father, but is of the world. And the world passes away, and the lust thereof, but he that doeth the will of God abideth forever.</w:t>
      </w:r>
    </w:p>
    <w:p>
      <w:pPr>
        <w:keepNext/>
      </w:pPr>
      <w:r>
        <w:rPr>
          <w:rFonts w:ascii="Aptos" w:hAnsi="Aptos"/>
          <w:b/>
          <w:color w:val="A77A22"/>
          <w:sz w:val="18"/>
        </w:rPr>
        <w:t>[39:47-42:51]  PASTOR DEAN ODLE</w:t>
      </w:r>
    </w:p>
    <w:p>
      <w:pPr>
        <w:spacing w:after="180"/>
      </w:pPr>
      <w:r>
        <w:t>minutes, 47 secondsEverybody see that? Now, I'm going to tell you, this ought to be preached in every church in America over and over minutes, 55 secondsand over again. Love not the world. What is he talking about there? minutesThe world system, the money, the finances, the accolades, minutes, 7 secondsthe praise of men, the whole system, the entertainment, the whole n. He's like, don't love that. minutes, 20 secondsNow the word agape is used here when it says love not meaning like that's your total heart. minutes, 29 secondsYou understand that's when the room is crowded and it's so crowded with with the world. Remember when he talked about minutes, 36 secondsthe ser who swed the seed and he said one of them is swed among thorns and it minutes, 43 secondsbegan to grow. But it says the lust of other things, the deceitfulness of riches. minutes, 51 secondsBible tells us as to be good soldiers to not be what? Completely tied up with the things of this life. Right? minutes, 2 secondsThis is something again where everything else everything has to be examined in my life. Are these idols? minutes, 11 secondsAre these interferences with my relationship with Jesus? minutes, 17 secondsDo I love the world and the lust of the eyes and the lust of the f flesh and the pride of this life? minutes, 24 secondsDo I love those things? minutes, 27 secondsYou know, that's why, you know, you know, you want to kill some religious pride, just start preaching minutes, 35 secondsbiblical cosmology, right? minutes, 39 secondsYou're not looking for the accolades of the world system or mankind or even most of Christianity. Just preaching the truth of creation. minutes, 48 secondsYou understand? minutes, 50 secondsThis is why it's interesting that he he puts in here, love not the world, neither the things that are in the world, lust of the flesh, lust of the highest pride of life. Then he says minutes, 58 secondswhat? But he that doeth the will of God abides forever. minutes, 5 secondsThis is again what he told Peter. All right, Peter, do you love me? Yes, I do, Lord. Well, then your job, Peter, is minutes, 15 secondsfeed my sheep and feed my lambs. Do my will. minutes, 19 secondsYou don't get to do your will anymore about anything. Right? minutes, 26 secondsAnd what we see about Peter is we see a life after this because we can look at the book of Acts. minutes, 33 secondsWe can look at church history and we can see that Peter no longer lived for himself ever. minutes, 44 secondsHe did the will of God. He wasn't perfect, but he did the will of God for his life. To the point. Now, this is</w:t>
      </w:r>
    </w:p>
    <w:p>
      <w:pPr>
        <w:keepNext/>
      </w:pPr>
      <w:r>
        <w:rPr>
          <w:rFonts w:ascii="Aptos" w:hAnsi="Aptos"/>
          <w:b/>
          <w:color w:val="A77A22"/>
          <w:sz w:val="18"/>
        </w:rPr>
        <w:t>[42:51-45:58]  PASTOR DEAN ODLE</w:t>
      </w:r>
    </w:p>
    <w:p>
      <w:pPr>
        <w:spacing w:after="180"/>
      </w:pPr>
      <w:r>
        <w:t>minutes, 51 secondswhat I want to get to. Let's go to first I'm sorry, not first but second Peter chapter 1. minutes, 2 secondsAnd this is where we're going to park for a minute. minutes, 8 secondsI bring you through this little story here, this little introduction of Peter because by the time he writes second Peter, second Peter is when he's writing minutes, 17 secondshis last words, when he knows his life is about to be over. minutes, 22 secondshere on this earth. His ministry, he's about to die. He tells you in this, "I know I'm about to to die. minutes, 31 secondsHe was crucified in Rome by the Roman Emperor. minutes, 38 secondsBut this is after many years. This is after decades of ministry, after decades of walking with Jesus, minutes, 45 secondsafter decades of being faithful of loving Jesus and doing his will. Here's minutes, 54 secondswhat Peter instructs all of us. Y'all ready for this? minutes, 59 secondsAfter this, after we read the these beginning verses, get ready for the definitions we're going to go through. I got about 19 minutes, 8 secondsscreenshots of definitions we're going to go through because it's important. I want you to see this. But let's go to verse uh second Peter 1 verse one. Simon minutes, 16 secondsPeter, a servant and an apostle of Jesus Christ to them that have obtained like precious faith with us through the minutes, 24 secondsrighteousness of God and our savior Jesus Christ. Grace and peace be multiplied unto you through the knowledge of God and of Jesus our Lord. minutes, 34 secondsaccording as his divine power hath given unto us all things that pertain unto life and godliness through the knowledge minutes, 41 secondsof him that hath called us to glory and virtue whereby are given unto us exceeding great and precious promises minutes, 48 secondsthat by these you might be partakers of the divine nature. Boy, that right there is good stuff. Might be though. Somebody say might be. minutes, 58 secondsMight be. minutesWell, pay attention to those might and maze, right? minutes, 6 secondsHe said, "Having escaped the corruption of the world is through lust." And he says, "Beside this, giving all diligence, add to your faith." Somebody minutes, 14 secondssay, "Add to my faith." Add to my faith. minutes, 17 secondsVirtue to virtue knowledge and to knowledge temperance. And to temperance, patience. minutes, 25 secondsAnd to patience, godliness. and to godliness brotherly kindness and to brotherly kindness charity. minutes, 33 secondsFor if Jordan, if minutes, 39 secondsthese things be in you, and not just be in you, abound, minutes, 46 secondsif these things be in you and abound, they make you that you shall neither be barren nor unfruitful in the knowledge of our Lord Jesus Christ.</w:t>
      </w:r>
    </w:p>
    <w:p>
      <w:pPr>
        <w:keepNext/>
      </w:pPr>
      <w:r>
        <w:rPr>
          <w:rFonts w:ascii="Aptos" w:hAnsi="Aptos"/>
          <w:b/>
          <w:color w:val="A77A22"/>
          <w:sz w:val="18"/>
        </w:rPr>
        <w:t>[45:58-49:01]  PASTOR DEAN ODLE</w:t>
      </w:r>
    </w:p>
    <w:p>
      <w:pPr>
        <w:spacing w:after="180"/>
      </w:pPr>
      <w:r>
        <w:t>minutes, 58 secondsBut he that lackth these things is blind, this is spiritual blindness, and cannot see a far off, and hath forgotten that minutes, 7 secondshe was purged from his old sins. Now, what does that mean? minutes, 12 secondsHe has drifted away from the place of understanding how glorious it was to have the sins forgiven. minutes, 22 secondsThink about that right there. I remember when I first came got saved, I was so, you know, I just came out of a bunch of sin. So when you come out of it, right, minutes, 32 secondsbecause you've been convicted and because you've realized what it was doing to you and you find out Jesus just forgave you of all that and washed it minutes, 39 secondsaway, took it away from you. Boy, let me tell you something. I was happy about that. Amen. But then you walk with Jesus for 30 years, 40 years. minutes, 52 secondsAnd if you're not careful, you forget about those beginning days. minutes, 2 secondsLet's keep reading. minutes, 4 secondsHe says, "Wherefore the rather, brethren, give diligence to make your calling and minutes, 10 secondselection sure. For if For if you do these things, you shall never fall. minutes, 21 secondsFor so an entrance shall be ministered unto you abundantly into the everlasting kingdom of our Lord and Savior Jesus Christ. And then he says, "Wherefore I minutes, 29 secondswill not be negligent to put you always in remembrance of these things, though you know them and be established in the minutes, 38 secondspresent truth. Yay, I think it meat or right as long as I am in this tabernacle to stir you up by putting you in minutes, 47 secondsremembrance, knowing that shortly I must put off this tabernacle, talking about his body, even as the Lord Jesus Christ has showed me. Moreover, I will endeavor minutes, 56 secondsthat you may be able after my decease to have these things always in remembrance. minutes, 3 secondsSo, you know, a man that knows he's about to die is really careful with his last words. minutes, 14 secondsNow, understand this. minutes, 16 secondsNow, I want you to see, we're going to look at these right here because I want you to understand this. He said, if if he says, "If these things be in you and minutes, 24 secondsabound, you're getting in to the everlasting kingdom. But if you lack these things, you're blind. You cannot see a far off. minutes, 36 secondsYou've left your first love. minutes, 42 secondsBut don't let that happen. Make your calling and election sure. For if you do minutes, 49 secondsthese things, and the word do is a present tense Greek verb. Ongoing continuous action taking place in the pres. if you do these things, you're going to make it.</w:t>
      </w:r>
    </w:p>
    <w:p>
      <w:pPr>
        <w:keepNext/>
      </w:pPr>
      <w:r>
        <w:rPr>
          <w:rFonts w:ascii="Aptos" w:hAnsi="Aptos"/>
          <w:b/>
          <w:color w:val="A77A22"/>
          <w:sz w:val="18"/>
        </w:rPr>
        <w:t>[49:01-52:05]  PASTOR DEAN ODLE</w:t>
      </w:r>
    </w:p>
    <w:p>
      <w:pPr>
        <w:spacing w:after="180"/>
      </w:pPr>
      <w:r>
        <w:t>minutes, 1 secondAnd he says, I know I'm about to die, but I'm going to make sure that you have these things so you will be remembered of this after I die. minutes, 12 secondsSo, let's see this. He says, "Add to faith." You have faith. minutes, 18 secondsYou were born again. You repented of your sin. minutes, 22 secondsYou believe Jesus died for your sins and rose from the dead. You believe he's God in the flesh. You believe the gospel. You believe the word of God. minutes, 31 secondsHe says this. What? Maybe I need to turn it on. minutes, 36 secondsHe says, "Add to your faith what?" Virtue. Maybe we get here. minutes, 47 secondsSo virtue and you know I look these up again minutes, 58 secondsand you know if I would have uh just done this by memory I remembered that this word minutes, 6 secondsum arete or however you say it arete me moral excellence. Somebody say moral excellence. minutes, 18 secondsFirst thing you're supposed to add to your faith, moral excellence. minutes, 26 secondsThat means get the sin out of your life. minutes, 29 secondsThat means get the immorality out of your life, sexual immorality, and everything else. But what's interesting is that this word also means minutes, 38 secondsmanliness in the sense of valor. minutes, 43 secondsAnd I looked this up here because I thought that's interesting because we live in an age where manliness is hated. minutes, 53 secondsBut notice what valor means here. Great courage in the face of danger, especially in battle. minutes, 2 secondsSo you have to understand, we can back up real quick. Let me back up to that one right there. minutes, 10 secondsMoral excellence is more than just getting the sin out of your life. You have to be morally excellent because the battle that we're in is over morality. minutes, 22 secondsThe battle that we're in, the world is headed into wickedness. minutes, 27 secondsEverything's okay in the world system from homosexual. I know they're trying to make pedophilia okay, minutes, 35 secondsbut everything in the world system is fine. minutes, 42 secondsBut we have to have the courage, the strength, the manliness minutes, 50 secondsto step it up and to not care what the whole system thinks. minutes, 57 secondsSee, they can think I'm crazy. They can call me a homophobe, an Islamophobe. They can call me every name in the book.</w:t>
      </w:r>
    </w:p>
    <w:p>
      <w:pPr>
        <w:keepNext/>
      </w:pPr>
      <w:r>
        <w:rPr>
          <w:rFonts w:ascii="Aptos" w:hAnsi="Aptos"/>
          <w:b/>
          <w:color w:val="A77A22"/>
          <w:sz w:val="18"/>
        </w:rPr>
        <w:t>[52:05-55:05]  PASTOR DEAN ODLE</w:t>
      </w:r>
    </w:p>
    <w:p>
      <w:pPr>
        <w:spacing w:after="180"/>
      </w:pPr>
      <w:r>
        <w:t>minutes, 5 secondsStupid, ignorant, insane, crazy. minutes, 12 secondsGuess what? Three words. I don't care. minutes, 21 secondsAnd I will not shut up. minutes, 27 secondsI will preach homosexuality is sin, an abomination. If you practice homosexuality and die in that sin, you minutes, 35 secondswill go to hell for all eternity. If you are in fornication, premarital sex, and you are habitually in that and you never minutes, 42 secondsrepent and stop, you will die in your sins and go to hell. If you are an idoltor and worship Mary, the popes, the minutes, 50 secondssaints, and whatever else, praying to other people, dead people or whatever, if you keep doing that as an minutes, 58 secondsidoltor, the Bible says no idoltor will inherit the kingdom of heaven. If you die in your sins as a habitual idoltor, minutes, 5 secondsyou will not go to heaven. And I could keep going down the list. Witchcraft, hatred, unforgiveness. minutes, 14 secondsYou have to have moral excellence. You cannot compromise with this world system. I will never say abortion is okay. Homosexuality is okay. minutes, 24 secondsTransgenderism is okay. I will never say those things are okay because they're not. God has a moral standard that he has revealed to mankind. minutes, 34 secondsAnd he expects us that when we have true faith in Jesus that the next thing that better get added if we have the Holy minutes, 42 secondsSpirit is the desire and move in the direction of moral excit excellence and minutes, 50 secondsit's going to take great strength minutes, 53 seconds[snorts] minutes, 53 secondsand courage to stand up against the whole world if you have to minutesone billion Catholics I don't care Catholicism Islam is a cult. It's a false religion. It's a system of idolatry. minutes, 10 secondsIslam is of the devil. Amen. It's an antichrist religion. minutes, 17 secondsMuhammad was a pedophile and a murderer. And a false prophet. minutes, 25 secondsOh, Pastor De, you can't say those. Yes, I can. minutes, 32 secondsbecause I'm not afraid and I will never back down. God has a minutes, 39 secondsstandard and he expects his people to pursue that, minutes, 47 secondsto live it, and to speak it and to not be ashamed of it in any way. minutes, 58 secondsWell, y'all about almost as quiet as Lutheran today. Almost.</w:t>
      </w:r>
    </w:p>
    <w:p>
      <w:pPr>
        <w:keepNext/>
      </w:pPr>
      <w:r>
        <w:rPr>
          <w:rFonts w:ascii="Aptos" w:hAnsi="Aptos"/>
          <w:b/>
          <w:color w:val="A77A22"/>
          <w:sz w:val="18"/>
        </w:rPr>
        <w:t>[55:05-58:14]  PASTOR DEAN ODLE</w:t>
      </w:r>
    </w:p>
    <w:p>
      <w:pPr>
        <w:spacing w:after="180"/>
      </w:pPr>
      <w:r>
        <w:t>minutes, 5 secondsI heard an amen out there. Great courage in the face of danger. minutes, 16 secondsLet's go to this word. He says after he says add to your faith virtue, he says add knowledge. minutes, 24 secondsNosis is the Greek word. Knowledge signifies in general intelligence and understanding the general knowledge of minutes, 32 secondsthe Christian religion. We should say the foundational doctrines of Christianity. A deeper, more perfect and enlarged knowledge of this religion of minutes, 40 secondsChristianity such as belong to the more advanced uh especially understanding the things lawful and unlawful for Christians. New minutes, 48 secondscovenant righteousness, understanding what is expected of us, minutes, 55 secondsmoral wisdom such as seen in right living. minutesAll right. And then he says here, let's this is interesting. minutes, 4 secondsThe Strongs definition says knowing the act knowledge science. minutes, 14 secondsCan I pause for a second? minutes, 18 secondsScience is something you can observe that you can measure and that you can repeat the experiment. minutes, 27 secondsIt's not theoretical. You understand? minutes, 33 secondsTheoretical is making crap up. minutes, 42 secondsBut true science is what we can observe, what we can measure and then what we can minutes, 48 secondsrepeat. No Christian is against true science, true science. There is pseudocience, minutes, 57 secondsfalse science that we're against. We didn't come from monkeys. minutes, 6 secondsWe didn't come from a big bang. minutes, 9 secondsWe don't live in an ever expanding universe. All the stuff you've been told, theoretical physics, astro. minutes, 21 secondsOh god, the what was the latest one? Oh yeah, a planet shaped like a lemon that's made of diamonds. Yeah, they did. They know that, right? They know that. minutes, 30 secondsThey can see it from billions of light years away and they can tell you what it is, what it's made out of. And if you believe that minutes, 38 secondsbecause it's the science, right? No, it's not the science. It's crap they make up that artists draw for you. minutes, 47 secondsNone of those things are p pictures of anything. But you believe it because they told you so. They told you it was minutes, 55 secondsscience and you can't question the science, right? But I thought science was what you actually that all of science was about questioning science, minutes, 4 secondsright? But no, remember you couldn't question the science on the vaccine. Now we know it's killing everybody. Well, we knew it back then.</w:t>
      </w:r>
    </w:p>
    <w:p>
      <w:pPr>
        <w:keepNext/>
      </w:pPr>
      <w:r>
        <w:rPr>
          <w:rFonts w:ascii="Aptos" w:hAnsi="Aptos"/>
          <w:b/>
          <w:color w:val="A77A22"/>
          <w:sz w:val="18"/>
        </w:rPr>
        <w:t>[58:14-1:01:20]  PASTOR DEAN ODLE</w:t>
      </w:r>
    </w:p>
    <w:p>
      <w:pPr>
        <w:spacing w:after="180"/>
      </w:pPr>
      <w:r>
        <w:t>minutes, 14 secondsOh, don't question the science. Trust the science. Trust the science. Well, problem is I don't trust you. minutes, 20 secondsFouchy Jesuit globalist Bill Gates. minutes, 29 secondsWhen Bill Gates told you that they wanted 10 years ago, well, no, longer than 10 years ago, what is it? 16 years ago now, 2010, when Bill Gates said, minutes, 36 seconds"We're going to lower the population of the world through new vaccines." Should have got your attention. minutes, 44 secondsRight. And so, a new vaccine comes out and you h they've been talking about lowering the population with these things. minutes, 52 secondsWe're finding out that the vaccine sterilizes people. It's done all kinds of stuff. The whole it was designed to lower the population of the world. Tried minutes, 1 secondto tell y'all, "Oh, y'all are conspiracy theorists. Trust the science." What science? What 10-year study was safety study was done? minutes, 10 seconds70, what was it? 75,000 documents from Fizer. Now, we know that minutes, 17 secondsthey wanted to bury for 75 years. It was 55,000 documents. 75 years they wanted to bury it. wanted a judge to slap a gag order. Come and find out, guess what? minutes, 28 secondsFizer knew everything that it was going to do to everybody. They even had they were you were guinea pigs if you took that. They were testing with different minutes, 37 secondsbatches. You It was an experiment. And also to forward minutes, 44 secondsthe eugenics lower the population agenda. Oh, but y'all trust the science. minutes, 49 secondsNo, no. I trust real science. minutes, 54 secondsnot satanic, luciferian, globalist science that wants to lower the population of the world. You get what I'm saying? hour, 1 secondThere's science that'll help you and there's science that'll hurt you, right? hour, 7 secondsOperation paperclip. We know about all that, right? All right. So, but you're going to add to your faith knowledge. hour, 13 secondsWell, knowledge is gaining understanding, information, and experience with the Lord. hour, 24 secondsYou got to be a student. Study to show yourself approved. hour, 30 secondsThe righteous studyth to answer, it says in Proverbs, right? hour, 36 secondsIf you're a Christian, you study. Oh, I thought that's your job, Pastor Dean. hour, 45 secondsNo, you better know the word of God. It's the only way you're going to know whether you're being deceived or not, hour, 51 secondsright? So, you add to your faith virtue and then knowledge. There's a lot of people that know a lot of stuff, but they don't live holy. hour, 1 minuteSo, they getting this out of whack. hour, 1 minute, 4 secondsLet's go on. It says the knowledge of things, this word knowledge, notice, the knowledge of things that which belong to God. uh the deeper, more perfect, hour, 1 minute, 12 secondsenlarged knowledge of this religion such as belong to the more advanced. I want you to see that again.</w:t>
      </w:r>
    </w:p>
    <w:p>
      <w:pPr>
        <w:keepNext/>
      </w:pPr>
      <w:r>
        <w:rPr>
          <w:rFonts w:ascii="Aptos" w:hAnsi="Aptos"/>
          <w:b/>
          <w:color w:val="A77A22"/>
          <w:sz w:val="18"/>
        </w:rPr>
        <w:t>[1:01:20-1:04:22]  PASTOR DEAN ODLE</w:t>
      </w:r>
    </w:p>
    <w:p>
      <w:pPr>
        <w:spacing w:after="180"/>
      </w:pPr>
      <w:r>
        <w:t>hour, 1 minute, 20 secondsAnd let's keep going here. Here's some of the verses that it's in. He warned the lawyers, you have taken away the key of knowledge. You entered not in hour, 1 minute, 29 secondsyourselves and them that were entering and you hindered. That is most of Christian churches in the world now. hour, 1 minute, 37 secondsHe says, "Give knowledge and of salvation." It's why Jesus came to give knowledge of salvation unto his people and by the remission of their sins. hour, 1 minute, 45 secondsAnd we could go on here. hour, 1 minute, 49 secondsThen he says this, "After you add virtue, after you add knowledge, hour, 1 minute, 59 secondsbecause you become a studious person, the next thing he says is temperance." hour, 2 minutes, 6 secondsNow this one say well I thought that what virtue meant. hour, 2 minutes, 13 secondsWell again virtue is having the right standard right. hour, 2 minutes, 21 secondsTemperance is actually doing it. You understand? hour, 2 minutes, 27 secondsTemperance is when your flesh, your carnal nature wants to do the sin, hour, 2 minutes, 34 secondsbut you control it. And how do you control it? hour, 2 minutes, 38 secondsHow do you work temperance into your life? You better have a prayer life. hour, 2 minutes, 47 secondsYou hear me? hour, 2 minutes, 50 secondsYou better have not just a prayer life, but you better have a fasting life. hour, 2 minutes, 58 secondsYou better have a time you sit down and read the word. hour, 3 minutes, 3 secondsIf you don't strengthen the spiritual side of your life, hour, 3 minutes, 10 secondsthen you will not be able to control the fleshly carnal side of your life. hour, 3 minutes, 17 secondsI've used the illustration over the years. Maybe two dogs, they're going to fight each other. hour, 3 minutes, 26 secondsOne you feed T-bone steaks for three weeks and the other one you do not feed. hour, 3 minutes, 35 secondsYou let them fight. Who's winning? T-bone steak dog. Mhm. All day long. hour, 3 minutes, 43 secondsYou see, your flesh and your spirit are going to be in a constant war. hour, 3 minutes, 54 secondsAnd whichever one you feed the most is going to win when the temptation hour, 4 minutes, 2 secondscomes. And let me just go and tell you the day of temptation comes to all of us. The evil day, the day it feels like hour, 4 minutes, 10 secondsyou just, you know, there's a lot of days you can be going around I no problems and then all of a sudden it's like overwhelming womb hits you.</w:t>
      </w:r>
    </w:p>
    <w:p>
      <w:pPr>
        <w:keepNext/>
      </w:pPr>
      <w:r>
        <w:rPr>
          <w:rFonts w:ascii="Aptos" w:hAnsi="Aptos"/>
          <w:b/>
          <w:color w:val="A77A22"/>
          <w:sz w:val="18"/>
        </w:rPr>
        <w:t>[1:04:22-1:07:23]  PASTOR DEAN ODLE</w:t>
      </w:r>
    </w:p>
    <w:p>
      <w:pPr>
        <w:spacing w:after="180"/>
      </w:pPr>
      <w:r>
        <w:t>hour, 4 minutes, 22 secondsThat's the day of temptation. That's the evil day. What are you supposed to do in that evil day? Having done all to stand. Stand. hour, 4 minutes, 30 secondsYou don't give in. You don't fall. Why can you do this? Because of self control. hour, 4 minutes, 40 secondsEverything in you can be saying, "Oh, I just need to go cuss that person out right there." hour, 4 minutes, 47 secondsand you go, "Jesus name, that wouldn't be right to do." Oh, no. You're not going to go cuss that person out because that wouldn't be the thing to do. hour, 4 minutes, 58 secondsSo, you see, self-control. hour, 5 minutesI want to slap their teeth out of their mouth. No, that's not a good thing to do. hour, 5 minutes, 8 secondsJesus, help me. [laughter] Right. Self-control. hour, 5 minutes, 19 secondsself-control. What it says here, the virtue of one who masters his desires and passions, especially his sensual appetites. hour, 5 minutes, 30 secondsAll right. Lust. hour, 5 minutes, 35 secondsI mean, you have to get your the anger, lust, all of that stuff you have to get under control. hour, 5 minutes, 44 secondsThen he says this this word here. He says, "After you've added these things, you add hour, 5 minutes, 53 secondspatience." Oh, patience. hour, 6 minutesOh, I hit the wrong one. Patience is the is the thing. Hey, patience, they say, never ask for patience. No, you should. hour, 6 minutes, 11 secondsBut let's let's figure out what it is for a second. Now, these are the outline of the biblical usage, the blue letter Bible. hour, 6 minutes, 19 secondsUm, I love this A here. Of course, it means steadfastness, constancy, endurance. In the New Testament, the hour, 6 minutes, 28 secondscharact characteristic of a man who is not swerved from his deliberate purpose and his loyalty to faith and piety by even the greatest trials and suffering. hour, 6 minutes, 40 secondsPatience is persevering through trials and suffering. hour, 6 minutes, 47 secondsHere, let me add a little something to you. Without complaining, uh, [groaning] hour, 6 minutes, 54 secondsa lot of us need to add this one big time, right? hour, 7 minutescuz we wouldn't think a kid like say, you know, we tell a kid, hey, we're going to go to the, you know, hour, 7 minutes, 7 secondswe're going to go to the putt putt place or whatever, right? Oh, they're so excited, but we got to do this, this, hour, 7 minutes, 14 secondsand this first. And they're about to bust the gut, right? They're like, just be patient, right? We're going.</w:t>
      </w:r>
    </w:p>
    <w:p>
      <w:pPr>
        <w:keepNext/>
      </w:pPr>
      <w:r>
        <w:rPr>
          <w:rFonts w:ascii="Aptos" w:hAnsi="Aptos"/>
          <w:b/>
          <w:color w:val="A77A22"/>
          <w:sz w:val="18"/>
        </w:rPr>
        <w:t>[1:07:23-1:10:28]  PASTOR DEAN ODLE</w:t>
      </w:r>
    </w:p>
    <w:p>
      <w:pPr>
        <w:spacing w:after="180"/>
      </w:pPr>
      <w:r>
        <w:t>hour, 7 minutes, 23 secondsNow, if that child or teenager complains, fusses, gripes about every stop you got to make along the way. hour, 7 minutes, 36 secondsWhat do you kind of want to do? Mhm. All right. hour, 7 minutes, 44 secondsPatience endures because it's after patience is the reward. And notice it says here the hour, 7 minutes, 53 secondsstrong says cheerful or hopeful endurance. Somebody say cheerful. endurance. hour, 8 minutes, 1 secondAfter Paul and Silas were beaten and thrown in a jail dungeon, not a nice one like we have, hour, 8 minutes, 9 secondsbut a real dungeon, bleeding, beaten to a pulp. hour, 8 minutes, 18 secondsThey start singing. They start worshiping God, thanking God. Acts 16, right? hour, 8 minutes, 26 secondspleased God so much. The Lord's like, "Hey, let's do something fun. How about an earthquake?" And everybody's chains hour, 8 minutes, 33 secondsfall off. Hey, and it says at midnight they were singing. hour, 8 minutes, 44 secondsOh, some of you, if you got beaten half to death and thrown in a jail cell, you'd be like, "I'm going to sue these hour, 8 minutes, 52 secondspeople. [laughter] Just let me get a hold of them. hour, 8 minutes, 58 secondsOne of No, patience endures. hour, 9 minutes, 9 secondsI I I had to highlight this again. I'm gonna read it again. patience in the New Testament. The characteristic of a man hour, 9 minutes, 18 secondswe say or a woman who is unswerved from their deliberate purpose and loyalty to faith and piety or true hour, 9 minutes, 26 secondsholiness even by even the greatest trials and suffering will not be swayed. hour, 9 minutes, 34 secondsThis is going to be so important in the days ahead of us. hour, 9 minutes, 44 secondsY'all know they're burning down the oil refineries, the fertilizer plants hour, 9 minutes, 51 secondsjust like a a few years ago. All the food uh processing factories, we we are under Yeah. the chickens and everything. hour, 9 minutes, 59 secondsWe are under attack, y'all. First thing that starts before missiles start flying into our country hour, 10 minutes, 8 secondsis sabotage. And we are under globalist I believe globalist special hour, 10 minutes, 13 secondsforces sabotage operations right now their whole their whole program is to hour, 10 minutes, 21 secondsattack two things the food supply and the energy supply infrastructure and that is what we're going through</w:t>
      </w:r>
    </w:p>
    <w:p>
      <w:pPr>
        <w:keepNext/>
      </w:pPr>
      <w:r>
        <w:rPr>
          <w:rFonts w:ascii="Aptos" w:hAnsi="Aptos"/>
          <w:b/>
          <w:color w:val="A77A22"/>
          <w:sz w:val="18"/>
        </w:rPr>
        <w:t>[1:10:28-1:13:31]  PASTOR DEAN ODLE</w:t>
      </w:r>
    </w:p>
    <w:p>
      <w:pPr>
        <w:spacing w:after="180"/>
      </w:pPr>
      <w:r>
        <w:t>hour, 10 minutes, 28 secondsright now and uh I will just say this any final preparations you need to make hour, 10 minutes, 37 secondsyou better make them But then he says after hour, 10 minutes, 45 secondspatience, godliness. hour, 10 minutes, 50 secondsNow it's usubia means holiness, godliness. We could say hour, 10 minutes, 59 secondsit it it it's it's more than just virtue or self-control. This is this word means hour, 11 minutes, 6 secondsjust by its very makeup that now you begin to become more hour, 11 minutes, 14 secondslike Jesus godliness. What would God do? What would hour, 11 minutes, 20 secondsJesus do in this situation? What would Jesus do if he met a leper? Heal him. hour, 11 minutes, 28 secondsWhat would Jesus do if he met a demon-possessed person? Cast it out. hour, 11 minutes, 33 secondsRemember Jesus said, "The works I do." John 14:12. Y'all can put this up. John 14:12. Jesus said, "He that believes on hour, 11 minutes, 40 secondsme, the works that I do shall he do also and even greater works because I go to my father." Right? hour, 11 minutes, 52 secondsBe like Jesus. hour, 11 minutes, 54 secondsWhat would Jesus do if he sat down around a bunch of unsaved people? What do you think he would do? He would explain to them hour, 12 minutes, 2 secondsthe way of salvation. I am the way, the truth, and the life. No man comes to the father but through me. hour, 12 minutes, 9 secondsI am the water of life. I am the bread of life. hour, 12 minutes, 14 secondsWhat would Jesus do if he came upon a beggar and they had money in the Judas hour, 12 minutes, 21 secondshad the the bag? Obviously, they did this because remember when he sent Judas out when he was going to betray him, hour, 12 minutes, 28 secondsthey thought he was sending Judas on a mission to give some money to the poor because guess what? A lot of people gave to Jesus' ministry. hour, 12 minutes, 36 secondsSo much so, he had to have a treasurer. hour, 12 minutes, 39 secondsAlways got to watch those treasurers though. hour, 12 minutes, 44 secondsYou have to have a treasurer and a treasure watcher. hour, 12 minutes, 54 secondsBut you get what I'm saying? Y'all understand what I'm saying? Be godliness means to be like God. Do what God would do in the situation. hour, 13 minutes, 4 secondsWhat would God do? Now, sometimes it's a rebuke. It's correction. hour, 13 minutes, 12 secondsIt's not always got to be pretty and nice. Sometimes it has to be firm and strong cuz Jesus did that too. He threw tables over. hour, 13 minutes, 22 secondsHe called them hypocrites, snakes, vipers. He called them a brood of vipers.</w:t>
      </w:r>
    </w:p>
    <w:p>
      <w:pPr>
        <w:keepNext/>
      </w:pPr>
      <w:r>
        <w:rPr>
          <w:rFonts w:ascii="Aptos" w:hAnsi="Aptos"/>
          <w:b/>
          <w:color w:val="A77A22"/>
          <w:sz w:val="18"/>
        </w:rPr>
        <w:t>[1:13:31-1:16:35]  PASTOR DEAN ODLE</w:t>
      </w:r>
    </w:p>
    <w:p>
      <w:pPr>
        <w:spacing w:after="180"/>
      </w:pPr>
      <w:r>
        <w:t>hour, 13 minutes, 31 secondsHe called them fools. Blind fools. Oh, Jesus wouldn't call anybody names. hour, 13 minutes, 38 secondsOh, yes, he would. hour, 13 minutes, 40 secondsBut you want him to call you a name that he likes? like sons of thunder. hour, 13 minutes, 47 secondsNot hypocrite and blind fool. hour, 13 minutes, 53 secondsYeah. Whitewashed tomb full of dead men's bones. You don't want those things. hour, 13 minutes, 59 secondsBut this is what would Jesus do. Now let's go back. hour, 14 minutes, 3 secondsSo he says godliness. And then he adds this. hour, 14 minutes, 8 secondsOh, I like this too. I'm sorry. This yubia also means this is the Greek lex. The doctrine that promotes godliness. Woohoo. hour, 14 minutes, 16 secondsThat'll preach for a minute. But the grace of God, Titus chapter 2, the grace of God teaches us what? hour, 14 minutes, 23 secondsThat we should live soberly, righteously, and godly in this present age. hour, 14 minutes, 30 secondsThat whole the whole false doctrine, once you're saved, you're always saved no matter how you live. That is not a doctrine that promotes godliness. hour, 14 minutes, 42 secondsI'll leave that one there. Let's keep going. Then he says you're to add brotherly kindness. Now this is the Greek word Philadelphia. hour, 14 minutes, 55 secondsAll right. That's the city of brotherly love. We got a lot. We know folks. We got people that have been watching for years and years and years living in hour, 15 minutes, 3 secondsPhiladelphia. been to Philadelphia. I don't know how much love is in Philadelphia for your brothers and hour, 15 minutes, 12 secondsthere's a lot of bad stuff going on there. A lot of But there's good people there. But here's the thing. This what this is about is loving the people hour, 15 minutes, 20 secondsaround you, your brothers and sisters in Christ, and loving them hour, 15 minutes, 27 secondswith a pure heart fervently. loving them with the unconditional love that God's put in you. hour, 15 minutes, 36 secondsAnd that means if you love somebody, you pray for them. You care about them. You understand? hour, 15 minutes, 44 secondsAnd God wants that. He said they'll know you're my disciples. Jesus said, if by your love for one another, right? hour, 15 minutes, 53 secondsYou don't love each other if you got grudges. If you don't deal with issues, if you don't confront misunderstandings, hour, 16 minutes, 2 secondsI mean, a church family that's going to have brotherly love in it is going to be messy sometimes. hour, 16 minutes, 11 secondsBut that's what a family is. A family is messy. The best families are messy, but that's how good hour, 16 minutes, 19 secondsrelationships are built. I don't want a fake relationship with you. You act fake to me, I act fake to you. And what do we have? hour, 16 minutes, 30 secondsWe don't have brotherly love.</w:t>
      </w:r>
    </w:p>
    <w:p>
      <w:pPr>
        <w:keepNext/>
      </w:pPr>
      <w:r>
        <w:rPr>
          <w:rFonts w:ascii="Aptos" w:hAnsi="Aptos"/>
          <w:b/>
          <w:color w:val="A77A22"/>
          <w:sz w:val="18"/>
        </w:rPr>
        <w:t>[1:16:35-1:19:37]  PASTOR DEAN ODLE</w:t>
      </w:r>
    </w:p>
    <w:p>
      <w:pPr>
        <w:spacing w:after="180"/>
      </w:pPr>
      <w:r>
        <w:t>hour, 16 minutes, 35 secondsThat's why sometimes it has to be broken down by just becoming frank and honest and blunt about some things. Get it on hour, 16 minutes, 42 secondsthe table and work it out because that's what families have to do, right? hour, 16 minutes, 50 secondsBut this is a choice right here. If you know your brother has a heart against you, what are you supposed to do? You're supposed to go talk to them. hour, 16 minutes, 59 secondsIf you have an issue with somebody, you thought they did something or said something that hurt your feelings or might have been misunderstood, instead hour, 17 minutes, 6 secondsof letting it fester and grow into something it shouldn't be, go talk to them. Ask them about it. Usually, it's a hour, 17 minutes, 14 secondsstupid misunderstanding that's growing into a a thing that's dividing you. hour, 17 minutes, 22 secondsThis takes work. This takes understanding again. What do the scriptures say to do about this? How do I love my brother and sister? Forgive each other quickly. hour, 17 minutes, 34 secondsDeal with your issues with each other quickly. hour, 17 minutes, 38 secondsWell, I'm afraid. I don't want to go talk to them. What? hour, 17 minutes, 45 secondsStop being afraid. hour, 17 minutes, 49 secondsany any relationship you have with anybody has to be built on honesty hour, 17 minutes, 58 secondssometimes and sometimes the truth hurts a little bit. Hey, hey, you know what? You hurt my feelings when you did this. Guess what? You need to straighten up. hour, 18 minutes, 5 secondsYou need to change that. hour, 18 minutes, 7 secondsOh man, you're judging me. No. Loving you. Trying to help you. trying to make sure that we love each other and we hour, 18 minutes, 16 secondsdon't have an offense, strife, division between us. This what did he say? If hour, 18 minutes, 23 secondsthese things be in you and abound, see this doesn't just happen one time. hour, 18 minutes, 30 secondsThis is not a one. Oh yeah, I fixed that problem. I'm I'm done. I've got this one checked off the list. hour, 18 minutes, 38 secondsNo, guess what? hour, 18 minutes, 41 secondsSomebody's gonna I, you know, I probably got some people that are offended with me right now and I could tell you I could actually name the names. hour, 18 minutes, 51 secondsThey should come talk to me. I'm just waiting. We'll see. hour, 18 minutes, 58 secondsAll right. hour, 19 minutes, 1 secondThen he ends this. He says, "And to brotherly kindness," what do you say? hour, 19 minutes, 7 secondsCharity or agape. hour, 19 minutes, 11 secondsNow, brotherly kindness is different than this agape here. Philadelphia, hour, 19 minutes, 17 secondsfileo, Greek word, brotherly love is really more of a human affection, human loves. I think hour, 19 minutes, 25 secondsit's something we choose to do. This one is different. hour, 19 minutes, 30 secondsThis one right here is what the Holy Spirit gave us. This one right here does what's best.</w:t>
      </w:r>
    </w:p>
    <w:p>
      <w:pPr>
        <w:keepNext/>
      </w:pPr>
      <w:r>
        <w:rPr>
          <w:rFonts w:ascii="Aptos" w:hAnsi="Aptos"/>
          <w:b/>
          <w:color w:val="A77A22"/>
          <w:sz w:val="18"/>
        </w:rPr>
        <w:t>[1:19:37-1:22:43]  PASTOR DEAN ODLE</w:t>
      </w:r>
    </w:p>
    <w:p>
      <w:pPr>
        <w:spacing w:after="180"/>
      </w:pPr>
      <w:r>
        <w:t>hour, 19 minutes, 37 secondsAnd I love this. the definition in my keyword Hebrew Greek study Bible lexicon combination of all lexicons in the back. hour, 19 minutes, 48 secondsI love what it says about the word agape. It says that this is the kind of love that does what's best for the other hour, 19 minutes, 55 secondsperson even if they think it's not best for them. hour, 20 minutes, 2 secondsOh, this is showing what love by doing what's best even if you know they're going to hate you for it. hour, 20 minutes, 16 secondsSee, this is not usually defined in this word. You just hear this is the God kind of love, right? Unconditional love. hour, 20 minutes, 27 secondsNowhere does it say that. hour, 20 minutes, 31 secondsBut this is and it uses the word benevolence here. hour, 20 minutes, 35 secondsIt literally means you act on this. You act on the God kind of hour, 20 minutes, 43 secondslove. And what is God? God loves us. But God's going to do what's best for us even if we don't like it. hour, 20 minutes, 50 secondsRight? hour, 20 minutes, 53 secondsSometimes me as, you know, well, as parents, because we love our children, we have to do things and make them do hour, 21 minutesthings that they don't like, but because we know it's best for them, right? But they don't like it. They get mad at us. hour, 21 minutes, 10 secondsStomp off, pout. hour, 21 minutes, 18 secondsYou know, I've had two year olds. My my little Bethany, she's she now hour, 21 minutes, 25 seconds29. Turns 29 in June. I remember little I called her the little cruiser cuz she was just once she hit the feet hit the ground, she was going somewhere. hour, 21 minutes, 37 secondsI'm like, where's she going? She just leaving us in the dust. Like we like I'd be looking at like where do you think you're going? She'd be headed to the hour, 21 minutes, 44 secondsroad. She'd be headed to just, you know, and I would go and pick her up, you hour, 21 minutes, 52 secondsknow, she she'd be headed toward the highway. No, you're not going there. hour, 21 minutes, 57 seconds[screaming] hour, 21 minutes, 59 secondsNot be happy about that. hour, 22 minutes, 2 secondsBut I had to do what's best for her, even if she didn't understand why I was doing it. hour, 22 minutes, 11 secondsMany times you cannot comprehend what God is doing, why he's doing it. This is hour, 22 minutes, 19 secondswhere you trust him. But this is where we're supposed to be with people. You do what's best for your brother, sister in hour, 22 minutes, 26 secondsChrist, even sometimes if you know it's going to upset them. I've had to have very difficult conversations with hour, 22 minutes, 35 secondsbrothers and sisters where I thought, you know, I'm going to have this conversation and and they may get mad and our our relationship may end. They</w:t>
      </w:r>
    </w:p>
    <w:p>
      <w:pPr>
        <w:keepNext/>
      </w:pPr>
      <w:r>
        <w:rPr>
          <w:rFonts w:ascii="Aptos" w:hAnsi="Aptos"/>
          <w:b/>
          <w:color w:val="A77A22"/>
          <w:sz w:val="18"/>
        </w:rPr>
        <w:t>[1:22:43-1:25:44]  PASTOR DEAN ODLE</w:t>
      </w:r>
    </w:p>
    <w:p>
      <w:pPr>
        <w:spacing w:after="180"/>
      </w:pPr>
      <w:r>
        <w:t>hour, 22 minutes, 43 secondsmay walk away, but I have to do it because if I ignore this problem, it's going to hurt them. It's going to hurt hour, 22 minutes, 52 secondsthe church. It's going to hurt more people in the long run. I have to act to fix this if I love them. hour, 23 minutes, 2 secondsI've had to root some people out of this church so that they didn't destroy the rest of you. hour, 23 minutes, 11 secondsAnd I lost some because I've done that. hour, 23 minutes, 14 secondsIt's part of But see, one day I'm going to stand to hour, 23 minutes, 20 secondsgive an account. Did I love you enough to do the right thing even if I knew you would turn against me, hate me, leave, whatever. hour, 23 minutes, 34 secondsSee, this is the love. This is the kind of love that does the right thing knowing it could lose. hour, 23 minutes, 42 secondsThat's why this is a different kind of love. You understand? hour, 23 minutes, 49 secondsThis is the love that you tell your child the truth. They may never speak to you again. hour, 23 minutes, 57 secondsIt's what you do. You understand? hour, 24 minutes, 7 secondsThere's parents, there's Christian parents that have children that got into the homosexual lifestyle. And instead of hour, 24 minutes, 14 secondstelling them the homosexual lifestyle is sin, it's an abomination. you have to come out of it instead of loving them enough to tell hour, 24 minutes, 23 secondsthe truth and possibly lose the relationship forever. hour, 24 minutes, 28 secondsThere are parents who have allowed their moral standard and the biblical standard to be pushed hour, 24 minutes, 35 secondsaside because they think that this love means unconditional. You do you just accept everybody the way they are blah blah. hour, 24 minutes, 44 secondsNo, we don't. hour, 24 minutes, 47 secondsGod accepts us the way we are. No, he doesn't. See, you've been told a bunch of lies. hour, 24 minutes, 54 secondsGod does not accept you the way you are. hour, 24 minutes, 57 secondsHe expects you to confess your sins and repent. He expects you to believe the gospel and to repent. He's given you the hour, 25 minutes, 6 secondsgrace and ability to repent. He expects you to change when you come to him. hour, 25 minutes, 14 secondsThe child that left their father's house and went to the pig pin had to figure it out themselves. Come to their senses and hour, 25 minutes, 22 secondsget out of the pig pin themselves and walk back home themselves before the father said, "Hey, you're hour, 25 minutes, 31 secondsback." The father was not out in the pig pin going, "I accept you the way you are hour, 25 minutes, 39 secondsright here." Just come and love me with the slop.</w:t>
      </w:r>
    </w:p>
    <w:p>
      <w:pPr>
        <w:keepNext/>
      </w:pPr>
      <w:r>
        <w:rPr>
          <w:rFonts w:ascii="Aptos" w:hAnsi="Aptos"/>
          <w:b/>
          <w:color w:val="A77A22"/>
          <w:sz w:val="18"/>
        </w:rPr>
        <w:t>[1:25:44-1:28:45]  PASTOR DEAN ODLE</w:t>
      </w:r>
    </w:p>
    <w:p>
      <w:pPr>
        <w:spacing w:after="180"/>
      </w:pPr>
      <w:r>
        <w:t>hour, 25 minutes, 44 secondsGive me some slop on me. Give me some mud on me. We'll just hang out here, son. hour, 25 minutes, 52 secondsI'll hang out here with you in the bar in the gay bar. No. hour, 25 minutes, 58 secondsI'll have some beers with you, son. No. hour, 26 minutes, 2 secondsCome on, son. We'll drink some whiskey and smoke some cigars with No. hour, 26 minutes, 8 secondsNo, son. You need to give your life to Jesus. hour, 26 minutes, 11 secondsWhen you come out of that, that's the only way you're going to have eternal life. It's the only way you're going to find the blessing of God. hour, 26 minutes, 20 secondsYou see, you have to do what's right, even if you're going to lose. hour, 26 minutes, 25 secondsI've lost in my life, y'all. I've lost friends. hour, 26 minutes, 30 secondsI've lost a daughter, grandson I've never seen. hour, 26 minutes, 37 secondsBut I'm not ashamed of what I did. I had to do what was right. I had to tell her the truth because I loved her. hour, 26 minutes, 50 secondsSee, God's love for us cost him something. hour, 27 minutes, 3 secondsAnd and you know what? He died for all, but all will not come to him. So meaning hour, 27 minutes, 10 secondshe's going to lose some by giving us free will, by allowing us to choose our own path. hour, 27 minutes, 22 secondsHe's going to lose some. But see, that's love. hour, 27 minutes, 28 secondsThat's love. That's the agape kind of love. And this is this is the place that's hard. hour, 27 minutes, 38 secondsThis is usually the place that only the mature Christians can handle hour, 27 minutes, 47 secondsbecause it is just too hard. It's too painful sometimes. hour, 27 minutes, 58 secondsI think about testimonies I've seen people in Hollywood. You know, I could have been there. I could have been exactly would have been one of them. hour, 28 minutes, 10 secondsThank God he got a hold of me before that. But I think about these people in Hollywood that talk about how oh, you know, I grew up in a Christian home. hour, 28 minutes, 20 secondsMy parents loved me. They loved God, but it was just too strict. hour, 28 minutes, 27 secondsIt's too strict. And you know, they were about holiness. hour, 28 minutes, 36 secondsThey didn't just love me the way I was. hour, 28 minutes, 39 secondsNo, they loved you. How? This is what the kids never get. They just don't get.</w:t>
      </w:r>
    </w:p>
    <w:p>
      <w:pPr>
        <w:keepNext/>
      </w:pPr>
      <w:r>
        <w:rPr>
          <w:rFonts w:ascii="Aptos" w:hAnsi="Aptos"/>
          <w:b/>
          <w:color w:val="A77A22"/>
          <w:sz w:val="18"/>
        </w:rPr>
        <w:t>[1:28:45-1:31:48]  PASTOR DEAN ODLE</w:t>
      </w:r>
    </w:p>
    <w:p>
      <w:pPr>
        <w:spacing w:after="180"/>
      </w:pPr>
      <w:r>
        <w:t>hour, 28 minutes, 45 secondsYou love them the moment you know that they're in the womb. hour, 28 minutes, 53 secondsAnd the moment they come out and you hold them, I every time I had one, it just I sat there and cried. hour, 29 minutes, 3 secondsI mean, if you're a normal human being, I know we have some without natural affection, but hour, 29 minutes, 10 secondsand I love all of my daughters the same. I really do. But I don't have the same relationship with all of them. hour, 29 minutes, 23 secondsAnd again, what was the question? hour, 29 minutes, 26 secondsThe question is not if I love them. I love them. Even now, even with the situations, I would do anything to help him. hour, 29 minutes, 38 secondsWould I let them come and live in my home and live in sin and bring that into my home? No. Would not. hour, 29 minutes, 46 secondsI draw a line. This is right. This is wrong. hour, 29 minutes, 52 secondsYou got to come out of the pig pin. You got to repent. hour, 29 minutes, 58 secondsSo see even with me the question is not do I love my daughters is this the question is do they really love me and if they really love me then they will hour, 30 minutes, 5 secondsrespect me they will honor me they would show a desire to be with me hour, 30 minutes, 13 secondsto talk to me to learn from me you understand hour, 30 minutes, 22 secondsthe question with God is he loves But he's still going to do what's right. hour, 30 minutes, 34 secondsI used this illustration years ago, but let's just say who who should I use as my example? hour, 30 minutes, 45 secondsLet's just say, Isaac, that you were the worst serial killer Oregon hour, 30 minutes, 52 secondsand Northwest ever had. And they had you on video. Okay. hour, 31 minutes, 3 secondsBut your dad, who loved you with all of his heart, was the only judge there. hour, 31 minutes, 11 secondsAnd you had to come stand before him as a habitual unrepentant serial killer. hour, 31 minutes, 22 secondsAnd he had to judge you according to what was written. hour, 31 minutes, 31 secondsHe had no choice. Does that mean he sentences you say to the electric chair or whatever they do hour, 31 minutes, 38 secondsover there? They probably don't kill anybody. They probably give them flowers and TV set and everything else. Um</w:t>
      </w:r>
    </w:p>
    <w:p>
      <w:pPr>
        <w:keepNext/>
      </w:pPr>
      <w:r>
        <w:rPr>
          <w:rFonts w:ascii="Aptos" w:hAnsi="Aptos"/>
          <w:b/>
          <w:color w:val="A77A22"/>
          <w:sz w:val="18"/>
        </w:rPr>
        <w:t>[1:31:48-1:34:56]  PASTOR DEAN ODLE</w:t>
      </w:r>
    </w:p>
    <w:p>
      <w:pPr>
        <w:spacing w:after="180"/>
      </w:pPr>
      <w:r>
        <w:t>hour, 31 minutes, 48 secondsbut in the real in the normal world, you get sentenced to to life. He has to sentence you. hour, 31 minutes, 57 secondsAgain, it doesn't mean that he didn't love you. And I tell people this all the time. hour, 32 minutes, 5 secondsGod will love you all the way to hell. hour, 32 minutes, 12 secondsAs you paddle your canoe there away from him, he will love you the whole way. He will try to talk you out of it the whole hour, 32 minutes, 19 secondsway. He will send people to get in your way, to try to stop you from going. hour, 32 minutes, 25 secondsBut ultimately you will decide your destination. hour, 32 minutes, 33 secondsThat's why he says God is not willing or he does not desire any to perish but that all should come to repentance. hour, 32 minutes, 42 secondsSee that's the God kind of love. hour, 32 minutes, 45 secondsHe cannot will not force you to do what's right to choose him to love him. hour, 32 minutes, 54 secondsBut the question is, just like what came to the prodigal son in the pigman, what came to him was, you know what? I'm I'm hour, 33 minutes, 1 secondI'm in a pig pin eating rotten food to survive. hour, 33 minutes, 11 secondsIn my father's house, there was food to spare. hour, 33 minutes, 15 secondsNo one cares for me here. He cared for me. He loved me. He treated me like royalty. hour, 33 minutes, 25 secondsFinally, the wakeup came. hour, 33 minutes, 28 secondsI'll go to my father and I'll say, "I have sinned against you, against heaven. hour, 33 minutes, 36 secondsLet me just be a servant in the house. I don't have to be the prince anymore. hour, 33 minutes, 48 secondsThis is all God wants." You understand? hour, 33 minutes, 54 secondsLove him. I hope all of us in here and those most of us sinned enough to find out what it did. hour, 34 minutes, 4 secondsHe was eating the slot, man. Living in the stench. hour, 34 minutes, 13 secondsWaking up smelling like vomit and whiskey. It's not nice. hour, 34 minutes, 28 secondsSo it's the question, do you love Jesus? hour, 34 minutes, 37 secondsDo you love Jesus enough for it to cost you something? hour, 34 minutes, 43 secondsWhat has it cost you to love Jesus?</w:t>
      </w:r>
    </w:p>
    <w:p>
      <w:pPr>
        <w:keepNext/>
      </w:pPr>
      <w:r>
        <w:rPr>
          <w:rFonts w:ascii="Aptos" w:hAnsi="Aptos"/>
          <w:b/>
          <w:color w:val="A77A22"/>
          <w:sz w:val="18"/>
        </w:rPr>
        <w:t>[1:34:56-1:37:56]  PASTOR DEAN ODLE</w:t>
      </w:r>
    </w:p>
    <w:p>
      <w:pPr>
        <w:spacing w:after="180"/>
      </w:pPr>
      <w:r>
        <w:t>hour, 34 minutes, 56 secondsSee, I love Jesus. He's first. hour, 35 minutesI remember when the Lord told me my daughters couldn't be couldn't be idols in my life. hour, 35 minutes, 6 secondsOh, for some parents, children have become their idols. hour, 35 minutes, 11 secondsThey bend and break the rules and love their children over God. hour, 35 minutes, 20 secondslet their children get away with murder sometimes, literally. hour, 35 minutes, 26 secondsWonder why we got a lot of spoiled brats out here in the world. Why? hour, 35 minutes, 35 secondsGod kind of love. hour, 35 minutes, 40 secondsGod kind of love put a put the rod on the on the child's butt, right? hour, 35 minutes, 46 secondsWhere was the world say? Oh, don't spank your kids. hour, 35 minutes, 52 secondsYou'll ruin their little emotional psyche. hour, 35 minutes, 57 secondsIt's already ruined cuz they were born in sin. hour, 36 minutes, 5 secondsFoolishness is bound up in the heart of child, but the rod of correction drives it far from him. Let me tell you, there's no child that likes the rod of hour, 36 minutes, 12 secondscorrection. But guess what? There's a lot of parents that don't want to give the child a spanking. hour, 36 minutes, 19 secondsAnd yet the Bible says if you don't discipline and spank your child, you don't love them. Why? Because you care about what is going to happen. They need hour, 36 minutes, 28 secondsto know there's consequences to behavior. hour, 36 minutes, 37 secondsI remember I had four rules in my house for my kids growing up. Number one, hour, 36 minutes, 46 secondsdisobedience. After you've been warned, you get a spanking with the belt, the spoon, the paddle, whatever was within reach. hour, 36 minutes, 57 secondsBut we went and sat down and talked about it. It wasn't out of anger. I'd always say, "What did you just What'd you do? I disobeyed. hour, 37 minutes, 5 secondsAll right, I'll meet you in your room. hour, 37 minutes, 9 secondsNumber two, if you lie to me, that's automatic. Your butt's getting whipped. hour, 37 minutes, 15 secondsBetter to tell the truth and suffer whatever consequences may come there. hour, 37 minutes, 19 secondsThe truth will set you free, though. But if you lie and keep lying, I'm going to keep whipping that butt until the truth comes out. hour, 37 minutes, 28 secondsOkay. hour, 37 minutes, 30 secondsNumber three, any disrespectful talk to me or your mother, your butt will be worn out and stuff will be taken away. hour, 37 minutes, 41 secondsAnd number four, as I had all girls, I'd say, "You hit your sister, I hit you." Now, I remember when Caitlyn was born, hour, 37 minutes, 49 secondsshe had an older sister at the time. So, Caitlyn was about one, just starting to walk.</w:t>
      </w:r>
    </w:p>
    <w:p>
      <w:pPr>
        <w:keepNext/>
      </w:pPr>
      <w:r>
        <w:rPr>
          <w:rFonts w:ascii="Aptos" w:hAnsi="Aptos"/>
          <w:b/>
          <w:color w:val="A77A22"/>
          <w:sz w:val="18"/>
        </w:rPr>
        <w:t>[1:37:56-1:41:03]  PASTOR DEAN ODLE</w:t>
      </w:r>
    </w:p>
    <w:p>
      <w:pPr>
        <w:spacing w:after="180"/>
      </w:pPr>
      <w:r>
        <w:t>hour, 37 minutes, 56 secondsAnd so Lindsay, the real stubborn one, was about six or seven. hour, 38 minutes, 5 secondsAnd I remember watching. You got to watch kids. Y'all know that, right? hour, 38 minutes, 14 secondsChildren left to themselves. hour, 38 minutes, 17 secondsI'm watching her, though, and she's getting a little irritated. She was jealous of the baby, right? This happens with kids. They get jealous of the new ones that come along. hour, 38 minutes, 27 secondsAnd I don't know, something happened. hour, 38 minutes, 28 secondsBut at seven versus one, there's a big size difference, right? hour, 38 minutes, 34 secondsAnd she rared back. I mean, she was going to give the baby a hay maker, right? hour, 38 minutes, 44 secondsThat's when you bring it from like downtown. Woo! All the way around. hour, 38 minutes, 51 secondsAnd I saw her about do and she had on shorts and I was laying on the ground within reach though. hour, 39 minutes, 1 secondAnd as her hand went back and started forward, my hand was faster. hour, 39 minutes, 7 secondsAnd this hand lit that leg up. hour, 39 minutes, 14 seconds[laughter] hour, 39 minutes, 15 secondsYou know that kind of slap that feels like fire. It feels like gasoline. And in a match before, hour, 39 minutes, 27 secondsshe screamed, l turned around, looked at me. I said, "I saw what you're about to do." hour, 39 minutes, 33 secondsI said, "Don't you ever think about doing that, not only to your sister or anyone else, especially when hour, 39 minutes, 41 secondsyou are four or five times their size." Let me tell you, hour, 39 minutes, 50 secondsshe never ever tried to hit the baby again. hour, 40 minutesDid I do that because I didn't like Lindsay? This was my stepdaughter at the time. hour, 40 minutes, 6 secondsDid I do it because I didn't? No, I loved Lindsay with all my heart. Loved her. She needed discipline in her life. hour, 40 minutes, 15 secondsNow, she is a wild one, man. hour, 40 minutes, 19 secondsA lot of things I had you do have to do as a dad, as a mom, as a pastor. hour, 40 minutes, 25 secondsReal love does not let sin go unpunished. It does not let correction go out the window. hour, 40 minutes, 37 secondsThis is what I'm talking about. hour, 40 minutes, 41 secondsSo, do you love Jesus enough to do what you're supposed to do? hour, 40 minutes, 48 secondsYou know, I tell you the truth, just on this spanking, I hated spanking kids. I I told them, too. I said, "I hate having to sit down and do this." hour, 40 minutes, 55 secondsAnd I would tell them, the Bible says, "If I don't do this, I don't love you." They're like,</w:t>
      </w:r>
    </w:p>
    <w:p>
      <w:pPr>
        <w:keepNext/>
      </w:pPr>
      <w:r>
        <w:rPr>
          <w:rFonts w:ascii="Aptos" w:hAnsi="Aptos"/>
          <w:b/>
          <w:color w:val="A77A22"/>
          <w:sz w:val="18"/>
        </w:rPr>
        <w:t>[1:41:03-1:44:06]  PASTOR DEAN ODLE</w:t>
      </w:r>
    </w:p>
    <w:p>
      <w:pPr>
        <w:spacing w:after="180"/>
      </w:pPr>
      <w:r>
        <w:t>hour, 41 minutes, 3 seconds"I don't understand this. I know you don't understand, but I have to tell you, one day you'll understand because one day you'll have your own children. hour, 41 minutes, 18 secondsBut this is the way God has to deal with us. Sometimes we will not understand why he allows the trials, hour, 41 minutes, 25 secondsthe temptations, the tests, the struggles, the pain, the suffering to come into our life. hour, 41 minutes, 33 secondsBut just know this. I remember John Kilpatrick. He was the pastor at the Brownsville Assembly of God. And he's pastor down in Daphne, Alabama now. hour, 41 minutes, 42 secondsHe used to say this all the time. He said, "Everything that comes to you as a child of God is father filtered." hour, 41 minutes, 50 secondsAnd I've never forgotten that anything if Satan's allowed to sift you, tempt you, attack you, hour, 41 minutes, 59 secondsyou as a Christian start going through difficulties. hour, 42 minutes, 5 secondsIt's all been passed through his hand first. It's all been permitted not to destroy you. hour, 42 minutes, 13 secondsto make you stronger, to make you an overcomer, to allow you to show you love God even hour, 42 minutes, 23 secondswhen he's not giving you everything you want, even when he's disciplining you. hour, 42 minutes, 31 secondsYou know, the Lord disciplines those he loves, right? hour, 42 minutes, 37 secondsSay discipline. Yeah, I got 10 years of it. And I know why. hour, 42 minutes, 47 secondsCuz he had to break all of that religious pride out of me. hour, 42 minutes, 54 secondsY'all think, "Oh, you still got work to do, honey." Yeah, you should have seen me in my 20s. hour, 43 minutes, 6 secondsThere wouldn't have been much grace. You'd have gotten all fire. What's there? hour, 43 minutes, 24 secondsThank you, God. You love me, Jesus. I choose to love you with all my heart, soul, mind, and strength. hour, 43 minutes, 36 secondsYou know, I've had personally I've had a few years now of a lot of hour, 43 minutes, 44 secondsweird things happen, struggles, nearly dying from COVID. That was misery. hour, 43 minutes, 53 secondsHaving four main arteries of my heart, three 100% clogged and one 90% clogged. And hour, 44 minutes, 1 secondreally, I believe now looking back, I had a heart attack on the golf course.</w:t>
      </w:r>
    </w:p>
    <w:p>
      <w:pPr>
        <w:keepNext/>
      </w:pPr>
      <w:r>
        <w:rPr>
          <w:rFonts w:ascii="Aptos" w:hAnsi="Aptos"/>
          <w:b/>
          <w:color w:val="A77A22"/>
          <w:sz w:val="18"/>
        </w:rPr>
        <w:t>[1:44:06-1:47:10]  PASTOR DEAN ODLE</w:t>
      </w:r>
    </w:p>
    <w:p>
      <w:pPr>
        <w:spacing w:after="180"/>
      </w:pPr>
      <w:r>
        <w:t>hour, 44 minutes, 6 secondsAnd I think about that, how I could have died and how I've had some other health struggles over the last couple of years. hour, 44 minutes, 14 secondsI think remnants of COVID and hour, 44 minutes, 23 secondsyou know the vaccines I took to obey God when I went to Africa in 2002 and what that did to me, the vaccine injuries I I deal with still. hour, 44 minutes, 34 secondsAnd I'm like, you know, Lord, uh, hey, been dealing with some of this for a hour, 44 minutes, 43 secondslong time. I'd like to be healed. Like, you know, we prayed and, you know, I'll say this, he did heal my heart. I'm testify this, too. It's been, you know, it's a year ago. hour, 44 minutes, 54 secondsAnd, uh, Lord told me to trust him and not have the quadruple bypass surgery. hour, 45 minutes, 2 secondsAnd um I mean for a while there I still went through on and off having chest pains hour, 45 minutes, 9 secondsand taking nitroglycerin pills when I felt it really bad and running down my arm and everything else. And uh hour, 45 minutes, 18 secondsbut I was like Lord you told me to stand. I will say this I'm enjoying this faith and I faith is taking up golf now. We're playing golf together. hour, 45 minutes, 28 secondsSo, one year ago where the exact same spot that I almost had a heart attack or did hour, 45 minutes, 36 secondsum I'm doing the same stuff in the same, you know, in heat and you know if hour, 45 minutes, 44 secondsthere's any remnants of that left. I knew, you know, we're going to find out, but I said I just know I'm healed, hour, 45 minutes, 51 secondsright? So, the Lord I I we got out there the other day. We sat there for hours in the heat hitting balls, sweating, you know, just hour, 46 minutes, 1 secondand then walking up the hill and carrying everything. Not one even tinge, hour, 46 minutes, 9 secondsnothing. And I was talking to her. I said, "I know that God healed me of that." But uh, hey Lord, wait a minute. hour, 46 minutes, 17 secondsThere's a couple other things. hour, 46 minutes, 19 seconds[laughter] hour, 46 minutes, 22 secondsHey, hey, let's let's not forget this. I'd like this to be gone. And um but he didn't. hour, 46 minutes, 32 secondsAnd you go, God, why do you do things like that? Why do we go through things like that? hour, 46 minutes, 40 secondsAnd um he just reminds me, I got you. hour, 46 minutes, 47 secondsWhat does it matter to you if you go with me tomorrow or a year from now or five years from now or 10 years from now? hour, 46 minutes, 57 secondsAre you ready? hour, 47 minutes, 1 secondI thought, well, it's made me completely look at things differently, but also I can tell you he I'm not a spoiled brat</w:t>
      </w:r>
    </w:p>
    <w:p>
      <w:pPr>
        <w:keepNext/>
      </w:pPr>
      <w:r>
        <w:rPr>
          <w:rFonts w:ascii="Aptos" w:hAnsi="Aptos"/>
          <w:b/>
          <w:color w:val="A77A22"/>
          <w:sz w:val="18"/>
        </w:rPr>
        <w:t>[1:47:10-1:50:16]  PASTOR DEAN ODLE</w:t>
      </w:r>
    </w:p>
    <w:p>
      <w:pPr>
        <w:spacing w:after="180"/>
      </w:pPr>
      <w:r>
        <w:t>hour, 47 minutes, 10 secondscuz there's a whole lot of things I would like him to do that he ain't done yet. hour, 47 minutes, 15 secondsBut guess what? That's because he's in charge. hour, 47 minutes, 21 secondsHe's in charge. And sometimes you have to learn patience. hour, 47 minutes, 28 secondsSee, from the vaccines, I have seriatic arthritis. So there are days that every hour, 47 minutes, 33 secondsjoint in my body hurts like hurts bad. Like I don't want to leave the house bad. hour, 47 minutes, 45 secondsLike I don't want to touch anything that has any weight to it. [laughter] I don't want to pick up anything. I don't want to do anything. hour, 47 minutes, 53 secondsIt'd be nice for that to be gone. hour, 47 minutes, 58 secondsBut I've asked him. hour, 48 minutes, 3 secondsSo what do I do? Am I going to whine and complain and murmur about it? Now us old guys all most of what we have to talk hour, 48 minutes, 10 secondsabout what's all right yeah but hour, 48 minutes, 19 secondsyou have to go you know what I'm going to be patient I'm going to endure this hour, 48 minutes, 25 secondswithout complaining whining fussing getting mad at God about it pitching a little fit All right. hour, 48 minutes, 38 secondsAnd just go on. hour, 48 minutes, 40 secondsAnd guess what? I went out there 320 yard drive and I smashed. I can still do it in pain. Everything up. hour, 48 minutes, 52 secondsYou get what I'm saying? You just endure. hour, 48 minutes, 55 secondsAnd there's things that days ahead we're going to have to endure much worse than these things we're talking about. hour, 49 minutes, 1 secondPatience will endure. Let's pray. hour, 49 minutes, 5 secondsFather in heaven, we thank you for the word. We thank you for your Holy Spirit that dwells within each of us that's truly been born again and surrendered to your lordship. hour, 49 minutes, 17 secondsLord, we thank you for that and we ask you to help us. hour, 49 minutes, 22 secondsHelp us add to our faith virtue and to virtue knowledge and to knowledge temperance and to temperance brotherly hour, 49 minutes, 28 secondskindness and and godliness and then true love agape love. God, we want these things to be in us. hour, 49 minutes, 36 secondsWe want them to abound. We want to love you with all of our heart, soul, mind, and strength. We want to make sure the hour, 49 minutes, 43 secondsroom is not cluttered with distractions and idols and the love of and lust of other things. hour, 49 minutes, 52 secondsJesus, we want you. We love you. We appreciate you. We thank you for what you've done for us. We don't want to be hour, 49 minutes, 59 secondsblind and forgetting what you've done for us or just letting it be a distant memory. hour, 50 minutes, 8 secondsSo Lord, we want to walk in that relationship with you and we choose this day to love you, Lord</w:t>
      </w:r>
    </w:p>
    <w:p>
      <w:pPr>
        <w:keepNext/>
      </w:pPr>
      <w:r>
        <w:rPr>
          <w:rFonts w:ascii="Aptos" w:hAnsi="Aptos"/>
          <w:b/>
          <w:color w:val="A77A22"/>
          <w:sz w:val="18"/>
        </w:rPr>
        <w:t>[1:50:16-1:51:36]  PASTOR DEAN ODLE</w:t>
      </w:r>
    </w:p>
    <w:p>
      <w:pPr>
        <w:spacing w:after="180"/>
      </w:pPr>
      <w:r>
        <w:t>hour, 50 minutes, 16 secondsJesus, because we know you love us. hour, 50 minutes, 22 secondsAnd we know that no matter what we have to go through, your plan is the best way possible. hour, 50 minutes, 32 secondsEven if it's through trials and tests and suffering, we know your way is still the best. hour, 50 minutes, 43 secondsWe thank you for it in Jesus name. Amen. hour, 50 minutes, 48 secondsWell, I'm sorry it was so long, but I can't preach short messages. Y'all just stuck with me. hour, 50 minutes, 56 secondsI hope you learned something. I hope you do this. hour, 51 minutes, 1 secondUm, Peter's last message is pretty important. I I would read second Peter if I were you slowly. hour, 51 minutes, 10 secondslike just take your time and digest everything he's saying because a man like I said the Holy Spirit inspired him hour, 51 minutes, 18 secondsbut it was also coming from that place of his last words to the church and those are important. Amen. hour, 51 minutes, 29 secondsMy wife, what was it that you needed me to say? April birthdays. Who's got an April birthday? hour, 51 minutes, 36 secondsHug some necks before you leave out there. Oh, we got one. Wanda, who else?</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8636D"/>
        <w:sz w:val="16"/>
      </w:rPr>
      <w:t xml:space="preserve">WATCHMAN 33  •  </w:t>
    </w:r>
    <w:r>
      <w:fldChar w:fldCharType="begin"/>
    </w:r>
    <w:r>
      <w:instrText xml:space="preserve">PAGE</w:instrText>
    </w:r>
    <w:r>
      <w:fldChar w:fldCharType="separate"/>
    </w:r>
    <w:r>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8636D"/>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84F"/>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A77A22"/>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2038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038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Theme="majorHAnsi" w:eastAsiaTheme="majorEastAsia" w:hAnsiTheme="majorHAnsi" w:cstheme="majorBidi" w:ascii="Aptos Display" w:hAnsi="Aptos Display"/>
      <w:b w:val="0"/>
      <w:i/>
      <w:iCs/>
      <w:color w:val="58636D"/>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