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Foundations Destroyed</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2022-07-07 (video upload date)</w:t>
            </w:r>
          </w:p>
        </w:tc>
      </w:tr>
      <w:tr>
        <w:tc>
          <w:tcPr>
            <w:tcW w:type="dxa" w:w="2016"/>
            <w:vAlign w:val="center"/>
          </w:tcPr>
          <w:p>
            <w:r>
              <w:rPr>
                <w:b/>
              </w:rPr>
              <w:t>Duration</w:t>
            </w:r>
          </w:p>
        </w:tc>
        <w:tc>
          <w:tcPr>
            <w:tcW w:type="dxa" w:w="7920"/>
            <w:vAlign w:val="center"/>
          </w:tcPr>
          <w:p>
            <w:r>
              <w:t>1:20:29</w:t>
            </w:r>
          </w:p>
        </w:tc>
      </w:tr>
      <w:tr>
        <w:tc>
          <w:tcPr>
            <w:tcW w:type="dxa" w:w="2016"/>
            <w:vAlign w:val="center"/>
          </w:tcPr>
          <w:p>
            <w:r>
              <w:rPr>
                <w:b/>
              </w:rPr>
              <w:t>Source</w:t>
            </w:r>
          </w:p>
        </w:tc>
        <w:tc>
          <w:tcPr>
            <w:tcW w:type="dxa" w:w="7920"/>
            <w:vAlign w:val="center"/>
          </w:tcPr>
          <w:p>
            <w:r>
              <w:t>https://www.youtube.com/watch?v=BK1HaGOtkcU</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0:00-10:04</w:t>
      </w:r>
    </w:p>
    <w:p>
      <w:pPr>
        <w:keepNext/>
      </w:pPr>
      <w:r>
        <w:rPr>
          <w:b/>
          <w:color w:val="2E74B5"/>
        </w:rPr>
        <w:t>Pastor Dean Odle</w:t>
      </w:r>
    </w:p>
    <w:p>
      <w:pPr>
        <w:keepLines/>
      </w:pPr>
      <w:r>
        <w:t>Odle focuses on family discipleship while working through Psalm 11, Proverbs 22. The message argues that faithfulness in the home requires instruction, loving correction, protection, and a consistent Christian example.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2. 10:04-20:07</w:t>
      </w:r>
    </w:p>
    <w:p>
      <w:pPr>
        <w:keepNext/>
      </w:pPr>
      <w:r>
        <w:rPr>
          <w:b/>
          <w:color w:val="2E74B5"/>
        </w:rPr>
        <w:t>Pastor Dean Odle</w:t>
      </w:r>
    </w:p>
    <w:p>
      <w:pPr>
        <w:keepLines/>
      </w:pPr>
      <w:r>
        <w:t>Odle focuses on a biblical foundation while working through Psalm 11, Acts 20. The message argues that a durable Christian life must be built on Christ, sound doctrine, and obedient response to Scripture.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3. 20:07-30:11</w:t>
      </w:r>
    </w:p>
    <w:p>
      <w:pPr>
        <w:keepNext/>
      </w:pPr>
      <w:r>
        <w:rPr>
          <w:b/>
          <w:color w:val="2E74B5"/>
        </w:rPr>
        <w:t>Pastor Dean Odle</w:t>
      </w:r>
    </w:p>
    <w:p>
      <w:pPr>
        <w:keepLines/>
      </w:pPr>
      <w:r>
        <w:t>Odle focuses on a biblical foundation. The message argues that a durable Christian life must be built on Christ, sound doctrine, and obedient response to Scripture. It connects this with the conviction that biblical faith trusts God’s character and acts upon His promises. The practical emphasis is to trust God’s promises and refuse decisions governed by fear.</w:t>
      </w:r>
    </w:p>
    <w:p>
      <w:pPr>
        <w:pStyle w:val="Heading2"/>
        <w:keepNext/>
      </w:pPr>
      <w:r>
        <w:t>4. 30:11-40:14</w:t>
      </w:r>
    </w:p>
    <w:p>
      <w:pPr>
        <w:keepNext/>
      </w:pPr>
      <w:r>
        <w:rPr>
          <w:b/>
          <w:color w:val="2E74B5"/>
        </w:rPr>
        <w:t>Pastor Dean Odle</w:t>
      </w:r>
    </w:p>
    <w:p>
      <w:pPr>
        <w:keepLines/>
      </w:pPr>
      <w:r>
        <w:t>Odle focuses on a biblical foundation while working through Revelation 21. The message argues that a durable Christian life must be built on Christ, sound doctrine, and obedient response to Scripture. It connects this with the conviction that biblical love is demonstrated through truth, patience, sacrifice, and conduct toward others. The practical emphasis is to practice patient, truthful love in relationships and conflict.</w:t>
      </w:r>
    </w:p>
    <w:p>
      <w:pPr>
        <w:pStyle w:val="Heading2"/>
        <w:keepNext/>
      </w:pPr>
      <w:r>
        <w:t>5. 40:14-50:18</w:t>
      </w:r>
    </w:p>
    <w:p>
      <w:pPr>
        <w:keepNext/>
      </w:pPr>
      <w:r>
        <w:rPr>
          <w:b/>
          <w:color w:val="2E74B5"/>
        </w:rPr>
        <w:t>Pastor Dean Odle</w:t>
      </w:r>
    </w:p>
    <w:p>
      <w:pPr>
        <w:keepLines/>
      </w:pPr>
      <w:r>
        <w:t>Odle focuses on the condition of the church while working through Hebrews 5. The message argues that the church is called to recover biblical faithfulness instead of accommodating compromise. It connects this with the conviction that a durable Christian life must be built on Christ, sound doctrine, and obedient response to Scripture. The practical emphasis is to trust God’s promises and refuse decisions governed by fear.</w:t>
      </w:r>
    </w:p>
    <w:p>
      <w:pPr>
        <w:pStyle w:val="Heading2"/>
        <w:keepNext/>
      </w:pPr>
      <w:r>
        <w:t>6. 50:18-1:00:22</w:t>
      </w:r>
    </w:p>
    <w:p>
      <w:pPr>
        <w:keepNext/>
      </w:pPr>
      <w:r>
        <w:rPr>
          <w:b/>
          <w:color w:val="2E74B5"/>
        </w:rPr>
        <w:t>Pastor Dean Odle</w:t>
      </w:r>
    </w:p>
    <w:p>
      <w:pPr>
        <w:keepLines/>
      </w:pPr>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7. 1:00:22-1:10:25</w:t>
      </w:r>
    </w:p>
    <w:p>
      <w:pPr>
        <w:keepNext/>
      </w:pPr>
      <w:r>
        <w:rPr>
          <w:b/>
          <w:color w:val="2E74B5"/>
        </w:rPr>
        <w:t>Pastor Dean Odle</w:t>
      </w:r>
    </w:p>
    <w:p>
      <w:pPr>
        <w:keepLines/>
      </w:pPr>
      <w:r>
        <w:t>Odle focuses on the condition of the church while working through Revelation 18. The message argues that the church is called to recover biblical faithfulness instead of accommodating compromise. It connects this with the conviction that God’s judgment is treated as righteous, certain, and a reason to repent while mercy is offered. The practical emphasis is to test the teaching by Scripture and apply it through faithful obedience.</w:t>
      </w:r>
    </w:p>
    <w:p>
      <w:pPr>
        <w:pStyle w:val="Heading2"/>
        <w:keepNext/>
      </w:pPr>
      <w:r>
        <w:t>8. 1:10:25-1:20:29</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love is demonstrated through truth, patience, sacrifice, and conduct toward others.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