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Ziklag</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2022-07-05 (video upload date)</w:t>
            </w:r>
          </w:p>
        </w:tc>
      </w:tr>
      <w:tr>
        <w:tc>
          <w:tcPr>
            <w:tcW w:type="dxa" w:w="2016"/>
            <w:vAlign w:val="center"/>
          </w:tcPr>
          <w:p>
            <w:r>
              <w:rPr>
                <w:b/>
              </w:rPr>
              <w:t>Duration</w:t>
            </w:r>
          </w:p>
        </w:tc>
        <w:tc>
          <w:tcPr>
            <w:tcW w:type="dxa" w:w="7920"/>
            <w:vAlign w:val="center"/>
          </w:tcPr>
          <w:p>
            <w:r>
              <w:t>1:06:41</w:t>
            </w:r>
          </w:p>
        </w:tc>
      </w:tr>
      <w:tr>
        <w:tc>
          <w:tcPr>
            <w:tcW w:type="dxa" w:w="2016"/>
            <w:vAlign w:val="center"/>
          </w:tcPr>
          <w:p>
            <w:r>
              <w:rPr>
                <w:b/>
              </w:rPr>
              <w:t>Source</w:t>
            </w:r>
          </w:p>
        </w:tc>
        <w:tc>
          <w:tcPr>
            <w:tcW w:type="dxa" w:w="7920"/>
            <w:vAlign w:val="center"/>
          </w:tcPr>
          <w:p>
            <w:r>
              <w:t>https://www.youtube.com/watch?v=Pxn2CMVla-0</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0:00-8:20</w:t>
      </w:r>
    </w:p>
    <w:p>
      <w:pPr>
        <w:keepNext/>
      </w:pPr>
      <w:r>
        <w:rPr>
          <w:b/>
          <w:color w:val="2E74B5"/>
        </w:rPr>
        <w:t>Pastor Dean Odle</w:t>
      </w:r>
    </w:p>
    <w:p>
      <w:pPr>
        <w:keepLines/>
      </w:pPr>
      <w:r>
        <w:t>Odle focuses on David’s example while working through Proverbs 18. The message argues that David’s choices are used to examine leadership, testing, repentance, and renewed dependence on God. It connects this with the conviction that Scripture is presented as the standard for doctrine, discernment, and daily obedience. The practical emphasis is to trust God’s promises and refuse decisions governed by fear.</w:t>
      </w:r>
    </w:p>
    <w:p>
      <w:pPr>
        <w:pStyle w:val="Heading2"/>
        <w:keepNext/>
      </w:pPr>
      <w:r>
        <w:t>2. 8:20-16:40</w:t>
      </w:r>
    </w:p>
    <w:p>
      <w:pPr>
        <w:keepNext/>
      </w:pPr>
      <w:r>
        <w:rPr>
          <w:b/>
          <w:color w:val="2E74B5"/>
        </w:rPr>
        <w:t>Pastor Dean Odle</w:t>
      </w:r>
    </w:p>
    <w:p>
      <w:pPr>
        <w:keepLines/>
      </w:pPr>
      <w:r>
        <w:t>Odle focuses on David’s example. The message argues that David’s choices are used to examine leadership, testing, repentance, and renewed dependence on God. It connects this with the conviction that spiritual anointing is given for service and must remain joined to character and obedience. The practical emphasis is to test the teaching by Scripture and apply it through faithful obedience.</w:t>
      </w:r>
    </w:p>
    <w:p>
      <w:pPr>
        <w:pStyle w:val="Heading2"/>
        <w:keepNext/>
      </w:pPr>
      <w:r>
        <w:t>3. 16:40-25:00</w:t>
      </w:r>
    </w:p>
    <w:p>
      <w:pPr>
        <w:keepNext/>
      </w:pPr>
      <w:r>
        <w:rPr>
          <w:b/>
          <w:color w:val="2E74B5"/>
        </w:rPr>
        <w:t>Pastor Dean Odle</w:t>
      </w:r>
    </w:p>
    <w:p>
      <w:pPr>
        <w:keepLines/>
      </w:pPr>
      <w:r>
        <w:t>Odle focuses on David’s example. The message argues that David’s choices are used to examine leadership, testing, repentance, and renewed dependence on God. It connects this with the conviction that Saul’s decline illustrates the danger of insecurity, partial obedience, and resistance to correction. The practical emphasis is to test the teaching by Scripture and apply it through faithful obedience.</w:t>
      </w:r>
    </w:p>
    <w:p>
      <w:pPr>
        <w:pStyle w:val="Heading2"/>
        <w:keepNext/>
      </w:pPr>
      <w:r>
        <w:t>4. 25:00-33:20</w:t>
      </w:r>
    </w:p>
    <w:p>
      <w:pPr>
        <w:keepNext/>
      </w:pPr>
      <w:r>
        <w:rPr>
          <w:b/>
          <w:color w:val="2E74B5"/>
        </w:rPr>
        <w:t>Pastor Dean Odle</w:t>
      </w:r>
    </w:p>
    <w:p>
      <w:pPr>
        <w:keepLines/>
      </w:pPr>
      <w:r>
        <w:t>Odle focuses on David’s example. The message argues that David’s choices are used to examine leadership, testing, repentance, and renewed dependence on God. It connects this with the conviction that the inner life must be healed, guarded, and brought under the truth of God’s word. The practical emphasis is to seek God in prayer and act on what Scripture requires.</w:t>
      </w:r>
    </w:p>
    <w:p>
      <w:pPr>
        <w:pStyle w:val="Heading2"/>
        <w:keepNext/>
      </w:pPr>
      <w:r>
        <w:t>5. 33:20-41:41</w:t>
      </w:r>
    </w:p>
    <w:p>
      <w:pPr>
        <w:keepNext/>
      </w:pPr>
      <w:r>
        <w:rPr>
          <w:b/>
          <w:color w:val="2E74B5"/>
        </w:rPr>
        <w:t>Pastor Dean Odle</w:t>
      </w:r>
    </w:p>
    <w:p>
      <w:pPr>
        <w:keepLines/>
      </w:pPr>
      <w:r>
        <w:t>Odle focuses on David’s example. The message argues that David’s choices are used to examine leadership, testing, repentance, and renewed dependence on God. It connects this with the conviction that prayer expresses dependence on God and prepares believers to hear and obey Him. The practical emphasis is to seek God in prayer and act on what Scripture requires.</w:t>
      </w:r>
    </w:p>
    <w:p>
      <w:pPr>
        <w:pStyle w:val="Heading2"/>
        <w:keepNext/>
      </w:pPr>
      <w:r>
        <w:t>6. 41:41-50:01</w:t>
      </w:r>
    </w:p>
    <w:p>
      <w:pPr>
        <w:keepNext/>
      </w:pPr>
      <w:r>
        <w:rPr>
          <w:b/>
          <w:color w:val="2E74B5"/>
        </w:rPr>
        <w:t>Pastor Dean Odle</w:t>
      </w:r>
    </w:p>
    <w:p>
      <w:pPr>
        <w:keepLines/>
      </w:pPr>
      <w:r>
        <w:t>Odle focuses on David’s example while working through Hebrews 10. The message argues that David’s choices are used to examine leadership, testing, repentance, and renewed dependence on God. It connects this with the conviction that biblical faith trusts God’s character and acts upon His promises. The practical emphasis is to seek God in prayer and act on what Scripture requires.</w:t>
      </w:r>
    </w:p>
    <w:p>
      <w:pPr>
        <w:pStyle w:val="Heading2"/>
        <w:keepNext/>
      </w:pPr>
      <w:r>
        <w:t>7. 50:01-58:21</w:t>
      </w:r>
    </w:p>
    <w:p>
      <w:pPr>
        <w:keepNext/>
      </w:pPr>
      <w:r>
        <w:rPr>
          <w:b/>
          <w:color w:val="2E74B5"/>
        </w:rPr>
        <w:t>Pastor Dean Odle</w:t>
      </w:r>
    </w:p>
    <w:p>
      <w:pPr>
        <w:keepLines/>
      </w:pPr>
      <w:r>
        <w:t>Odle focuses on David’s example. The message argues that David’s choices are used to examine leadership, testing, repentance, and renewed dependence on God. It connects this with the conviction that prayer expresses dependence on God and prepares believers to hear and obey Him. The practical emphasis is to seek God in prayer and act on what Scripture requires.</w:t>
      </w:r>
    </w:p>
    <w:p>
      <w:pPr>
        <w:pStyle w:val="Heading2"/>
        <w:keepNext/>
      </w:pPr>
      <w:r>
        <w:t>8. 58:21-1:06:41</w:t>
      </w:r>
    </w:p>
    <w:p>
      <w:pPr>
        <w:keepNext/>
      </w:pPr>
      <w:r>
        <w:rPr>
          <w:b/>
          <w:color w:val="2E74B5"/>
        </w:rPr>
        <w:t>Pastor Dean Odle</w:t>
      </w:r>
    </w:p>
    <w:p>
      <w:pPr>
        <w:keepLines/>
      </w:pPr>
      <w:r>
        <w:t>Odle focuses on prayer while working through Revelation 7. The message argues that prayer expresses dependence on God and prepares believers to hear and obey Him. It connects this with the conviction that angelic activity is examined within the biblical passage and its prophetic sequence.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