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617A9" w14:textId="77777777" w:rsidR="00450889" w:rsidRDefault="00000000">
      <w:pPr>
        <w:spacing w:before="317" w:after="504"/>
      </w:pPr>
      <w:r>
        <w:rPr>
          <w:noProof/>
        </w:rPr>
        <w:drawing>
          <wp:inline distT="0" distB="0" distL="0" distR="0" wp14:anchorId="3880997B" wp14:editId="388CE1DF">
            <wp:extent cx="1965960" cy="1128490"/>
            <wp:effectExtent l="0" t="0" r="0" b="0"/>
            <wp:docPr id="1" name="Picture 1" descr="AQA logo with the Questions matter 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a_logo.png"/>
                    <pic:cNvPicPr/>
                  </pic:nvPicPr>
                  <pic:blipFill>
                    <a:blip r:embed="rId8"/>
                    <a:stretch>
                      <a:fillRect/>
                    </a:stretch>
                  </pic:blipFill>
                  <pic:spPr>
                    <a:xfrm>
                      <a:off x="0" y="0"/>
                      <a:ext cx="1965960" cy="1128490"/>
                    </a:xfrm>
                    <a:prstGeom prst="rect">
                      <a:avLst/>
                    </a:prstGeom>
                  </pic:spPr>
                </pic:pic>
              </a:graphicData>
            </a:graphic>
          </wp:inline>
        </w:drawing>
      </w:r>
    </w:p>
    <w:p w14:paraId="544679EC" w14:textId="77777777" w:rsidR="00450889" w:rsidRDefault="00000000">
      <w:pPr>
        <w:spacing w:before="960"/>
      </w:pPr>
      <w:r>
        <w:rPr>
          <w:b/>
          <w:color w:val="371376"/>
          <w:sz w:val="62"/>
        </w:rPr>
        <w:t>Purpose-driven Partnership</w:t>
      </w:r>
    </w:p>
    <w:p w14:paraId="2EC0302C" w14:textId="77777777" w:rsidR="00450889" w:rsidRDefault="00000000">
      <w:r>
        <w:rPr>
          <w:b/>
          <w:sz w:val="50"/>
        </w:rPr>
        <w:t>Application preparation sheet</w:t>
      </w:r>
    </w:p>
    <w:p w14:paraId="1E04CEDE" w14:textId="77777777" w:rsidR="00450889" w:rsidRDefault="00000000">
      <w:pPr>
        <w:spacing w:before="240"/>
      </w:pPr>
      <w:r>
        <w:rPr>
          <w:b/>
          <w:color w:val="C8194B"/>
          <w:sz w:val="30"/>
        </w:rPr>
        <w:t>2027/28</w:t>
      </w:r>
    </w:p>
    <w:tbl>
      <w:tblPr>
        <w:tblW w:w="0" w:type="auto"/>
        <w:tblLayout w:type="fixed"/>
        <w:tblLook w:val="04A0" w:firstRow="1" w:lastRow="0" w:firstColumn="1" w:lastColumn="0" w:noHBand="0" w:noVBand="1"/>
      </w:tblPr>
      <w:tblGrid>
        <w:gridCol w:w="10166"/>
      </w:tblGrid>
      <w:tr w:rsidR="00450889" w14:paraId="7F30396B" w14:textId="77777777">
        <w:tc>
          <w:tcPr>
            <w:tcW w:w="10166" w:type="dxa"/>
            <w:tcBorders>
              <w:top w:val="single" w:sz="8" w:space="0" w:color="371376"/>
              <w:left w:val="single" w:sz="8" w:space="0" w:color="371376"/>
              <w:bottom w:val="single" w:sz="8" w:space="0" w:color="371376"/>
              <w:right w:val="single" w:sz="8" w:space="0" w:color="371376"/>
            </w:tcBorders>
            <w:shd w:val="clear" w:color="auto" w:fill="F3F0F8"/>
            <w:tcMar>
              <w:top w:w="160" w:type="dxa"/>
              <w:left w:w="180" w:type="dxa"/>
              <w:bottom w:w="160" w:type="dxa"/>
              <w:right w:w="180" w:type="dxa"/>
            </w:tcMar>
          </w:tcPr>
          <w:p w14:paraId="3980EE0B" w14:textId="77777777" w:rsidR="00450889" w:rsidRDefault="00000000">
            <w:pPr>
              <w:spacing w:after="80"/>
            </w:pPr>
            <w:r>
              <w:rPr>
                <w:b/>
                <w:color w:val="371376"/>
                <w:sz w:val="22"/>
              </w:rPr>
              <w:t>What this document is for</w:t>
            </w:r>
          </w:p>
          <w:p w14:paraId="2238FC35" w14:textId="77777777" w:rsidR="00450889" w:rsidRDefault="00000000">
            <w:pPr>
              <w:spacing w:after="0"/>
            </w:pPr>
            <w:r>
              <w:rPr>
                <w:sz w:val="20"/>
              </w:rPr>
              <w:t>Use this sheet to prepare your answers before completing the online application form. It includes every question from the form, its guidance and the available answer options. Draft your responses here, then transfer the final wording into Microsoft Forms.</w:t>
            </w:r>
          </w:p>
        </w:tc>
      </w:tr>
    </w:tbl>
    <w:p w14:paraId="7817B89A" w14:textId="77777777" w:rsidR="00450889" w:rsidRDefault="00450889">
      <w:pPr>
        <w:spacing w:after="40"/>
      </w:pPr>
    </w:p>
    <w:tbl>
      <w:tblPr>
        <w:tblW w:w="0" w:type="auto"/>
        <w:tblLayout w:type="fixed"/>
        <w:tblLook w:val="04A0" w:firstRow="1" w:lastRow="0" w:firstColumn="1" w:lastColumn="0" w:noHBand="0" w:noVBand="1"/>
      </w:tblPr>
      <w:tblGrid>
        <w:gridCol w:w="10166"/>
      </w:tblGrid>
      <w:tr w:rsidR="00450889" w14:paraId="34989ED3" w14:textId="77777777">
        <w:tc>
          <w:tcPr>
            <w:tcW w:w="10166" w:type="dxa"/>
            <w:tcBorders>
              <w:top w:val="single" w:sz="8" w:space="0" w:color="371376"/>
              <w:left w:val="single" w:sz="8" w:space="0" w:color="371376"/>
              <w:bottom w:val="single" w:sz="8" w:space="0" w:color="371376"/>
              <w:right w:val="single" w:sz="8" w:space="0" w:color="371376"/>
            </w:tcBorders>
            <w:shd w:val="clear" w:color="auto" w:fill="F3F0F8"/>
            <w:tcMar>
              <w:top w:w="160" w:type="dxa"/>
              <w:left w:w="180" w:type="dxa"/>
              <w:bottom w:w="160" w:type="dxa"/>
              <w:right w:w="180" w:type="dxa"/>
            </w:tcMar>
          </w:tcPr>
          <w:p w14:paraId="4111DA2A" w14:textId="77777777" w:rsidR="00450889" w:rsidRDefault="00000000">
            <w:pPr>
              <w:spacing w:after="80"/>
            </w:pPr>
            <w:r>
              <w:rPr>
                <w:b/>
                <w:color w:val="371376"/>
                <w:sz w:val="22"/>
              </w:rPr>
              <w:t>Important</w:t>
            </w:r>
          </w:p>
          <w:p w14:paraId="64EB5E96" w14:textId="77777777" w:rsidR="00450889" w:rsidRDefault="00000000">
            <w:pPr>
              <w:spacing w:after="0"/>
            </w:pPr>
            <w:r>
              <w:rPr>
                <w:sz w:val="20"/>
              </w:rPr>
              <w:t>This is a preparation aid, not the application itself. Your application is only submitted when you complete and submit the online form. All core information must be provided in writing. A short supplementary video of up to three minutes may also be provided.</w:t>
            </w:r>
          </w:p>
        </w:tc>
      </w:tr>
    </w:tbl>
    <w:p w14:paraId="5E11C191" w14:textId="77777777" w:rsidR="00450889" w:rsidRDefault="00450889">
      <w:pPr>
        <w:spacing w:after="40"/>
      </w:pPr>
    </w:p>
    <w:p w14:paraId="6A3BCB5D" w14:textId="77777777" w:rsidR="00450889" w:rsidRDefault="00000000">
      <w:pPr>
        <w:spacing w:before="200"/>
      </w:pPr>
      <w:r>
        <w:rPr>
          <w:b/>
          <w:color w:val="371376"/>
          <w:sz w:val="30"/>
        </w:rPr>
        <w:t>Before you start</w:t>
      </w:r>
    </w:p>
    <w:p w14:paraId="12F59A03" w14:textId="77777777" w:rsidR="00450889" w:rsidRDefault="00000000">
      <w:pPr>
        <w:pStyle w:val="ListBullet"/>
      </w:pPr>
      <w:r>
        <w:t>Check that your organisation is eligible: a registered charity, university or small for-profit organisation delivering clear public benefit in England.</w:t>
      </w:r>
    </w:p>
    <w:p w14:paraId="732215CA" w14:textId="77777777" w:rsidR="00450889" w:rsidRDefault="00000000">
      <w:pPr>
        <w:pStyle w:val="ListBullet"/>
      </w:pPr>
      <w:r>
        <w:t>Have your organisation details, registered address and key contact information ready.</w:t>
      </w:r>
    </w:p>
    <w:p w14:paraId="7DAAE921" w14:textId="77777777" w:rsidR="00450889" w:rsidRDefault="00000000">
      <w:pPr>
        <w:pStyle w:val="ListBullet"/>
      </w:pPr>
      <w:r>
        <w:t>Prepare a project summary of no more than 150 words, up to 1,000 characters.</w:t>
      </w:r>
    </w:p>
    <w:p w14:paraId="20BE95D8" w14:textId="4813AFD3" w:rsidR="00450889" w:rsidRDefault="00000000">
      <w:pPr>
        <w:pStyle w:val="ListBullet"/>
      </w:pPr>
      <w:r>
        <w:t xml:space="preserve">Gather your budget, delivery plan, risk information, monitoring approach and </w:t>
      </w:r>
      <w:r w:rsidR="00FD6DB2">
        <w:t xml:space="preserve">any </w:t>
      </w:r>
      <w:r>
        <w:t>supporting documents</w:t>
      </w:r>
      <w:r w:rsidR="00FD6DB2">
        <w:t xml:space="preserve"> you feel would be helpful to support your application</w:t>
      </w:r>
      <w:r>
        <w:t>.</w:t>
      </w:r>
    </w:p>
    <w:p w14:paraId="4A8746E0" w14:textId="77777777" w:rsidR="00450889" w:rsidRDefault="00000000">
      <w:pPr>
        <w:pStyle w:val="ListBullet"/>
      </w:pPr>
      <w:r>
        <w:t>Do not include special category personal data unless it is strictly necessary.</w:t>
      </w:r>
    </w:p>
    <w:p w14:paraId="42B6DD2F" w14:textId="77777777" w:rsidR="00450889" w:rsidRDefault="00000000">
      <w:r>
        <w:br w:type="page"/>
      </w:r>
    </w:p>
    <w:p w14:paraId="7C503DCB" w14:textId="77777777" w:rsidR="00450889" w:rsidRDefault="00000000">
      <w:pPr>
        <w:pStyle w:val="Heading1"/>
        <w:spacing w:before="200" w:after="60"/>
      </w:pPr>
      <w:r>
        <w:rPr>
          <w:rFonts w:ascii="Source Sans Pro" w:hAnsi="Source Sans Pro"/>
          <w:color w:val="371376"/>
          <w:sz w:val="42"/>
        </w:rPr>
        <w:lastRenderedPageBreak/>
        <w:t>Funding and organisation</w:t>
      </w:r>
    </w:p>
    <w:p w14:paraId="2D5FA044" w14:textId="77777777" w:rsidR="00450889" w:rsidRDefault="00000000">
      <w:pPr>
        <w:keepNext/>
        <w:spacing w:after="200"/>
      </w:pPr>
      <w:r>
        <w:rPr>
          <w:color w:val="666666"/>
        </w:rPr>
        <w:t>Funding strand and organisation details</w:t>
      </w:r>
    </w:p>
    <w:tbl>
      <w:tblPr>
        <w:tblW w:w="0" w:type="auto"/>
        <w:tblLayout w:type="fixed"/>
        <w:tblLook w:val="04A0" w:firstRow="1" w:lastRow="0" w:firstColumn="1" w:lastColumn="0" w:noHBand="0" w:noVBand="1"/>
      </w:tblPr>
      <w:tblGrid>
        <w:gridCol w:w="5083"/>
        <w:gridCol w:w="5083"/>
      </w:tblGrid>
      <w:tr w:rsidR="00450889" w14:paraId="61BD4B00"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48940C92" w14:textId="77777777" w:rsidR="00450889" w:rsidRDefault="00000000">
            <w:pPr>
              <w:jc w:val="center"/>
            </w:pPr>
            <w:r>
              <w:rPr>
                <w:b/>
                <w:color w:val="FFFFFF"/>
                <w:sz w:val="22"/>
              </w:rPr>
              <w:t>1</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72B31BE5" w14:textId="77777777" w:rsidR="00450889" w:rsidRDefault="00000000">
            <w:r>
              <w:rPr>
                <w:b/>
                <w:sz w:val="22"/>
              </w:rPr>
              <w:t>Funding strand (select one)</w:t>
            </w:r>
            <w:r>
              <w:rPr>
                <w:b/>
                <w:color w:val="C8194B"/>
                <w:sz w:val="17"/>
              </w:rPr>
              <w:t xml:space="preserve">  Required</w:t>
            </w:r>
          </w:p>
          <w:p w14:paraId="5C421EBE" w14:textId="77777777" w:rsidR="00450889" w:rsidRDefault="00000000">
            <w:r>
              <w:rPr>
                <w:sz w:val="19"/>
              </w:rPr>
              <w:t>☐ Being AQA: projects that reflect AQA’s culture, people and social value in education and assessment    ☐ Customers front and centre: initiatives that improve learner or teacher experience, access, fairness or support    ☐ Research and innovation: evidence-based pilots, research or innovations in assessment and education</w:t>
            </w:r>
          </w:p>
          <w:p w14:paraId="6FA25748" w14:textId="77777777" w:rsidR="00450889" w:rsidRDefault="00000000">
            <w:pPr>
              <w:spacing w:after="40"/>
            </w:pPr>
            <w:r>
              <w:rPr>
                <w:b/>
                <w:color w:val="371376"/>
                <w:sz w:val="18"/>
              </w:rPr>
              <w:t>Preparation notes</w:t>
            </w:r>
          </w:p>
          <w:p w14:paraId="41FB5373" w14:textId="77777777" w:rsidR="00450889" w:rsidRDefault="00000000">
            <w:pPr>
              <w:spacing w:after="20"/>
            </w:pPr>
            <w:r>
              <w:rPr>
                <w:color w:val="AAA3B2"/>
                <w:sz w:val="16"/>
              </w:rPr>
              <w:t>________________________________________________________________________________</w:t>
            </w:r>
          </w:p>
        </w:tc>
      </w:tr>
    </w:tbl>
    <w:p w14:paraId="35F3323E"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2E375134"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4DDB35EF" w14:textId="77777777" w:rsidR="00450889" w:rsidRDefault="00000000">
            <w:pPr>
              <w:jc w:val="center"/>
            </w:pPr>
            <w:r>
              <w:rPr>
                <w:b/>
                <w:color w:val="FFFFFF"/>
                <w:sz w:val="22"/>
              </w:rPr>
              <w:t>2</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6DB1019D" w14:textId="77777777" w:rsidR="00450889" w:rsidRDefault="00000000">
            <w:r>
              <w:rPr>
                <w:b/>
                <w:sz w:val="22"/>
              </w:rPr>
              <w:t>Registered company or organisation name</w:t>
            </w:r>
            <w:r>
              <w:rPr>
                <w:b/>
                <w:color w:val="C8194B"/>
                <w:sz w:val="17"/>
              </w:rPr>
              <w:t xml:space="preserve">  Required</w:t>
            </w:r>
          </w:p>
          <w:p w14:paraId="3A97E48A" w14:textId="77777777" w:rsidR="00450889" w:rsidRDefault="00000000">
            <w:pPr>
              <w:spacing w:after="40"/>
            </w:pPr>
            <w:r>
              <w:rPr>
                <w:b/>
                <w:color w:val="371376"/>
                <w:sz w:val="18"/>
              </w:rPr>
              <w:t>Preparation notes</w:t>
            </w:r>
          </w:p>
          <w:p w14:paraId="70274963" w14:textId="77777777" w:rsidR="00450889" w:rsidRDefault="00000000">
            <w:pPr>
              <w:spacing w:after="20"/>
            </w:pPr>
            <w:r>
              <w:rPr>
                <w:color w:val="AAA3B2"/>
                <w:sz w:val="16"/>
              </w:rPr>
              <w:t>________________________________________________________________________________</w:t>
            </w:r>
          </w:p>
        </w:tc>
      </w:tr>
    </w:tbl>
    <w:p w14:paraId="1B3303A5"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1FE9DBFF"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0F1F9CEC" w14:textId="77777777" w:rsidR="00450889" w:rsidRDefault="00000000">
            <w:pPr>
              <w:jc w:val="center"/>
            </w:pPr>
            <w:r>
              <w:rPr>
                <w:b/>
                <w:color w:val="FFFFFF"/>
                <w:sz w:val="22"/>
              </w:rPr>
              <w:t>3</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4AD3C441" w14:textId="77777777" w:rsidR="00450889" w:rsidRDefault="00000000">
            <w:r>
              <w:rPr>
                <w:b/>
                <w:sz w:val="22"/>
              </w:rPr>
              <w:t>Are you a registered charity?</w:t>
            </w:r>
            <w:r>
              <w:rPr>
                <w:b/>
                <w:color w:val="C8194B"/>
                <w:sz w:val="17"/>
              </w:rPr>
              <w:t xml:space="preserve">  Required</w:t>
            </w:r>
          </w:p>
          <w:p w14:paraId="391CC622" w14:textId="77777777" w:rsidR="00450889" w:rsidRDefault="00000000">
            <w:r>
              <w:rPr>
                <w:sz w:val="19"/>
              </w:rPr>
              <w:t>☐ Yes    ☐ No</w:t>
            </w:r>
          </w:p>
        </w:tc>
      </w:tr>
    </w:tbl>
    <w:p w14:paraId="69A990B6"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2A60DCBC"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29219679" w14:textId="77777777" w:rsidR="00450889" w:rsidRDefault="00000000">
            <w:pPr>
              <w:jc w:val="center"/>
            </w:pPr>
            <w:r>
              <w:rPr>
                <w:b/>
                <w:color w:val="FFFFFF"/>
                <w:sz w:val="22"/>
              </w:rPr>
              <w:t>4</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8965935" w14:textId="77777777" w:rsidR="00450889" w:rsidRDefault="00000000">
            <w:r>
              <w:rPr>
                <w:b/>
                <w:sz w:val="22"/>
              </w:rPr>
              <w:t>Registered charity number</w:t>
            </w:r>
            <w:r>
              <w:rPr>
                <w:b/>
                <w:color w:val="C8194B"/>
                <w:sz w:val="17"/>
              </w:rPr>
              <w:t xml:space="preserve">  Required</w:t>
            </w:r>
          </w:p>
          <w:p w14:paraId="0AE8F10B" w14:textId="77777777" w:rsidR="00450889" w:rsidRDefault="00000000">
            <w:pPr>
              <w:spacing w:after="60"/>
            </w:pPr>
            <w:r>
              <w:rPr>
                <w:i/>
                <w:color w:val="666666"/>
                <w:sz w:val="19"/>
              </w:rPr>
              <w:t>Complete this if you selected Yes for the registered charity question.</w:t>
            </w:r>
          </w:p>
          <w:p w14:paraId="2573DB9C" w14:textId="77777777" w:rsidR="00450889" w:rsidRDefault="00000000">
            <w:pPr>
              <w:spacing w:after="40"/>
            </w:pPr>
            <w:r>
              <w:rPr>
                <w:b/>
                <w:color w:val="371376"/>
                <w:sz w:val="18"/>
              </w:rPr>
              <w:t>Preparation notes</w:t>
            </w:r>
          </w:p>
          <w:p w14:paraId="68BCB461" w14:textId="77777777" w:rsidR="00450889" w:rsidRDefault="00000000">
            <w:pPr>
              <w:spacing w:after="20"/>
            </w:pPr>
            <w:r>
              <w:rPr>
                <w:color w:val="AAA3B2"/>
                <w:sz w:val="16"/>
              </w:rPr>
              <w:t>________________________________________________________________________________</w:t>
            </w:r>
          </w:p>
        </w:tc>
      </w:tr>
    </w:tbl>
    <w:p w14:paraId="6100D690"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2F4E3507"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783429FA" w14:textId="77777777" w:rsidR="00450889" w:rsidRDefault="00000000">
            <w:pPr>
              <w:jc w:val="center"/>
            </w:pPr>
            <w:r>
              <w:rPr>
                <w:b/>
                <w:color w:val="FFFFFF"/>
                <w:sz w:val="22"/>
              </w:rPr>
              <w:t>5</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43B4998" w14:textId="77777777" w:rsidR="00450889" w:rsidRDefault="00000000">
            <w:r>
              <w:rPr>
                <w:b/>
                <w:sz w:val="22"/>
              </w:rPr>
              <w:t>Company or organisation registered address</w:t>
            </w:r>
            <w:r>
              <w:rPr>
                <w:b/>
                <w:color w:val="C8194B"/>
                <w:sz w:val="17"/>
              </w:rPr>
              <w:t xml:space="preserve">  Required</w:t>
            </w:r>
          </w:p>
          <w:p w14:paraId="718303BD" w14:textId="77777777" w:rsidR="00450889" w:rsidRDefault="00000000">
            <w:pPr>
              <w:spacing w:after="40"/>
            </w:pPr>
            <w:r>
              <w:rPr>
                <w:b/>
                <w:color w:val="371376"/>
                <w:sz w:val="18"/>
              </w:rPr>
              <w:t>Preparation notes</w:t>
            </w:r>
          </w:p>
          <w:p w14:paraId="4A335A5A" w14:textId="77777777" w:rsidR="00450889" w:rsidRDefault="00000000">
            <w:pPr>
              <w:spacing w:after="20"/>
            </w:pPr>
            <w:r>
              <w:rPr>
                <w:color w:val="AAA3B2"/>
                <w:sz w:val="16"/>
              </w:rPr>
              <w:t>________________________________________________________________________________</w:t>
            </w:r>
          </w:p>
          <w:p w14:paraId="2F1E0FBB" w14:textId="77777777" w:rsidR="00450889" w:rsidRDefault="00000000">
            <w:pPr>
              <w:spacing w:after="20"/>
            </w:pPr>
            <w:r>
              <w:rPr>
                <w:color w:val="AAA3B2"/>
                <w:sz w:val="16"/>
              </w:rPr>
              <w:t>________________________________________________________________________________</w:t>
            </w:r>
          </w:p>
        </w:tc>
      </w:tr>
    </w:tbl>
    <w:p w14:paraId="66551AF1"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576A0043"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69F781BD" w14:textId="77777777" w:rsidR="00450889" w:rsidRDefault="00000000">
            <w:pPr>
              <w:jc w:val="center"/>
            </w:pPr>
            <w:r>
              <w:rPr>
                <w:b/>
                <w:color w:val="FFFFFF"/>
                <w:sz w:val="22"/>
              </w:rPr>
              <w:lastRenderedPageBreak/>
              <w:t>6</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573928F8" w14:textId="77777777" w:rsidR="00450889" w:rsidRDefault="00000000">
            <w:r>
              <w:rPr>
                <w:b/>
                <w:sz w:val="22"/>
              </w:rPr>
              <w:t>City or town</w:t>
            </w:r>
            <w:r>
              <w:rPr>
                <w:b/>
                <w:color w:val="C8194B"/>
                <w:sz w:val="17"/>
              </w:rPr>
              <w:t xml:space="preserve">  Required</w:t>
            </w:r>
          </w:p>
          <w:p w14:paraId="46E58EDB" w14:textId="77777777" w:rsidR="00450889" w:rsidRDefault="00000000">
            <w:pPr>
              <w:spacing w:after="40"/>
            </w:pPr>
            <w:r>
              <w:rPr>
                <w:b/>
                <w:color w:val="371376"/>
                <w:sz w:val="18"/>
              </w:rPr>
              <w:t>Preparation notes</w:t>
            </w:r>
          </w:p>
          <w:p w14:paraId="6FA63C73" w14:textId="77777777" w:rsidR="00450889" w:rsidRDefault="00000000">
            <w:pPr>
              <w:spacing w:after="20"/>
            </w:pPr>
            <w:r>
              <w:rPr>
                <w:color w:val="AAA3B2"/>
                <w:sz w:val="16"/>
              </w:rPr>
              <w:t>________________________________________________________________________________</w:t>
            </w:r>
          </w:p>
        </w:tc>
      </w:tr>
    </w:tbl>
    <w:p w14:paraId="1898E72E"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7FB76FD9"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3CE98536" w14:textId="77777777" w:rsidR="00450889" w:rsidRDefault="00000000">
            <w:pPr>
              <w:jc w:val="center"/>
            </w:pPr>
            <w:r>
              <w:rPr>
                <w:b/>
                <w:color w:val="FFFFFF"/>
                <w:sz w:val="22"/>
              </w:rPr>
              <w:t>7</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65A8369E" w14:textId="77777777" w:rsidR="00450889" w:rsidRDefault="00000000">
            <w:r>
              <w:rPr>
                <w:b/>
                <w:sz w:val="22"/>
              </w:rPr>
              <w:t>Postcode</w:t>
            </w:r>
            <w:r>
              <w:rPr>
                <w:b/>
                <w:color w:val="C8194B"/>
                <w:sz w:val="17"/>
              </w:rPr>
              <w:t xml:space="preserve">  Required</w:t>
            </w:r>
          </w:p>
          <w:p w14:paraId="0144289D" w14:textId="77777777" w:rsidR="00450889" w:rsidRDefault="00000000">
            <w:pPr>
              <w:spacing w:after="40"/>
            </w:pPr>
            <w:r>
              <w:rPr>
                <w:b/>
                <w:color w:val="371376"/>
                <w:sz w:val="18"/>
              </w:rPr>
              <w:t>Preparation notes</w:t>
            </w:r>
          </w:p>
          <w:p w14:paraId="2ED6C104" w14:textId="77777777" w:rsidR="00450889" w:rsidRDefault="00000000">
            <w:pPr>
              <w:spacing w:after="20"/>
            </w:pPr>
            <w:r>
              <w:rPr>
                <w:color w:val="AAA3B2"/>
                <w:sz w:val="16"/>
              </w:rPr>
              <w:t>________________________________________________________________________________</w:t>
            </w:r>
          </w:p>
        </w:tc>
      </w:tr>
    </w:tbl>
    <w:p w14:paraId="3B4AC26B"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660D48EC"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3E11585D" w14:textId="77777777" w:rsidR="00450889" w:rsidRDefault="00000000">
            <w:pPr>
              <w:jc w:val="center"/>
            </w:pPr>
            <w:r>
              <w:rPr>
                <w:b/>
                <w:color w:val="FFFFFF"/>
                <w:sz w:val="22"/>
              </w:rPr>
              <w:t>8</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3A77CB4A" w14:textId="77777777" w:rsidR="00450889" w:rsidRDefault="00000000">
            <w:r>
              <w:rPr>
                <w:b/>
                <w:sz w:val="22"/>
              </w:rPr>
              <w:t>Website, if applicable</w:t>
            </w:r>
          </w:p>
          <w:p w14:paraId="20BEB81E" w14:textId="77777777" w:rsidR="00450889" w:rsidRDefault="00000000">
            <w:pPr>
              <w:spacing w:after="60"/>
            </w:pPr>
            <w:r>
              <w:rPr>
                <w:i/>
                <w:color w:val="666666"/>
                <w:sz w:val="19"/>
              </w:rPr>
              <w:t>Provide a valid website URL.</w:t>
            </w:r>
          </w:p>
          <w:p w14:paraId="4FAA0F65" w14:textId="77777777" w:rsidR="00450889" w:rsidRDefault="00000000">
            <w:pPr>
              <w:spacing w:after="40"/>
            </w:pPr>
            <w:r>
              <w:rPr>
                <w:b/>
                <w:color w:val="371376"/>
                <w:sz w:val="18"/>
              </w:rPr>
              <w:t>Preparation notes</w:t>
            </w:r>
          </w:p>
          <w:p w14:paraId="4A1D6DE2" w14:textId="77777777" w:rsidR="00450889" w:rsidRDefault="00000000">
            <w:pPr>
              <w:spacing w:after="20"/>
            </w:pPr>
            <w:r>
              <w:rPr>
                <w:color w:val="AAA3B2"/>
                <w:sz w:val="16"/>
              </w:rPr>
              <w:t>________________________________________________________________________________</w:t>
            </w:r>
          </w:p>
        </w:tc>
      </w:tr>
    </w:tbl>
    <w:p w14:paraId="26B36D10" w14:textId="77777777" w:rsidR="00450889" w:rsidRDefault="00450889">
      <w:pPr>
        <w:spacing w:after="40"/>
      </w:pPr>
    </w:p>
    <w:p w14:paraId="4C6BC4CC" w14:textId="77777777" w:rsidR="00450889" w:rsidRDefault="00000000">
      <w:r>
        <w:br w:type="page"/>
      </w:r>
    </w:p>
    <w:p w14:paraId="5D69929C" w14:textId="77777777" w:rsidR="00450889" w:rsidRDefault="00000000">
      <w:pPr>
        <w:pStyle w:val="Heading1"/>
        <w:spacing w:before="200" w:after="60"/>
      </w:pPr>
      <w:r>
        <w:rPr>
          <w:rFonts w:ascii="Source Sans Pro" w:hAnsi="Source Sans Pro"/>
          <w:color w:val="371376"/>
          <w:sz w:val="42"/>
        </w:rPr>
        <w:lastRenderedPageBreak/>
        <w:t>Key contact for this application</w:t>
      </w:r>
    </w:p>
    <w:p w14:paraId="362A55F8" w14:textId="77777777" w:rsidR="00450889" w:rsidRDefault="00000000">
      <w:pPr>
        <w:keepNext/>
        <w:spacing w:after="200"/>
      </w:pPr>
      <w:r>
        <w:rPr>
          <w:color w:val="666666"/>
        </w:rPr>
        <w:t>Primary contact information</w:t>
      </w:r>
    </w:p>
    <w:tbl>
      <w:tblPr>
        <w:tblW w:w="0" w:type="auto"/>
        <w:tblLayout w:type="fixed"/>
        <w:tblLook w:val="04A0" w:firstRow="1" w:lastRow="0" w:firstColumn="1" w:lastColumn="0" w:noHBand="0" w:noVBand="1"/>
      </w:tblPr>
      <w:tblGrid>
        <w:gridCol w:w="5083"/>
        <w:gridCol w:w="5083"/>
      </w:tblGrid>
      <w:tr w:rsidR="00450889" w14:paraId="45EA7B7C"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1130E922" w14:textId="77777777" w:rsidR="00450889" w:rsidRDefault="00000000">
            <w:pPr>
              <w:jc w:val="center"/>
            </w:pPr>
            <w:r>
              <w:rPr>
                <w:b/>
                <w:color w:val="FFFFFF"/>
                <w:sz w:val="22"/>
              </w:rPr>
              <w:t>9</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1C6C6F42" w14:textId="77777777" w:rsidR="00450889" w:rsidRDefault="00000000">
            <w:r>
              <w:rPr>
                <w:b/>
                <w:sz w:val="22"/>
              </w:rPr>
              <w:t>Full name</w:t>
            </w:r>
            <w:r>
              <w:rPr>
                <w:b/>
                <w:color w:val="C8194B"/>
                <w:sz w:val="17"/>
              </w:rPr>
              <w:t xml:space="preserve">  Required</w:t>
            </w:r>
          </w:p>
          <w:p w14:paraId="06F4E968" w14:textId="77777777" w:rsidR="00450889" w:rsidRDefault="00000000">
            <w:pPr>
              <w:spacing w:after="40"/>
            </w:pPr>
            <w:r>
              <w:rPr>
                <w:b/>
                <w:color w:val="371376"/>
                <w:sz w:val="18"/>
              </w:rPr>
              <w:t>Preparation notes</w:t>
            </w:r>
          </w:p>
          <w:p w14:paraId="7CAAF79F" w14:textId="77777777" w:rsidR="00450889" w:rsidRDefault="00000000">
            <w:pPr>
              <w:spacing w:after="20"/>
            </w:pPr>
            <w:r>
              <w:rPr>
                <w:color w:val="AAA3B2"/>
                <w:sz w:val="16"/>
              </w:rPr>
              <w:t>________________________________________________________________________________</w:t>
            </w:r>
          </w:p>
        </w:tc>
      </w:tr>
    </w:tbl>
    <w:p w14:paraId="4F900D1A"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7589C91C"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64537C1B" w14:textId="77777777" w:rsidR="00450889" w:rsidRDefault="00000000">
            <w:pPr>
              <w:jc w:val="center"/>
            </w:pPr>
            <w:r>
              <w:rPr>
                <w:b/>
                <w:color w:val="FFFFFF"/>
                <w:sz w:val="22"/>
              </w:rPr>
              <w:t>10</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71CCF398" w14:textId="77777777" w:rsidR="00450889" w:rsidRDefault="00000000">
            <w:r>
              <w:rPr>
                <w:b/>
                <w:sz w:val="22"/>
              </w:rPr>
              <w:t>Role or job title</w:t>
            </w:r>
            <w:r>
              <w:rPr>
                <w:b/>
                <w:color w:val="C8194B"/>
                <w:sz w:val="17"/>
              </w:rPr>
              <w:t xml:space="preserve">  Required</w:t>
            </w:r>
          </w:p>
          <w:p w14:paraId="5EA9FB9D" w14:textId="77777777" w:rsidR="00450889" w:rsidRDefault="00000000">
            <w:pPr>
              <w:spacing w:after="40"/>
            </w:pPr>
            <w:r>
              <w:rPr>
                <w:b/>
                <w:color w:val="371376"/>
                <w:sz w:val="18"/>
              </w:rPr>
              <w:t>Preparation notes</w:t>
            </w:r>
          </w:p>
          <w:p w14:paraId="3A26975E" w14:textId="77777777" w:rsidR="00450889" w:rsidRDefault="00000000">
            <w:pPr>
              <w:spacing w:after="20"/>
            </w:pPr>
            <w:r>
              <w:rPr>
                <w:color w:val="AAA3B2"/>
                <w:sz w:val="16"/>
              </w:rPr>
              <w:t>________________________________________________________________________________</w:t>
            </w:r>
          </w:p>
        </w:tc>
      </w:tr>
    </w:tbl>
    <w:p w14:paraId="41F540D1"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7B4046FC"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78C45F53" w14:textId="77777777" w:rsidR="00450889" w:rsidRDefault="00000000">
            <w:pPr>
              <w:jc w:val="center"/>
            </w:pPr>
            <w:r>
              <w:rPr>
                <w:b/>
                <w:color w:val="FFFFFF"/>
                <w:sz w:val="22"/>
              </w:rPr>
              <w:t>11</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2089E558" w14:textId="77777777" w:rsidR="00450889" w:rsidRDefault="00000000">
            <w:r>
              <w:rPr>
                <w:b/>
                <w:sz w:val="22"/>
              </w:rPr>
              <w:t>Email address</w:t>
            </w:r>
            <w:r>
              <w:rPr>
                <w:b/>
                <w:color w:val="C8194B"/>
                <w:sz w:val="17"/>
              </w:rPr>
              <w:t xml:space="preserve">  Required</w:t>
            </w:r>
          </w:p>
          <w:p w14:paraId="653033EA" w14:textId="77777777" w:rsidR="00450889" w:rsidRDefault="00000000">
            <w:pPr>
              <w:spacing w:after="60"/>
            </w:pPr>
            <w:r>
              <w:rPr>
                <w:i/>
                <w:color w:val="666666"/>
                <w:sz w:val="19"/>
              </w:rPr>
              <w:t>Provide a valid email address.</w:t>
            </w:r>
          </w:p>
          <w:p w14:paraId="054474C6" w14:textId="77777777" w:rsidR="00450889" w:rsidRDefault="00000000">
            <w:pPr>
              <w:spacing w:after="40"/>
            </w:pPr>
            <w:r>
              <w:rPr>
                <w:b/>
                <w:color w:val="371376"/>
                <w:sz w:val="18"/>
              </w:rPr>
              <w:t>Preparation notes</w:t>
            </w:r>
          </w:p>
          <w:p w14:paraId="2E407E76" w14:textId="77777777" w:rsidR="00450889" w:rsidRDefault="00000000">
            <w:pPr>
              <w:spacing w:after="20"/>
            </w:pPr>
            <w:r>
              <w:rPr>
                <w:color w:val="AAA3B2"/>
                <w:sz w:val="16"/>
              </w:rPr>
              <w:t>________________________________________________________________________________</w:t>
            </w:r>
          </w:p>
        </w:tc>
      </w:tr>
    </w:tbl>
    <w:p w14:paraId="6BF034BE"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450554BA"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79245F52" w14:textId="77777777" w:rsidR="00450889" w:rsidRDefault="00000000">
            <w:pPr>
              <w:jc w:val="center"/>
            </w:pPr>
            <w:r>
              <w:rPr>
                <w:b/>
                <w:color w:val="FFFFFF"/>
                <w:sz w:val="22"/>
              </w:rPr>
              <w:t>12</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369C833" w14:textId="77777777" w:rsidR="00450889" w:rsidRDefault="00000000">
            <w:r>
              <w:rPr>
                <w:b/>
                <w:sz w:val="22"/>
              </w:rPr>
              <w:t>Phone number</w:t>
            </w:r>
            <w:r>
              <w:rPr>
                <w:b/>
                <w:color w:val="C8194B"/>
                <w:sz w:val="17"/>
              </w:rPr>
              <w:t xml:space="preserve">  Required</w:t>
            </w:r>
          </w:p>
          <w:p w14:paraId="0C32064D" w14:textId="77777777" w:rsidR="00450889" w:rsidRDefault="00000000">
            <w:pPr>
              <w:spacing w:after="60"/>
            </w:pPr>
            <w:r>
              <w:rPr>
                <w:i/>
                <w:color w:val="666666"/>
                <w:sz w:val="19"/>
              </w:rPr>
              <w:t>Provide a telephone number.</w:t>
            </w:r>
          </w:p>
          <w:p w14:paraId="76286D2B" w14:textId="77777777" w:rsidR="00450889" w:rsidRDefault="00000000">
            <w:pPr>
              <w:spacing w:after="40"/>
            </w:pPr>
            <w:r>
              <w:rPr>
                <w:b/>
                <w:color w:val="371376"/>
                <w:sz w:val="18"/>
              </w:rPr>
              <w:t>Preparation notes</w:t>
            </w:r>
          </w:p>
          <w:p w14:paraId="07F1097A" w14:textId="77777777" w:rsidR="00450889" w:rsidRDefault="00000000">
            <w:pPr>
              <w:spacing w:after="20"/>
            </w:pPr>
            <w:r>
              <w:rPr>
                <w:color w:val="AAA3B2"/>
                <w:sz w:val="16"/>
              </w:rPr>
              <w:t>________________________________________________________________________________</w:t>
            </w:r>
          </w:p>
        </w:tc>
      </w:tr>
    </w:tbl>
    <w:p w14:paraId="78904161" w14:textId="77777777" w:rsidR="00450889" w:rsidRDefault="00450889">
      <w:pPr>
        <w:spacing w:after="40"/>
      </w:pPr>
    </w:p>
    <w:p w14:paraId="51290FF6" w14:textId="77777777" w:rsidR="00450889" w:rsidRDefault="00000000">
      <w:pPr>
        <w:pStyle w:val="Heading1"/>
        <w:spacing w:before="200" w:after="60"/>
      </w:pPr>
      <w:r>
        <w:rPr>
          <w:rFonts w:ascii="Source Sans Pro" w:hAnsi="Source Sans Pro"/>
          <w:color w:val="371376"/>
          <w:sz w:val="42"/>
        </w:rPr>
        <w:t>Funding request</w:t>
      </w:r>
    </w:p>
    <w:tbl>
      <w:tblPr>
        <w:tblW w:w="0" w:type="auto"/>
        <w:tblLayout w:type="fixed"/>
        <w:tblLook w:val="04A0" w:firstRow="1" w:lastRow="0" w:firstColumn="1" w:lastColumn="0" w:noHBand="0" w:noVBand="1"/>
      </w:tblPr>
      <w:tblGrid>
        <w:gridCol w:w="5083"/>
        <w:gridCol w:w="5083"/>
      </w:tblGrid>
      <w:tr w:rsidR="00450889" w14:paraId="4ED41575"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2F563599" w14:textId="77777777" w:rsidR="00450889" w:rsidRDefault="00000000">
            <w:pPr>
              <w:jc w:val="center"/>
            </w:pPr>
            <w:r>
              <w:rPr>
                <w:b/>
                <w:color w:val="FFFFFF"/>
                <w:sz w:val="22"/>
              </w:rPr>
              <w:t>13</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1952F145" w14:textId="77777777" w:rsidR="00450889" w:rsidRDefault="00000000">
            <w:r>
              <w:rPr>
                <w:b/>
                <w:sz w:val="22"/>
              </w:rPr>
              <w:t>Amount requested (select one)</w:t>
            </w:r>
            <w:r>
              <w:rPr>
                <w:b/>
                <w:color w:val="C8194B"/>
                <w:sz w:val="17"/>
              </w:rPr>
              <w:t xml:space="preserve">  Required</w:t>
            </w:r>
          </w:p>
          <w:p w14:paraId="1DFEB0DF" w14:textId="77777777" w:rsidR="00450889" w:rsidRDefault="00000000">
            <w:r>
              <w:rPr>
                <w:sz w:val="19"/>
              </w:rPr>
              <w:t>☐ £10,000    ☐ £25,000    ☐ £40,000</w:t>
            </w:r>
          </w:p>
        </w:tc>
      </w:tr>
    </w:tbl>
    <w:p w14:paraId="3947F70E"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756D7906"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18DDADDA" w14:textId="77777777" w:rsidR="00450889" w:rsidRDefault="00000000">
            <w:pPr>
              <w:jc w:val="center"/>
            </w:pPr>
            <w:r>
              <w:rPr>
                <w:b/>
                <w:color w:val="FFFFFF"/>
                <w:sz w:val="22"/>
              </w:rPr>
              <w:t>14</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B634EE7" w14:textId="77777777" w:rsidR="00450889" w:rsidRDefault="00000000">
            <w:r>
              <w:rPr>
                <w:b/>
                <w:sz w:val="22"/>
              </w:rPr>
              <w:t>Will this funding be subject to VAT?</w:t>
            </w:r>
            <w:r>
              <w:rPr>
                <w:b/>
                <w:color w:val="C8194B"/>
                <w:sz w:val="17"/>
              </w:rPr>
              <w:t xml:space="preserve">  Required</w:t>
            </w:r>
          </w:p>
          <w:p w14:paraId="7BD6AB10" w14:textId="77777777" w:rsidR="00450889" w:rsidRDefault="00000000">
            <w:r>
              <w:rPr>
                <w:sz w:val="19"/>
              </w:rPr>
              <w:t>☐ Yes    ☐ No    ☐ Partially</w:t>
            </w:r>
          </w:p>
        </w:tc>
      </w:tr>
    </w:tbl>
    <w:p w14:paraId="03C8D0E5"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0E52B6C5"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4A02A274" w14:textId="77777777" w:rsidR="00450889" w:rsidRDefault="00000000">
            <w:pPr>
              <w:jc w:val="center"/>
            </w:pPr>
            <w:r>
              <w:rPr>
                <w:b/>
                <w:color w:val="FFFFFF"/>
                <w:sz w:val="22"/>
              </w:rPr>
              <w:t>15</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621F1DFF" w14:textId="77777777" w:rsidR="00450889" w:rsidRDefault="00000000">
            <w:r>
              <w:rPr>
                <w:b/>
                <w:sz w:val="22"/>
              </w:rPr>
              <w:t xml:space="preserve">Explain your VAT position in relation to this </w:t>
            </w:r>
            <w:r>
              <w:rPr>
                <w:b/>
                <w:sz w:val="22"/>
              </w:rPr>
              <w:lastRenderedPageBreak/>
              <w:t>funding</w:t>
            </w:r>
            <w:r>
              <w:rPr>
                <w:b/>
                <w:color w:val="C8194B"/>
                <w:sz w:val="17"/>
              </w:rPr>
              <w:t xml:space="preserve">  Required</w:t>
            </w:r>
          </w:p>
          <w:p w14:paraId="5ECEA204" w14:textId="77777777" w:rsidR="00450889" w:rsidRDefault="00000000">
            <w:pPr>
              <w:spacing w:after="60"/>
            </w:pPr>
            <w:r>
              <w:rPr>
                <w:i/>
                <w:color w:val="666666"/>
                <w:sz w:val="19"/>
              </w:rPr>
              <w:t>Describe how VAT applies to your organisation and this project. If VAT registered, include your VAT registration number.</w:t>
            </w:r>
          </w:p>
          <w:p w14:paraId="382A6040" w14:textId="77777777" w:rsidR="00450889" w:rsidRDefault="00000000">
            <w:pPr>
              <w:spacing w:after="40"/>
            </w:pPr>
            <w:r>
              <w:rPr>
                <w:b/>
                <w:color w:val="371376"/>
                <w:sz w:val="18"/>
              </w:rPr>
              <w:t>Preparation notes</w:t>
            </w:r>
          </w:p>
          <w:p w14:paraId="4CBB4733" w14:textId="77777777" w:rsidR="00450889" w:rsidRDefault="00000000">
            <w:pPr>
              <w:spacing w:after="20"/>
            </w:pPr>
            <w:r>
              <w:rPr>
                <w:color w:val="AAA3B2"/>
                <w:sz w:val="16"/>
              </w:rPr>
              <w:t>________________________________________________________________________________</w:t>
            </w:r>
          </w:p>
          <w:p w14:paraId="47A74219" w14:textId="77777777" w:rsidR="00450889" w:rsidRDefault="00000000">
            <w:pPr>
              <w:spacing w:after="20"/>
            </w:pPr>
            <w:r>
              <w:rPr>
                <w:color w:val="AAA3B2"/>
                <w:sz w:val="16"/>
              </w:rPr>
              <w:t>________________________________________________________________________________</w:t>
            </w:r>
          </w:p>
          <w:p w14:paraId="769F995D" w14:textId="77777777" w:rsidR="00450889" w:rsidRDefault="00000000">
            <w:pPr>
              <w:spacing w:after="20"/>
            </w:pPr>
            <w:r>
              <w:rPr>
                <w:color w:val="AAA3B2"/>
                <w:sz w:val="16"/>
              </w:rPr>
              <w:t>________________________________________________________________________________</w:t>
            </w:r>
          </w:p>
          <w:p w14:paraId="63CB6E48" w14:textId="77777777" w:rsidR="00450889" w:rsidRDefault="00000000">
            <w:pPr>
              <w:spacing w:after="20"/>
            </w:pPr>
            <w:r>
              <w:rPr>
                <w:color w:val="AAA3B2"/>
                <w:sz w:val="16"/>
              </w:rPr>
              <w:t>________________________________________________________________________________</w:t>
            </w:r>
          </w:p>
        </w:tc>
      </w:tr>
    </w:tbl>
    <w:p w14:paraId="163A6BA6" w14:textId="77777777" w:rsidR="00450889" w:rsidRDefault="00450889">
      <w:pPr>
        <w:spacing w:after="40"/>
      </w:pPr>
    </w:p>
    <w:p w14:paraId="5A408F1A" w14:textId="77777777" w:rsidR="00450889" w:rsidRDefault="00000000">
      <w:r>
        <w:br w:type="page"/>
      </w:r>
    </w:p>
    <w:p w14:paraId="79BEC371" w14:textId="77777777" w:rsidR="00450889" w:rsidRDefault="00000000">
      <w:pPr>
        <w:pStyle w:val="Heading1"/>
        <w:spacing w:before="200" w:after="60"/>
      </w:pPr>
      <w:r>
        <w:rPr>
          <w:rFonts w:ascii="Source Sans Pro" w:hAnsi="Source Sans Pro"/>
          <w:color w:val="371376"/>
          <w:sz w:val="42"/>
        </w:rPr>
        <w:lastRenderedPageBreak/>
        <w:t>Project information</w:t>
      </w:r>
    </w:p>
    <w:p w14:paraId="265CAE94" w14:textId="77777777" w:rsidR="00450889" w:rsidRDefault="00000000">
      <w:pPr>
        <w:keepNext/>
        <w:spacing w:after="200"/>
      </w:pPr>
      <w:r>
        <w:rPr>
          <w:color w:val="666666"/>
        </w:rPr>
        <w:t>Part 1</w:t>
      </w:r>
    </w:p>
    <w:tbl>
      <w:tblPr>
        <w:tblW w:w="0" w:type="auto"/>
        <w:tblLayout w:type="fixed"/>
        <w:tblLook w:val="04A0" w:firstRow="1" w:lastRow="0" w:firstColumn="1" w:lastColumn="0" w:noHBand="0" w:noVBand="1"/>
      </w:tblPr>
      <w:tblGrid>
        <w:gridCol w:w="5083"/>
        <w:gridCol w:w="5083"/>
      </w:tblGrid>
      <w:tr w:rsidR="00450889" w14:paraId="6C6B7C1D"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4CA2263A" w14:textId="77777777" w:rsidR="00450889" w:rsidRDefault="00000000">
            <w:pPr>
              <w:jc w:val="center"/>
            </w:pPr>
            <w:r>
              <w:rPr>
                <w:b/>
                <w:color w:val="FFFFFF"/>
                <w:sz w:val="22"/>
              </w:rPr>
              <w:t>16</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3A15D56" w14:textId="77777777" w:rsidR="00450889" w:rsidRDefault="00000000">
            <w:r>
              <w:rPr>
                <w:b/>
                <w:sz w:val="22"/>
              </w:rPr>
              <w:t>Project title</w:t>
            </w:r>
            <w:r>
              <w:rPr>
                <w:b/>
                <w:color w:val="C8194B"/>
                <w:sz w:val="17"/>
              </w:rPr>
              <w:t xml:space="preserve">  Required</w:t>
            </w:r>
          </w:p>
          <w:p w14:paraId="60864CAF" w14:textId="77777777" w:rsidR="00450889" w:rsidRDefault="00000000">
            <w:pPr>
              <w:spacing w:after="40"/>
            </w:pPr>
            <w:r>
              <w:rPr>
                <w:b/>
                <w:color w:val="371376"/>
                <w:sz w:val="18"/>
              </w:rPr>
              <w:t>Preparation notes</w:t>
            </w:r>
          </w:p>
          <w:p w14:paraId="1B38C85E" w14:textId="77777777" w:rsidR="00450889" w:rsidRDefault="00000000">
            <w:pPr>
              <w:spacing w:after="20"/>
            </w:pPr>
            <w:r>
              <w:rPr>
                <w:color w:val="AAA3B2"/>
                <w:sz w:val="16"/>
              </w:rPr>
              <w:t>________________________________________________________________________________</w:t>
            </w:r>
          </w:p>
        </w:tc>
      </w:tr>
    </w:tbl>
    <w:p w14:paraId="728546B0"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0D35ADEF"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7DF5CC57" w14:textId="77777777" w:rsidR="00450889" w:rsidRDefault="00000000">
            <w:pPr>
              <w:jc w:val="center"/>
            </w:pPr>
            <w:r>
              <w:rPr>
                <w:b/>
                <w:color w:val="FFFFFF"/>
                <w:sz w:val="22"/>
              </w:rPr>
              <w:t>17</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59AD0FED" w14:textId="77777777" w:rsidR="00450889" w:rsidRDefault="00000000">
            <w:r>
              <w:rPr>
                <w:b/>
                <w:sz w:val="22"/>
              </w:rPr>
              <w:t>Summary</w:t>
            </w:r>
            <w:r>
              <w:rPr>
                <w:b/>
                <w:color w:val="C8194B"/>
                <w:sz w:val="17"/>
              </w:rPr>
              <w:t xml:space="preserve">  Required</w:t>
            </w:r>
          </w:p>
          <w:p w14:paraId="5F48EDB5" w14:textId="77777777" w:rsidR="00450889" w:rsidRDefault="00000000">
            <w:pPr>
              <w:spacing w:after="60"/>
            </w:pPr>
            <w:r>
              <w:rPr>
                <w:i/>
                <w:color w:val="666666"/>
                <w:sz w:val="19"/>
              </w:rPr>
              <w:t>Provide a summary of no more than 150 words. The form allows up to 1,000 characters.</w:t>
            </w:r>
          </w:p>
          <w:p w14:paraId="0BD42734" w14:textId="77777777" w:rsidR="00450889" w:rsidRDefault="00000000">
            <w:pPr>
              <w:spacing w:after="40"/>
            </w:pPr>
            <w:r>
              <w:rPr>
                <w:b/>
                <w:color w:val="371376"/>
                <w:sz w:val="18"/>
              </w:rPr>
              <w:t>Preparation notes</w:t>
            </w:r>
          </w:p>
          <w:p w14:paraId="64F09F53" w14:textId="77777777" w:rsidR="00450889" w:rsidRDefault="00000000">
            <w:pPr>
              <w:spacing w:after="20"/>
            </w:pPr>
            <w:r>
              <w:rPr>
                <w:color w:val="AAA3B2"/>
                <w:sz w:val="16"/>
              </w:rPr>
              <w:t>________________________________________________________________________________</w:t>
            </w:r>
          </w:p>
          <w:p w14:paraId="7E1D1E25" w14:textId="77777777" w:rsidR="00450889" w:rsidRDefault="00000000">
            <w:pPr>
              <w:spacing w:after="20"/>
            </w:pPr>
            <w:r>
              <w:rPr>
                <w:color w:val="AAA3B2"/>
                <w:sz w:val="16"/>
              </w:rPr>
              <w:t>________________________________________________________________________________</w:t>
            </w:r>
          </w:p>
          <w:p w14:paraId="3E1A8055" w14:textId="77777777" w:rsidR="00450889" w:rsidRDefault="00000000">
            <w:pPr>
              <w:spacing w:after="20"/>
            </w:pPr>
            <w:r>
              <w:rPr>
                <w:color w:val="AAA3B2"/>
                <w:sz w:val="16"/>
              </w:rPr>
              <w:t>________________________________________________________________________________</w:t>
            </w:r>
          </w:p>
          <w:p w14:paraId="19B9FF58" w14:textId="77777777" w:rsidR="00450889" w:rsidRDefault="00000000">
            <w:pPr>
              <w:spacing w:after="20"/>
            </w:pPr>
            <w:r>
              <w:rPr>
                <w:color w:val="AAA3B2"/>
                <w:sz w:val="16"/>
              </w:rPr>
              <w:t>________________________________________________________________________________</w:t>
            </w:r>
          </w:p>
          <w:p w14:paraId="0F858ADE" w14:textId="77777777" w:rsidR="00450889" w:rsidRDefault="00000000">
            <w:pPr>
              <w:spacing w:after="20"/>
            </w:pPr>
            <w:r>
              <w:rPr>
                <w:color w:val="AAA3B2"/>
                <w:sz w:val="16"/>
              </w:rPr>
              <w:t>________________________________________________________________________________</w:t>
            </w:r>
          </w:p>
          <w:p w14:paraId="112D2D75" w14:textId="77777777" w:rsidR="00450889" w:rsidRDefault="00000000">
            <w:pPr>
              <w:spacing w:after="20"/>
            </w:pPr>
            <w:r>
              <w:rPr>
                <w:color w:val="AAA3B2"/>
                <w:sz w:val="16"/>
              </w:rPr>
              <w:t>________________________________________________________________________________</w:t>
            </w:r>
          </w:p>
        </w:tc>
      </w:tr>
    </w:tbl>
    <w:p w14:paraId="5F5E67CA"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39EBAEE6"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43C0928A" w14:textId="77777777" w:rsidR="00450889" w:rsidRDefault="00000000">
            <w:pPr>
              <w:jc w:val="center"/>
            </w:pPr>
            <w:r>
              <w:rPr>
                <w:b/>
                <w:color w:val="FFFFFF"/>
                <w:sz w:val="22"/>
              </w:rPr>
              <w:t>18</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4DC29006" w14:textId="77777777" w:rsidR="00450889" w:rsidRDefault="00000000">
            <w:r>
              <w:rPr>
                <w:b/>
                <w:sz w:val="22"/>
              </w:rPr>
              <w:t>Need and rationale</w:t>
            </w:r>
            <w:r>
              <w:rPr>
                <w:b/>
                <w:color w:val="C8194B"/>
                <w:sz w:val="17"/>
              </w:rPr>
              <w:t xml:space="preserve">  Required</w:t>
            </w:r>
          </w:p>
          <w:p w14:paraId="3C1C127E" w14:textId="77777777" w:rsidR="00450889" w:rsidRDefault="00000000">
            <w:pPr>
              <w:spacing w:after="60"/>
            </w:pPr>
            <w:r>
              <w:rPr>
                <w:i/>
                <w:color w:val="666666"/>
                <w:sz w:val="19"/>
              </w:rPr>
              <w:t>What problem are you addressing? Who benefits?</w:t>
            </w:r>
          </w:p>
          <w:p w14:paraId="1BFE3D39" w14:textId="77777777" w:rsidR="00450889" w:rsidRDefault="00000000">
            <w:pPr>
              <w:spacing w:after="40"/>
            </w:pPr>
            <w:r>
              <w:rPr>
                <w:b/>
                <w:color w:val="371376"/>
                <w:sz w:val="18"/>
              </w:rPr>
              <w:t>Preparation notes</w:t>
            </w:r>
          </w:p>
          <w:p w14:paraId="037F7832" w14:textId="77777777" w:rsidR="00450889" w:rsidRDefault="00000000">
            <w:pPr>
              <w:spacing w:after="20"/>
            </w:pPr>
            <w:r>
              <w:rPr>
                <w:color w:val="AAA3B2"/>
                <w:sz w:val="16"/>
              </w:rPr>
              <w:t>________________________________________________________________________________</w:t>
            </w:r>
          </w:p>
          <w:p w14:paraId="4C32CA63" w14:textId="77777777" w:rsidR="00450889" w:rsidRDefault="00000000">
            <w:pPr>
              <w:spacing w:after="20"/>
            </w:pPr>
            <w:r>
              <w:rPr>
                <w:color w:val="AAA3B2"/>
                <w:sz w:val="16"/>
              </w:rPr>
              <w:t>________________________________________________________________________________</w:t>
            </w:r>
          </w:p>
          <w:p w14:paraId="538B28F5" w14:textId="77777777" w:rsidR="00450889" w:rsidRDefault="00000000">
            <w:pPr>
              <w:spacing w:after="20"/>
            </w:pPr>
            <w:r>
              <w:rPr>
                <w:color w:val="AAA3B2"/>
                <w:sz w:val="16"/>
              </w:rPr>
              <w:t>________________________________________________________________________________</w:t>
            </w:r>
          </w:p>
          <w:p w14:paraId="1CAF158C" w14:textId="77777777" w:rsidR="00450889" w:rsidRDefault="00000000">
            <w:pPr>
              <w:spacing w:after="20"/>
            </w:pPr>
            <w:r>
              <w:rPr>
                <w:color w:val="AAA3B2"/>
                <w:sz w:val="16"/>
              </w:rPr>
              <w:t>________________________________________________________________________________</w:t>
            </w:r>
          </w:p>
          <w:p w14:paraId="03DA6DD6" w14:textId="77777777" w:rsidR="00450889" w:rsidRDefault="00000000">
            <w:pPr>
              <w:spacing w:after="20"/>
            </w:pPr>
            <w:r>
              <w:rPr>
                <w:color w:val="AAA3B2"/>
                <w:sz w:val="16"/>
              </w:rPr>
              <w:t>________________________________________________________________________________</w:t>
            </w:r>
          </w:p>
          <w:p w14:paraId="6DB45347" w14:textId="77777777" w:rsidR="00450889" w:rsidRDefault="00000000">
            <w:pPr>
              <w:spacing w:after="20"/>
            </w:pPr>
            <w:r>
              <w:rPr>
                <w:color w:val="AAA3B2"/>
                <w:sz w:val="16"/>
              </w:rPr>
              <w:t>________________________________________________________________________________</w:t>
            </w:r>
          </w:p>
        </w:tc>
      </w:tr>
    </w:tbl>
    <w:p w14:paraId="21A17ACF"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313C36A6"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4AF11517" w14:textId="77777777" w:rsidR="00450889" w:rsidRDefault="00000000">
            <w:pPr>
              <w:jc w:val="center"/>
            </w:pPr>
            <w:r>
              <w:rPr>
                <w:b/>
                <w:color w:val="FFFFFF"/>
                <w:sz w:val="22"/>
              </w:rPr>
              <w:t>19</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1DC2EE8C" w14:textId="77777777" w:rsidR="00450889" w:rsidRDefault="00000000">
            <w:r>
              <w:rPr>
                <w:b/>
                <w:sz w:val="22"/>
              </w:rPr>
              <w:t>Objectives and expected outcomes</w:t>
            </w:r>
            <w:r>
              <w:rPr>
                <w:b/>
                <w:color w:val="C8194B"/>
                <w:sz w:val="17"/>
              </w:rPr>
              <w:t xml:space="preserve">  Required</w:t>
            </w:r>
          </w:p>
          <w:p w14:paraId="5A462682" w14:textId="77777777" w:rsidR="00450889" w:rsidRDefault="00000000">
            <w:pPr>
              <w:spacing w:after="60"/>
            </w:pPr>
            <w:r>
              <w:rPr>
                <w:i/>
                <w:color w:val="666666"/>
                <w:sz w:val="19"/>
              </w:rPr>
              <w:t>Provide 3 to 5 bullet points.</w:t>
            </w:r>
          </w:p>
          <w:p w14:paraId="5040252A" w14:textId="77777777" w:rsidR="00450889" w:rsidRDefault="00000000">
            <w:pPr>
              <w:spacing w:after="40"/>
            </w:pPr>
            <w:r>
              <w:rPr>
                <w:b/>
                <w:color w:val="371376"/>
                <w:sz w:val="18"/>
              </w:rPr>
              <w:lastRenderedPageBreak/>
              <w:t>Preparation notes</w:t>
            </w:r>
          </w:p>
          <w:p w14:paraId="47DE913A" w14:textId="77777777" w:rsidR="00450889" w:rsidRDefault="00000000">
            <w:pPr>
              <w:spacing w:after="20"/>
            </w:pPr>
            <w:r>
              <w:rPr>
                <w:color w:val="AAA3B2"/>
                <w:sz w:val="16"/>
              </w:rPr>
              <w:t>________________________________________________________________________________</w:t>
            </w:r>
          </w:p>
          <w:p w14:paraId="40763729" w14:textId="77777777" w:rsidR="00450889" w:rsidRDefault="00000000">
            <w:pPr>
              <w:spacing w:after="20"/>
            </w:pPr>
            <w:r>
              <w:rPr>
                <w:color w:val="AAA3B2"/>
                <w:sz w:val="16"/>
              </w:rPr>
              <w:t>________________________________________________________________________________</w:t>
            </w:r>
          </w:p>
          <w:p w14:paraId="122EF89D" w14:textId="77777777" w:rsidR="00450889" w:rsidRDefault="00000000">
            <w:pPr>
              <w:spacing w:after="20"/>
            </w:pPr>
            <w:r>
              <w:rPr>
                <w:color w:val="AAA3B2"/>
                <w:sz w:val="16"/>
              </w:rPr>
              <w:t>________________________________________________________________________________</w:t>
            </w:r>
          </w:p>
          <w:p w14:paraId="2F0454E9" w14:textId="77777777" w:rsidR="00450889" w:rsidRDefault="00000000">
            <w:pPr>
              <w:spacing w:after="20"/>
            </w:pPr>
            <w:r>
              <w:rPr>
                <w:color w:val="AAA3B2"/>
                <w:sz w:val="16"/>
              </w:rPr>
              <w:t>________________________________________________________________________________</w:t>
            </w:r>
          </w:p>
          <w:p w14:paraId="543A391F" w14:textId="77777777" w:rsidR="00450889" w:rsidRDefault="00000000">
            <w:pPr>
              <w:spacing w:after="20"/>
            </w:pPr>
            <w:r>
              <w:rPr>
                <w:color w:val="AAA3B2"/>
                <w:sz w:val="16"/>
              </w:rPr>
              <w:t>________________________________________________________________________________</w:t>
            </w:r>
          </w:p>
          <w:p w14:paraId="58AE493B" w14:textId="77777777" w:rsidR="00450889" w:rsidRDefault="00000000">
            <w:pPr>
              <w:spacing w:after="20"/>
            </w:pPr>
            <w:r>
              <w:rPr>
                <w:color w:val="AAA3B2"/>
                <w:sz w:val="16"/>
              </w:rPr>
              <w:t>________________________________________________________________________________</w:t>
            </w:r>
          </w:p>
        </w:tc>
      </w:tr>
    </w:tbl>
    <w:p w14:paraId="6E094C74" w14:textId="77777777" w:rsidR="00450889" w:rsidRDefault="00450889">
      <w:pPr>
        <w:spacing w:after="40"/>
      </w:pPr>
    </w:p>
    <w:p w14:paraId="75C6E949" w14:textId="77777777" w:rsidR="00450889" w:rsidRDefault="00000000">
      <w:r>
        <w:br w:type="page"/>
      </w:r>
    </w:p>
    <w:tbl>
      <w:tblPr>
        <w:tblW w:w="0" w:type="auto"/>
        <w:tblLayout w:type="fixed"/>
        <w:tblLook w:val="04A0" w:firstRow="1" w:lastRow="0" w:firstColumn="1" w:lastColumn="0" w:noHBand="0" w:noVBand="1"/>
      </w:tblPr>
      <w:tblGrid>
        <w:gridCol w:w="5083"/>
        <w:gridCol w:w="5083"/>
      </w:tblGrid>
      <w:tr w:rsidR="00450889" w14:paraId="1AB29591"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6AF08C21" w14:textId="77777777" w:rsidR="00450889" w:rsidRDefault="00000000">
            <w:pPr>
              <w:jc w:val="center"/>
            </w:pPr>
            <w:r>
              <w:rPr>
                <w:b/>
                <w:color w:val="FFFFFF"/>
                <w:sz w:val="22"/>
              </w:rPr>
              <w:lastRenderedPageBreak/>
              <w:t>20</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293CBC82" w14:textId="77777777" w:rsidR="00450889" w:rsidRDefault="00000000">
            <w:r>
              <w:rPr>
                <w:b/>
                <w:sz w:val="22"/>
              </w:rPr>
              <w:t>Activities and timeline</w:t>
            </w:r>
            <w:r>
              <w:rPr>
                <w:b/>
                <w:color w:val="C8194B"/>
                <w:sz w:val="17"/>
              </w:rPr>
              <w:t xml:space="preserve">  Required</w:t>
            </w:r>
          </w:p>
          <w:p w14:paraId="1A189E12" w14:textId="77777777" w:rsidR="00450889" w:rsidRDefault="00000000">
            <w:pPr>
              <w:spacing w:after="60"/>
            </w:pPr>
            <w:r>
              <w:rPr>
                <w:i/>
                <w:color w:val="666666"/>
                <w:sz w:val="19"/>
              </w:rPr>
              <w:t>Include key milestones, dates and the delivery plan.</w:t>
            </w:r>
          </w:p>
          <w:p w14:paraId="3D74E005" w14:textId="77777777" w:rsidR="00450889" w:rsidRDefault="00000000">
            <w:pPr>
              <w:spacing w:after="40"/>
            </w:pPr>
            <w:r>
              <w:rPr>
                <w:b/>
                <w:color w:val="371376"/>
                <w:sz w:val="18"/>
              </w:rPr>
              <w:t>Preparation notes</w:t>
            </w:r>
          </w:p>
          <w:p w14:paraId="47C30498" w14:textId="77777777" w:rsidR="00450889" w:rsidRDefault="00000000">
            <w:pPr>
              <w:spacing w:after="20"/>
            </w:pPr>
            <w:r>
              <w:rPr>
                <w:color w:val="AAA3B2"/>
                <w:sz w:val="16"/>
              </w:rPr>
              <w:t>________________________________________________________________________________</w:t>
            </w:r>
          </w:p>
          <w:p w14:paraId="1F9420D3" w14:textId="77777777" w:rsidR="00450889" w:rsidRDefault="00000000">
            <w:pPr>
              <w:spacing w:after="20"/>
            </w:pPr>
            <w:r>
              <w:rPr>
                <w:color w:val="AAA3B2"/>
                <w:sz w:val="16"/>
              </w:rPr>
              <w:t>________________________________________________________________________________</w:t>
            </w:r>
          </w:p>
          <w:p w14:paraId="10BBFDD2" w14:textId="77777777" w:rsidR="00450889" w:rsidRDefault="00000000">
            <w:pPr>
              <w:spacing w:after="20"/>
            </w:pPr>
            <w:r>
              <w:rPr>
                <w:color w:val="AAA3B2"/>
                <w:sz w:val="16"/>
              </w:rPr>
              <w:t>________________________________________________________________________________</w:t>
            </w:r>
          </w:p>
          <w:p w14:paraId="1705197D" w14:textId="77777777" w:rsidR="00450889" w:rsidRDefault="00000000">
            <w:pPr>
              <w:spacing w:after="20"/>
            </w:pPr>
            <w:r>
              <w:rPr>
                <w:color w:val="AAA3B2"/>
                <w:sz w:val="16"/>
              </w:rPr>
              <w:t>________________________________________________________________________________</w:t>
            </w:r>
          </w:p>
          <w:p w14:paraId="39AF8CBA" w14:textId="77777777" w:rsidR="00450889" w:rsidRDefault="00000000">
            <w:pPr>
              <w:spacing w:after="20"/>
            </w:pPr>
            <w:r>
              <w:rPr>
                <w:color w:val="AAA3B2"/>
                <w:sz w:val="16"/>
              </w:rPr>
              <w:t>________________________________________________________________________________</w:t>
            </w:r>
          </w:p>
          <w:p w14:paraId="1EB69DE1" w14:textId="77777777" w:rsidR="00450889" w:rsidRDefault="00000000">
            <w:pPr>
              <w:spacing w:after="20"/>
            </w:pPr>
            <w:r>
              <w:rPr>
                <w:color w:val="AAA3B2"/>
                <w:sz w:val="16"/>
              </w:rPr>
              <w:t>________________________________________________________________________________</w:t>
            </w:r>
          </w:p>
          <w:p w14:paraId="5ED38033" w14:textId="77777777" w:rsidR="00450889" w:rsidRDefault="00000000">
            <w:pPr>
              <w:spacing w:after="20"/>
            </w:pPr>
            <w:r>
              <w:rPr>
                <w:color w:val="AAA3B2"/>
                <w:sz w:val="16"/>
              </w:rPr>
              <w:t>________________________________________________________________________________</w:t>
            </w:r>
          </w:p>
          <w:p w14:paraId="72EA1EF5" w14:textId="77777777" w:rsidR="00450889" w:rsidRDefault="00000000">
            <w:pPr>
              <w:spacing w:after="20"/>
            </w:pPr>
            <w:r>
              <w:rPr>
                <w:color w:val="AAA3B2"/>
                <w:sz w:val="16"/>
              </w:rPr>
              <w:t>________________________________________________________________________________</w:t>
            </w:r>
          </w:p>
        </w:tc>
      </w:tr>
    </w:tbl>
    <w:p w14:paraId="50209931"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677A5AAD"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0DA1CB83" w14:textId="77777777" w:rsidR="00450889" w:rsidRDefault="00000000">
            <w:pPr>
              <w:jc w:val="center"/>
            </w:pPr>
            <w:r>
              <w:rPr>
                <w:b/>
                <w:color w:val="FFFFFF"/>
                <w:sz w:val="22"/>
              </w:rPr>
              <w:t>21</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13092AD9" w14:textId="77777777" w:rsidR="00450889" w:rsidRDefault="00000000">
            <w:r>
              <w:rPr>
                <w:b/>
                <w:sz w:val="22"/>
              </w:rPr>
              <w:t>Connection to AQA values and chosen funding strand</w:t>
            </w:r>
            <w:r>
              <w:rPr>
                <w:b/>
                <w:color w:val="C8194B"/>
                <w:sz w:val="17"/>
              </w:rPr>
              <w:t xml:space="preserve">  Required</w:t>
            </w:r>
          </w:p>
          <w:p w14:paraId="61BD7A88" w14:textId="77777777" w:rsidR="00450889" w:rsidRDefault="00000000">
            <w:pPr>
              <w:spacing w:after="40"/>
            </w:pPr>
            <w:r>
              <w:rPr>
                <w:b/>
                <w:color w:val="371376"/>
                <w:sz w:val="18"/>
              </w:rPr>
              <w:t>Preparation notes</w:t>
            </w:r>
          </w:p>
          <w:p w14:paraId="3D1299FC" w14:textId="77777777" w:rsidR="00450889" w:rsidRDefault="00000000">
            <w:pPr>
              <w:spacing w:after="20"/>
            </w:pPr>
            <w:r>
              <w:rPr>
                <w:color w:val="AAA3B2"/>
                <w:sz w:val="16"/>
              </w:rPr>
              <w:t>________________________________________________________________________________</w:t>
            </w:r>
          </w:p>
          <w:p w14:paraId="0DAA2594" w14:textId="77777777" w:rsidR="00450889" w:rsidRDefault="00000000">
            <w:pPr>
              <w:spacing w:after="20"/>
            </w:pPr>
            <w:r>
              <w:rPr>
                <w:color w:val="AAA3B2"/>
                <w:sz w:val="16"/>
              </w:rPr>
              <w:t>________________________________________________________________________________</w:t>
            </w:r>
          </w:p>
          <w:p w14:paraId="537047C0" w14:textId="77777777" w:rsidR="00450889" w:rsidRDefault="00000000">
            <w:pPr>
              <w:spacing w:after="20"/>
            </w:pPr>
            <w:r>
              <w:rPr>
                <w:color w:val="AAA3B2"/>
                <w:sz w:val="16"/>
              </w:rPr>
              <w:t>________________________________________________________________________________</w:t>
            </w:r>
          </w:p>
          <w:p w14:paraId="157D784E" w14:textId="77777777" w:rsidR="00450889" w:rsidRDefault="00000000">
            <w:pPr>
              <w:spacing w:after="20"/>
            </w:pPr>
            <w:r>
              <w:rPr>
                <w:color w:val="AAA3B2"/>
                <w:sz w:val="16"/>
              </w:rPr>
              <w:t>________________________________________________________________________________</w:t>
            </w:r>
          </w:p>
          <w:p w14:paraId="097CFCDD" w14:textId="77777777" w:rsidR="00450889" w:rsidRDefault="00000000">
            <w:pPr>
              <w:spacing w:after="20"/>
            </w:pPr>
            <w:r>
              <w:rPr>
                <w:color w:val="AAA3B2"/>
                <w:sz w:val="16"/>
              </w:rPr>
              <w:t>________________________________________________________________________________</w:t>
            </w:r>
          </w:p>
          <w:p w14:paraId="1AFD6A6D" w14:textId="77777777" w:rsidR="00450889" w:rsidRDefault="00000000">
            <w:pPr>
              <w:spacing w:after="20"/>
            </w:pPr>
            <w:r>
              <w:rPr>
                <w:color w:val="AAA3B2"/>
                <w:sz w:val="16"/>
              </w:rPr>
              <w:t>________________________________________________________________________________</w:t>
            </w:r>
          </w:p>
          <w:p w14:paraId="06E89DA9" w14:textId="77777777" w:rsidR="00450889" w:rsidRDefault="00000000">
            <w:pPr>
              <w:spacing w:after="20"/>
            </w:pPr>
            <w:r>
              <w:rPr>
                <w:color w:val="AAA3B2"/>
                <w:sz w:val="16"/>
              </w:rPr>
              <w:t>________________________________________________________________________________</w:t>
            </w:r>
          </w:p>
          <w:p w14:paraId="24F50981" w14:textId="77777777" w:rsidR="00450889" w:rsidRDefault="00000000">
            <w:pPr>
              <w:spacing w:after="20"/>
            </w:pPr>
            <w:r>
              <w:rPr>
                <w:color w:val="AAA3B2"/>
                <w:sz w:val="16"/>
              </w:rPr>
              <w:t>________________________________________________________________________________</w:t>
            </w:r>
          </w:p>
        </w:tc>
      </w:tr>
    </w:tbl>
    <w:p w14:paraId="5BF57D42" w14:textId="77777777" w:rsidR="00450889" w:rsidRDefault="00450889">
      <w:pPr>
        <w:spacing w:after="40"/>
      </w:pPr>
    </w:p>
    <w:p w14:paraId="73D321B8" w14:textId="77777777" w:rsidR="00450889" w:rsidRDefault="00000000">
      <w:r>
        <w:br w:type="page"/>
      </w:r>
    </w:p>
    <w:p w14:paraId="05C17A65" w14:textId="77777777" w:rsidR="00450889" w:rsidRDefault="00000000">
      <w:pPr>
        <w:pStyle w:val="Heading1"/>
        <w:spacing w:before="200" w:after="60"/>
      </w:pPr>
      <w:r>
        <w:rPr>
          <w:rFonts w:ascii="Source Sans Pro" w:hAnsi="Source Sans Pro"/>
          <w:color w:val="371376"/>
          <w:sz w:val="42"/>
        </w:rPr>
        <w:lastRenderedPageBreak/>
        <w:t>Project information</w:t>
      </w:r>
    </w:p>
    <w:p w14:paraId="6A81338E" w14:textId="77777777" w:rsidR="00450889" w:rsidRDefault="00000000">
      <w:pPr>
        <w:keepNext/>
        <w:spacing w:after="200"/>
      </w:pPr>
      <w:r>
        <w:rPr>
          <w:color w:val="666666"/>
        </w:rPr>
        <w:t>Part 2</w:t>
      </w:r>
    </w:p>
    <w:tbl>
      <w:tblPr>
        <w:tblW w:w="0" w:type="auto"/>
        <w:tblLayout w:type="fixed"/>
        <w:tblLook w:val="04A0" w:firstRow="1" w:lastRow="0" w:firstColumn="1" w:lastColumn="0" w:noHBand="0" w:noVBand="1"/>
      </w:tblPr>
      <w:tblGrid>
        <w:gridCol w:w="5083"/>
        <w:gridCol w:w="5083"/>
      </w:tblGrid>
      <w:tr w:rsidR="00450889" w14:paraId="1FB3DC1B"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79A3B7A2" w14:textId="77777777" w:rsidR="00450889" w:rsidRDefault="00000000">
            <w:pPr>
              <w:jc w:val="center"/>
            </w:pPr>
            <w:r>
              <w:rPr>
                <w:b/>
                <w:color w:val="FFFFFF"/>
                <w:sz w:val="22"/>
              </w:rPr>
              <w:t>22</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18C8B505" w14:textId="77777777" w:rsidR="00450889" w:rsidRDefault="00000000">
            <w:r>
              <w:rPr>
                <w:b/>
                <w:sz w:val="22"/>
              </w:rPr>
              <w:t>Equity, diversity and inclusion</w:t>
            </w:r>
            <w:r>
              <w:rPr>
                <w:b/>
                <w:color w:val="C8194B"/>
                <w:sz w:val="17"/>
              </w:rPr>
              <w:t xml:space="preserve">  Required</w:t>
            </w:r>
          </w:p>
          <w:p w14:paraId="66D53B55" w14:textId="77777777" w:rsidR="00450889" w:rsidRDefault="00000000">
            <w:pPr>
              <w:spacing w:after="60"/>
            </w:pPr>
            <w:r>
              <w:rPr>
                <w:i/>
                <w:color w:val="666666"/>
                <w:sz w:val="19"/>
              </w:rPr>
              <w:t>Explain how the project advances fairness and accessibility.</w:t>
            </w:r>
          </w:p>
          <w:p w14:paraId="1D5226C4" w14:textId="77777777" w:rsidR="00450889" w:rsidRDefault="00000000">
            <w:pPr>
              <w:spacing w:after="40"/>
            </w:pPr>
            <w:r>
              <w:rPr>
                <w:b/>
                <w:color w:val="371376"/>
                <w:sz w:val="18"/>
              </w:rPr>
              <w:t>Preparation notes</w:t>
            </w:r>
          </w:p>
          <w:p w14:paraId="73A5DC7B" w14:textId="77777777" w:rsidR="00450889" w:rsidRDefault="00000000">
            <w:pPr>
              <w:spacing w:after="20"/>
            </w:pPr>
            <w:r>
              <w:rPr>
                <w:color w:val="AAA3B2"/>
                <w:sz w:val="16"/>
              </w:rPr>
              <w:t>________________________________________________________________________________</w:t>
            </w:r>
          </w:p>
          <w:p w14:paraId="3D084C20" w14:textId="77777777" w:rsidR="00450889" w:rsidRDefault="00000000">
            <w:pPr>
              <w:spacing w:after="20"/>
            </w:pPr>
            <w:r>
              <w:rPr>
                <w:color w:val="AAA3B2"/>
                <w:sz w:val="16"/>
              </w:rPr>
              <w:t>________________________________________________________________________________</w:t>
            </w:r>
          </w:p>
          <w:p w14:paraId="025D41C5" w14:textId="77777777" w:rsidR="00450889" w:rsidRDefault="00000000">
            <w:pPr>
              <w:spacing w:after="20"/>
            </w:pPr>
            <w:r>
              <w:rPr>
                <w:color w:val="AAA3B2"/>
                <w:sz w:val="16"/>
              </w:rPr>
              <w:t>________________________________________________________________________________</w:t>
            </w:r>
          </w:p>
          <w:p w14:paraId="4EB0C362" w14:textId="77777777" w:rsidR="00450889" w:rsidRDefault="00000000">
            <w:pPr>
              <w:spacing w:after="20"/>
            </w:pPr>
            <w:r>
              <w:rPr>
                <w:color w:val="AAA3B2"/>
                <w:sz w:val="16"/>
              </w:rPr>
              <w:t>________________________________________________________________________________</w:t>
            </w:r>
          </w:p>
          <w:p w14:paraId="6E4475DF" w14:textId="77777777" w:rsidR="00450889" w:rsidRDefault="00000000">
            <w:pPr>
              <w:spacing w:after="20"/>
            </w:pPr>
            <w:r>
              <w:rPr>
                <w:color w:val="AAA3B2"/>
                <w:sz w:val="16"/>
              </w:rPr>
              <w:t>________________________________________________________________________________</w:t>
            </w:r>
          </w:p>
          <w:p w14:paraId="536AD2BD" w14:textId="77777777" w:rsidR="00450889" w:rsidRDefault="00000000">
            <w:pPr>
              <w:spacing w:after="20"/>
            </w:pPr>
            <w:r>
              <w:rPr>
                <w:color w:val="AAA3B2"/>
                <w:sz w:val="16"/>
              </w:rPr>
              <w:t>________________________________________________________________________________</w:t>
            </w:r>
          </w:p>
          <w:p w14:paraId="442377B3" w14:textId="77777777" w:rsidR="00450889" w:rsidRDefault="00000000">
            <w:pPr>
              <w:spacing w:after="20"/>
            </w:pPr>
            <w:r>
              <w:rPr>
                <w:color w:val="AAA3B2"/>
                <w:sz w:val="16"/>
              </w:rPr>
              <w:t>________________________________________________________________________________</w:t>
            </w:r>
          </w:p>
        </w:tc>
      </w:tr>
    </w:tbl>
    <w:p w14:paraId="520FB5A0"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24E6B3EA"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3FB78F58" w14:textId="77777777" w:rsidR="00450889" w:rsidRDefault="00000000">
            <w:pPr>
              <w:jc w:val="center"/>
            </w:pPr>
            <w:r>
              <w:rPr>
                <w:b/>
                <w:color w:val="FFFFFF"/>
                <w:sz w:val="22"/>
              </w:rPr>
              <w:t>23</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003031B" w14:textId="77777777" w:rsidR="00450889" w:rsidRDefault="00000000">
            <w:r>
              <w:rPr>
                <w:b/>
                <w:sz w:val="22"/>
              </w:rPr>
              <w:t>Geography and reach</w:t>
            </w:r>
            <w:r>
              <w:rPr>
                <w:b/>
                <w:color w:val="C8194B"/>
                <w:sz w:val="17"/>
              </w:rPr>
              <w:t xml:space="preserve">  Required</w:t>
            </w:r>
          </w:p>
          <w:p w14:paraId="0E9AD803" w14:textId="77777777" w:rsidR="00450889" w:rsidRDefault="00000000">
            <w:pPr>
              <w:spacing w:after="60"/>
            </w:pPr>
            <w:r>
              <w:rPr>
                <w:i/>
                <w:color w:val="666666"/>
                <w:sz w:val="19"/>
              </w:rPr>
              <w:t>Include locations served, and the number and types of beneficiaries.</w:t>
            </w:r>
          </w:p>
          <w:p w14:paraId="655D9D37" w14:textId="77777777" w:rsidR="00450889" w:rsidRDefault="00000000">
            <w:pPr>
              <w:spacing w:after="40"/>
            </w:pPr>
            <w:r>
              <w:rPr>
                <w:b/>
                <w:color w:val="371376"/>
                <w:sz w:val="18"/>
              </w:rPr>
              <w:t>Preparation notes</w:t>
            </w:r>
          </w:p>
          <w:p w14:paraId="53654280" w14:textId="77777777" w:rsidR="00450889" w:rsidRDefault="00000000">
            <w:pPr>
              <w:spacing w:after="20"/>
            </w:pPr>
            <w:r>
              <w:rPr>
                <w:color w:val="AAA3B2"/>
                <w:sz w:val="16"/>
              </w:rPr>
              <w:t>________________________________________________________________________________</w:t>
            </w:r>
          </w:p>
          <w:p w14:paraId="6EB4FFDD" w14:textId="77777777" w:rsidR="00450889" w:rsidRDefault="00000000">
            <w:pPr>
              <w:spacing w:after="20"/>
            </w:pPr>
            <w:r>
              <w:rPr>
                <w:color w:val="AAA3B2"/>
                <w:sz w:val="16"/>
              </w:rPr>
              <w:t>________________________________________________________________________________</w:t>
            </w:r>
          </w:p>
          <w:p w14:paraId="30C8B98C" w14:textId="77777777" w:rsidR="00450889" w:rsidRDefault="00000000">
            <w:pPr>
              <w:spacing w:after="20"/>
            </w:pPr>
            <w:r>
              <w:rPr>
                <w:color w:val="AAA3B2"/>
                <w:sz w:val="16"/>
              </w:rPr>
              <w:t>________________________________________________________________________________</w:t>
            </w:r>
          </w:p>
          <w:p w14:paraId="1F82F7DE" w14:textId="77777777" w:rsidR="00450889" w:rsidRDefault="00000000">
            <w:pPr>
              <w:spacing w:after="20"/>
            </w:pPr>
            <w:r>
              <w:rPr>
                <w:color w:val="AAA3B2"/>
                <w:sz w:val="16"/>
              </w:rPr>
              <w:t>________________________________________________________________________________</w:t>
            </w:r>
          </w:p>
          <w:p w14:paraId="7E6BC87A" w14:textId="77777777" w:rsidR="00450889" w:rsidRDefault="00000000">
            <w:pPr>
              <w:spacing w:after="20"/>
            </w:pPr>
            <w:r>
              <w:rPr>
                <w:color w:val="AAA3B2"/>
                <w:sz w:val="16"/>
              </w:rPr>
              <w:t>________________________________________________________________________________</w:t>
            </w:r>
          </w:p>
          <w:p w14:paraId="07F6DF71" w14:textId="77777777" w:rsidR="00450889" w:rsidRDefault="00000000">
            <w:pPr>
              <w:spacing w:after="20"/>
            </w:pPr>
            <w:r>
              <w:rPr>
                <w:color w:val="AAA3B2"/>
                <w:sz w:val="16"/>
              </w:rPr>
              <w:t>________________________________________________________________________________</w:t>
            </w:r>
          </w:p>
        </w:tc>
      </w:tr>
    </w:tbl>
    <w:p w14:paraId="4190E4E2"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7691CFF2"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6EA999E0" w14:textId="77777777" w:rsidR="00450889" w:rsidRDefault="00000000">
            <w:pPr>
              <w:jc w:val="center"/>
            </w:pPr>
            <w:r>
              <w:rPr>
                <w:b/>
                <w:color w:val="FFFFFF"/>
                <w:sz w:val="22"/>
              </w:rPr>
              <w:t>24</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7B81162A" w14:textId="77777777" w:rsidR="00450889" w:rsidRDefault="00000000">
            <w:r>
              <w:rPr>
                <w:b/>
                <w:sz w:val="22"/>
              </w:rPr>
              <w:t>Risks and mitigations</w:t>
            </w:r>
            <w:r>
              <w:rPr>
                <w:b/>
                <w:color w:val="C8194B"/>
                <w:sz w:val="17"/>
              </w:rPr>
              <w:t xml:space="preserve">  Required</w:t>
            </w:r>
          </w:p>
          <w:p w14:paraId="223C49C3" w14:textId="77777777" w:rsidR="00450889" w:rsidRDefault="00000000">
            <w:pPr>
              <w:spacing w:after="60"/>
            </w:pPr>
            <w:r>
              <w:rPr>
                <w:i/>
                <w:color w:val="666666"/>
                <w:sz w:val="19"/>
              </w:rPr>
              <w:t>Describe the top three risks, with mitigations.</w:t>
            </w:r>
          </w:p>
          <w:p w14:paraId="7DE68518" w14:textId="77777777" w:rsidR="00450889" w:rsidRDefault="00000000">
            <w:pPr>
              <w:spacing w:after="40"/>
            </w:pPr>
            <w:r>
              <w:rPr>
                <w:b/>
                <w:color w:val="371376"/>
                <w:sz w:val="18"/>
              </w:rPr>
              <w:t>Preparation notes</w:t>
            </w:r>
          </w:p>
          <w:p w14:paraId="0F8CDFF5" w14:textId="77777777" w:rsidR="00450889" w:rsidRDefault="00000000">
            <w:pPr>
              <w:spacing w:after="20"/>
            </w:pPr>
            <w:r>
              <w:rPr>
                <w:color w:val="AAA3B2"/>
                <w:sz w:val="16"/>
              </w:rPr>
              <w:t>________________________________________________________________________________</w:t>
            </w:r>
          </w:p>
          <w:p w14:paraId="2A7885C2" w14:textId="77777777" w:rsidR="00450889" w:rsidRDefault="00000000">
            <w:pPr>
              <w:spacing w:after="20"/>
            </w:pPr>
            <w:r>
              <w:rPr>
                <w:color w:val="AAA3B2"/>
                <w:sz w:val="16"/>
              </w:rPr>
              <w:t>________________________________________________________________________________</w:t>
            </w:r>
          </w:p>
          <w:p w14:paraId="6CB02F74" w14:textId="77777777" w:rsidR="00450889" w:rsidRDefault="00000000">
            <w:pPr>
              <w:spacing w:after="20"/>
            </w:pPr>
            <w:r>
              <w:rPr>
                <w:color w:val="AAA3B2"/>
                <w:sz w:val="16"/>
              </w:rPr>
              <w:lastRenderedPageBreak/>
              <w:t>________________________________________________________________________________</w:t>
            </w:r>
          </w:p>
          <w:p w14:paraId="3E195606" w14:textId="77777777" w:rsidR="00450889" w:rsidRDefault="00000000">
            <w:pPr>
              <w:spacing w:after="20"/>
            </w:pPr>
            <w:r>
              <w:rPr>
                <w:color w:val="AAA3B2"/>
                <w:sz w:val="16"/>
              </w:rPr>
              <w:t>________________________________________________________________________________</w:t>
            </w:r>
          </w:p>
          <w:p w14:paraId="6D05F8C5" w14:textId="77777777" w:rsidR="00450889" w:rsidRDefault="00000000">
            <w:pPr>
              <w:spacing w:after="20"/>
            </w:pPr>
            <w:r>
              <w:rPr>
                <w:color w:val="AAA3B2"/>
                <w:sz w:val="16"/>
              </w:rPr>
              <w:t>________________________________________________________________________________</w:t>
            </w:r>
          </w:p>
          <w:p w14:paraId="1925A08B" w14:textId="77777777" w:rsidR="00450889" w:rsidRDefault="00000000">
            <w:pPr>
              <w:spacing w:after="20"/>
            </w:pPr>
            <w:r>
              <w:rPr>
                <w:color w:val="AAA3B2"/>
                <w:sz w:val="16"/>
              </w:rPr>
              <w:t>________________________________________________________________________________</w:t>
            </w:r>
          </w:p>
          <w:p w14:paraId="538CBB74" w14:textId="77777777" w:rsidR="00450889" w:rsidRDefault="00000000">
            <w:pPr>
              <w:spacing w:after="20"/>
            </w:pPr>
            <w:r>
              <w:rPr>
                <w:color w:val="AAA3B2"/>
                <w:sz w:val="16"/>
              </w:rPr>
              <w:t>________________________________________________________________________________</w:t>
            </w:r>
          </w:p>
          <w:p w14:paraId="59002B81" w14:textId="77777777" w:rsidR="00450889" w:rsidRDefault="00000000">
            <w:pPr>
              <w:spacing w:after="20"/>
            </w:pPr>
            <w:r>
              <w:rPr>
                <w:color w:val="AAA3B2"/>
                <w:sz w:val="16"/>
              </w:rPr>
              <w:t>________________________________________________________________________________</w:t>
            </w:r>
          </w:p>
        </w:tc>
      </w:tr>
    </w:tbl>
    <w:p w14:paraId="52E3802F" w14:textId="77777777" w:rsidR="00450889" w:rsidRDefault="00450889">
      <w:pPr>
        <w:spacing w:after="40"/>
      </w:pPr>
    </w:p>
    <w:p w14:paraId="7CB95BEB" w14:textId="77777777" w:rsidR="00450889" w:rsidRDefault="00000000">
      <w:r>
        <w:br w:type="page"/>
      </w:r>
    </w:p>
    <w:tbl>
      <w:tblPr>
        <w:tblW w:w="0" w:type="auto"/>
        <w:tblLayout w:type="fixed"/>
        <w:tblLook w:val="04A0" w:firstRow="1" w:lastRow="0" w:firstColumn="1" w:lastColumn="0" w:noHBand="0" w:noVBand="1"/>
      </w:tblPr>
      <w:tblGrid>
        <w:gridCol w:w="5083"/>
        <w:gridCol w:w="5083"/>
      </w:tblGrid>
      <w:tr w:rsidR="00450889" w14:paraId="3A9E5D98"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6E084632" w14:textId="77777777" w:rsidR="00450889" w:rsidRDefault="00000000">
            <w:pPr>
              <w:jc w:val="center"/>
            </w:pPr>
            <w:r>
              <w:rPr>
                <w:b/>
                <w:color w:val="FFFFFF"/>
                <w:sz w:val="22"/>
              </w:rPr>
              <w:lastRenderedPageBreak/>
              <w:t>25</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4E79E7DF" w14:textId="77777777" w:rsidR="00450889" w:rsidRDefault="00000000">
            <w:r>
              <w:rPr>
                <w:b/>
                <w:sz w:val="22"/>
              </w:rPr>
              <w:t>Monitoring, evaluation and learning</w:t>
            </w:r>
            <w:r>
              <w:rPr>
                <w:b/>
                <w:color w:val="C8194B"/>
                <w:sz w:val="17"/>
              </w:rPr>
              <w:t xml:space="preserve">  Required</w:t>
            </w:r>
          </w:p>
          <w:p w14:paraId="35C12BA8" w14:textId="77777777" w:rsidR="00450889" w:rsidRDefault="00000000">
            <w:pPr>
              <w:spacing w:after="60"/>
            </w:pPr>
            <w:r>
              <w:rPr>
                <w:i/>
                <w:color w:val="666666"/>
                <w:sz w:val="19"/>
              </w:rPr>
              <w:t>Include outputs, outcomes, KPIs and data collection.</w:t>
            </w:r>
          </w:p>
          <w:p w14:paraId="4EB4971C" w14:textId="77777777" w:rsidR="00450889" w:rsidRDefault="00000000">
            <w:pPr>
              <w:spacing w:after="40"/>
            </w:pPr>
            <w:r>
              <w:rPr>
                <w:b/>
                <w:color w:val="371376"/>
                <w:sz w:val="18"/>
              </w:rPr>
              <w:t>Preparation notes</w:t>
            </w:r>
          </w:p>
          <w:p w14:paraId="0115E72A" w14:textId="77777777" w:rsidR="00450889" w:rsidRDefault="00000000">
            <w:pPr>
              <w:spacing w:after="20"/>
            </w:pPr>
            <w:r>
              <w:rPr>
                <w:color w:val="AAA3B2"/>
                <w:sz w:val="16"/>
              </w:rPr>
              <w:t>________________________________________________________________________________</w:t>
            </w:r>
          </w:p>
          <w:p w14:paraId="4051EF81" w14:textId="77777777" w:rsidR="00450889" w:rsidRDefault="00000000">
            <w:pPr>
              <w:spacing w:after="20"/>
            </w:pPr>
            <w:r>
              <w:rPr>
                <w:color w:val="AAA3B2"/>
                <w:sz w:val="16"/>
              </w:rPr>
              <w:t>________________________________________________________________________________</w:t>
            </w:r>
          </w:p>
          <w:p w14:paraId="225DF904" w14:textId="77777777" w:rsidR="00450889" w:rsidRDefault="00000000">
            <w:pPr>
              <w:spacing w:after="20"/>
            </w:pPr>
            <w:r>
              <w:rPr>
                <w:color w:val="AAA3B2"/>
                <w:sz w:val="16"/>
              </w:rPr>
              <w:t>________________________________________________________________________________</w:t>
            </w:r>
          </w:p>
          <w:p w14:paraId="0A26C288" w14:textId="77777777" w:rsidR="00450889" w:rsidRDefault="00000000">
            <w:pPr>
              <w:spacing w:after="20"/>
            </w:pPr>
            <w:r>
              <w:rPr>
                <w:color w:val="AAA3B2"/>
                <w:sz w:val="16"/>
              </w:rPr>
              <w:t>________________________________________________________________________________</w:t>
            </w:r>
          </w:p>
          <w:p w14:paraId="0C01981A" w14:textId="77777777" w:rsidR="00450889" w:rsidRDefault="00000000">
            <w:pPr>
              <w:spacing w:after="20"/>
            </w:pPr>
            <w:r>
              <w:rPr>
                <w:color w:val="AAA3B2"/>
                <w:sz w:val="16"/>
              </w:rPr>
              <w:t>________________________________________________________________________________</w:t>
            </w:r>
          </w:p>
          <w:p w14:paraId="3434D5DE" w14:textId="77777777" w:rsidR="00450889" w:rsidRDefault="00000000">
            <w:pPr>
              <w:spacing w:after="20"/>
            </w:pPr>
            <w:r>
              <w:rPr>
                <w:color w:val="AAA3B2"/>
                <w:sz w:val="16"/>
              </w:rPr>
              <w:t>________________________________________________________________________________</w:t>
            </w:r>
          </w:p>
          <w:p w14:paraId="69FD76DE" w14:textId="77777777" w:rsidR="00450889" w:rsidRDefault="00000000">
            <w:pPr>
              <w:spacing w:after="20"/>
            </w:pPr>
            <w:r>
              <w:rPr>
                <w:color w:val="AAA3B2"/>
                <w:sz w:val="16"/>
              </w:rPr>
              <w:t>________________________________________________________________________________</w:t>
            </w:r>
          </w:p>
          <w:p w14:paraId="3BC61EF4" w14:textId="77777777" w:rsidR="00450889" w:rsidRDefault="00000000">
            <w:pPr>
              <w:spacing w:after="20"/>
            </w:pPr>
            <w:r>
              <w:rPr>
                <w:color w:val="AAA3B2"/>
                <w:sz w:val="16"/>
              </w:rPr>
              <w:t>________________________________________________________________________________</w:t>
            </w:r>
          </w:p>
        </w:tc>
      </w:tr>
    </w:tbl>
    <w:p w14:paraId="687959B9"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5AB9E8E2"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1273EF51" w14:textId="77777777" w:rsidR="00450889" w:rsidRDefault="00000000">
            <w:pPr>
              <w:jc w:val="center"/>
            </w:pPr>
            <w:r>
              <w:rPr>
                <w:b/>
                <w:color w:val="FFFFFF"/>
                <w:sz w:val="22"/>
              </w:rPr>
              <w:t>26</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4B0B97E" w14:textId="77777777" w:rsidR="00450889" w:rsidRDefault="00000000">
            <w:r>
              <w:rPr>
                <w:b/>
                <w:sz w:val="22"/>
              </w:rPr>
              <w:t>Budget breakdown</w:t>
            </w:r>
            <w:r>
              <w:rPr>
                <w:b/>
                <w:color w:val="C8194B"/>
                <w:sz w:val="17"/>
              </w:rPr>
              <w:t xml:space="preserve">  Required</w:t>
            </w:r>
          </w:p>
          <w:p w14:paraId="0AC8B9B2" w14:textId="77777777" w:rsidR="00450889" w:rsidRDefault="00000000">
            <w:pPr>
              <w:spacing w:after="60"/>
            </w:pPr>
            <w:r>
              <w:rPr>
                <w:i/>
                <w:color w:val="666666"/>
                <w:sz w:val="19"/>
              </w:rPr>
              <w:t>Provide high-level categories with VAT indicated.</w:t>
            </w:r>
          </w:p>
          <w:p w14:paraId="51888781" w14:textId="77777777" w:rsidR="00450889" w:rsidRDefault="00000000">
            <w:pPr>
              <w:spacing w:after="40"/>
            </w:pPr>
            <w:r>
              <w:rPr>
                <w:b/>
                <w:color w:val="371376"/>
                <w:sz w:val="18"/>
              </w:rPr>
              <w:t>Preparation notes</w:t>
            </w:r>
          </w:p>
          <w:p w14:paraId="7DC32F49" w14:textId="77777777" w:rsidR="00450889" w:rsidRDefault="00000000">
            <w:pPr>
              <w:spacing w:after="20"/>
            </w:pPr>
            <w:r>
              <w:rPr>
                <w:color w:val="AAA3B2"/>
                <w:sz w:val="16"/>
              </w:rPr>
              <w:t>________________________________________________________________________________</w:t>
            </w:r>
          </w:p>
          <w:p w14:paraId="43F9F20A" w14:textId="77777777" w:rsidR="00450889" w:rsidRDefault="00000000">
            <w:pPr>
              <w:spacing w:after="20"/>
            </w:pPr>
            <w:r>
              <w:rPr>
                <w:color w:val="AAA3B2"/>
                <w:sz w:val="16"/>
              </w:rPr>
              <w:t>________________________________________________________________________________</w:t>
            </w:r>
          </w:p>
          <w:p w14:paraId="66C74079" w14:textId="77777777" w:rsidR="00450889" w:rsidRDefault="00000000">
            <w:pPr>
              <w:spacing w:after="20"/>
            </w:pPr>
            <w:r>
              <w:rPr>
                <w:color w:val="AAA3B2"/>
                <w:sz w:val="16"/>
              </w:rPr>
              <w:t>________________________________________________________________________________</w:t>
            </w:r>
          </w:p>
          <w:p w14:paraId="05014FCE" w14:textId="77777777" w:rsidR="00450889" w:rsidRDefault="00000000">
            <w:pPr>
              <w:spacing w:after="20"/>
            </w:pPr>
            <w:r>
              <w:rPr>
                <w:color w:val="AAA3B2"/>
                <w:sz w:val="16"/>
              </w:rPr>
              <w:t>________________________________________________________________________________</w:t>
            </w:r>
          </w:p>
          <w:p w14:paraId="1E5F5041" w14:textId="77777777" w:rsidR="00450889" w:rsidRDefault="00000000">
            <w:pPr>
              <w:spacing w:after="20"/>
            </w:pPr>
            <w:r>
              <w:rPr>
                <w:color w:val="AAA3B2"/>
                <w:sz w:val="16"/>
              </w:rPr>
              <w:t>________________________________________________________________________________</w:t>
            </w:r>
          </w:p>
          <w:p w14:paraId="49968CDA" w14:textId="77777777" w:rsidR="00450889" w:rsidRDefault="00000000">
            <w:pPr>
              <w:spacing w:after="20"/>
            </w:pPr>
            <w:r>
              <w:rPr>
                <w:color w:val="AAA3B2"/>
                <w:sz w:val="16"/>
              </w:rPr>
              <w:t>________________________________________________________________________________</w:t>
            </w:r>
          </w:p>
          <w:p w14:paraId="2FA66CB9" w14:textId="77777777" w:rsidR="00450889" w:rsidRDefault="00000000">
            <w:pPr>
              <w:spacing w:after="20"/>
            </w:pPr>
            <w:r>
              <w:rPr>
                <w:color w:val="AAA3B2"/>
                <w:sz w:val="16"/>
              </w:rPr>
              <w:t>________________________________________________________________________________</w:t>
            </w:r>
          </w:p>
          <w:p w14:paraId="1EA5D3C5" w14:textId="77777777" w:rsidR="00450889" w:rsidRDefault="00000000">
            <w:pPr>
              <w:spacing w:after="20"/>
            </w:pPr>
            <w:r>
              <w:rPr>
                <w:color w:val="AAA3B2"/>
                <w:sz w:val="16"/>
              </w:rPr>
              <w:t>________________________________________________________________________________</w:t>
            </w:r>
          </w:p>
        </w:tc>
      </w:tr>
    </w:tbl>
    <w:p w14:paraId="29280869" w14:textId="77777777" w:rsidR="00450889" w:rsidRDefault="00450889">
      <w:pPr>
        <w:spacing w:after="40"/>
      </w:pPr>
    </w:p>
    <w:p w14:paraId="7FD7639B" w14:textId="77777777" w:rsidR="00450889" w:rsidRDefault="00000000">
      <w:r>
        <w:br w:type="page"/>
      </w:r>
    </w:p>
    <w:tbl>
      <w:tblPr>
        <w:tblW w:w="0" w:type="auto"/>
        <w:tblLayout w:type="fixed"/>
        <w:tblLook w:val="04A0" w:firstRow="1" w:lastRow="0" w:firstColumn="1" w:lastColumn="0" w:noHBand="0" w:noVBand="1"/>
      </w:tblPr>
      <w:tblGrid>
        <w:gridCol w:w="5083"/>
        <w:gridCol w:w="5083"/>
      </w:tblGrid>
      <w:tr w:rsidR="00450889" w14:paraId="27179B91"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05152BBF" w14:textId="77777777" w:rsidR="00450889" w:rsidRDefault="00000000">
            <w:pPr>
              <w:jc w:val="center"/>
            </w:pPr>
            <w:r>
              <w:rPr>
                <w:b/>
                <w:color w:val="FFFFFF"/>
                <w:sz w:val="22"/>
              </w:rPr>
              <w:lastRenderedPageBreak/>
              <w:t>27</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183BEA5F" w14:textId="77777777" w:rsidR="00450889" w:rsidRDefault="00000000">
            <w:r>
              <w:rPr>
                <w:b/>
                <w:sz w:val="22"/>
              </w:rPr>
              <w:t>Staffing and resources</w:t>
            </w:r>
            <w:r>
              <w:rPr>
                <w:b/>
                <w:color w:val="C8194B"/>
                <w:sz w:val="17"/>
              </w:rPr>
              <w:t xml:space="preserve">  Required</w:t>
            </w:r>
          </w:p>
          <w:p w14:paraId="4D9B09E4" w14:textId="77777777" w:rsidR="00450889" w:rsidRDefault="00000000">
            <w:pPr>
              <w:spacing w:after="60"/>
            </w:pPr>
            <w:r>
              <w:rPr>
                <w:i/>
                <w:color w:val="666666"/>
                <w:sz w:val="19"/>
              </w:rPr>
              <w:t>Describe the staff and resources that will be used to deliver this project. Indicate whether these already exist within your organisation or have been budgeted for within this funding request.</w:t>
            </w:r>
          </w:p>
          <w:p w14:paraId="4FD73F54" w14:textId="77777777" w:rsidR="00450889" w:rsidRDefault="00000000">
            <w:pPr>
              <w:spacing w:after="40"/>
            </w:pPr>
            <w:r>
              <w:rPr>
                <w:b/>
                <w:color w:val="371376"/>
                <w:sz w:val="18"/>
              </w:rPr>
              <w:t>Preparation notes</w:t>
            </w:r>
          </w:p>
          <w:p w14:paraId="0FA548A5" w14:textId="77777777" w:rsidR="00450889" w:rsidRDefault="00000000">
            <w:pPr>
              <w:spacing w:after="20"/>
            </w:pPr>
            <w:r>
              <w:rPr>
                <w:color w:val="AAA3B2"/>
                <w:sz w:val="16"/>
              </w:rPr>
              <w:t>________________________________________________________________________________</w:t>
            </w:r>
          </w:p>
          <w:p w14:paraId="52E08E39" w14:textId="77777777" w:rsidR="00450889" w:rsidRDefault="00000000">
            <w:pPr>
              <w:spacing w:after="20"/>
            </w:pPr>
            <w:r>
              <w:rPr>
                <w:color w:val="AAA3B2"/>
                <w:sz w:val="16"/>
              </w:rPr>
              <w:t>________________________________________________________________________________</w:t>
            </w:r>
          </w:p>
          <w:p w14:paraId="0BBD07F6" w14:textId="77777777" w:rsidR="00450889" w:rsidRDefault="00000000">
            <w:pPr>
              <w:spacing w:after="20"/>
            </w:pPr>
            <w:r>
              <w:rPr>
                <w:color w:val="AAA3B2"/>
                <w:sz w:val="16"/>
              </w:rPr>
              <w:t>________________________________________________________________________________</w:t>
            </w:r>
          </w:p>
          <w:p w14:paraId="6DE72761" w14:textId="77777777" w:rsidR="00450889" w:rsidRDefault="00000000">
            <w:pPr>
              <w:spacing w:after="20"/>
            </w:pPr>
            <w:r>
              <w:rPr>
                <w:color w:val="AAA3B2"/>
                <w:sz w:val="16"/>
              </w:rPr>
              <w:t>________________________________________________________________________________</w:t>
            </w:r>
          </w:p>
          <w:p w14:paraId="57DEAB39" w14:textId="77777777" w:rsidR="00450889" w:rsidRDefault="00000000">
            <w:pPr>
              <w:spacing w:after="20"/>
            </w:pPr>
            <w:r>
              <w:rPr>
                <w:color w:val="AAA3B2"/>
                <w:sz w:val="16"/>
              </w:rPr>
              <w:t>________________________________________________________________________________</w:t>
            </w:r>
          </w:p>
          <w:p w14:paraId="145B94A2" w14:textId="77777777" w:rsidR="00450889" w:rsidRDefault="00000000">
            <w:pPr>
              <w:spacing w:after="20"/>
            </w:pPr>
            <w:r>
              <w:rPr>
                <w:color w:val="AAA3B2"/>
                <w:sz w:val="16"/>
              </w:rPr>
              <w:t>________________________________________________________________________________</w:t>
            </w:r>
          </w:p>
          <w:p w14:paraId="1861C60C" w14:textId="77777777" w:rsidR="00450889" w:rsidRDefault="00000000">
            <w:pPr>
              <w:spacing w:after="20"/>
            </w:pPr>
            <w:r>
              <w:rPr>
                <w:color w:val="AAA3B2"/>
                <w:sz w:val="16"/>
              </w:rPr>
              <w:t>________________________________________________________________________________</w:t>
            </w:r>
          </w:p>
          <w:p w14:paraId="79F780DD" w14:textId="77777777" w:rsidR="00450889" w:rsidRDefault="00000000">
            <w:pPr>
              <w:spacing w:after="20"/>
            </w:pPr>
            <w:r>
              <w:rPr>
                <w:color w:val="AAA3B2"/>
                <w:sz w:val="16"/>
              </w:rPr>
              <w:t>________________________________________________________________________________</w:t>
            </w:r>
          </w:p>
        </w:tc>
      </w:tr>
    </w:tbl>
    <w:p w14:paraId="4FB7D820"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4D2963F1"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5AEB2448" w14:textId="77777777" w:rsidR="00450889" w:rsidRDefault="00000000">
            <w:pPr>
              <w:jc w:val="center"/>
            </w:pPr>
            <w:r>
              <w:rPr>
                <w:b/>
                <w:color w:val="FFFFFF"/>
                <w:sz w:val="22"/>
              </w:rPr>
              <w:t>28</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9DBC423" w14:textId="77777777" w:rsidR="00450889" w:rsidRDefault="00000000">
            <w:r>
              <w:rPr>
                <w:b/>
                <w:sz w:val="22"/>
              </w:rPr>
              <w:t>Match funding or in-kind contributions, if applicable</w:t>
            </w:r>
          </w:p>
          <w:p w14:paraId="4F002E5B" w14:textId="77777777" w:rsidR="00450889" w:rsidRDefault="00000000">
            <w:pPr>
              <w:spacing w:after="40"/>
            </w:pPr>
            <w:r>
              <w:rPr>
                <w:b/>
                <w:color w:val="371376"/>
                <w:sz w:val="18"/>
              </w:rPr>
              <w:t>Preparation notes</w:t>
            </w:r>
          </w:p>
          <w:p w14:paraId="54FF4960" w14:textId="77777777" w:rsidR="00450889" w:rsidRDefault="00000000">
            <w:pPr>
              <w:spacing w:after="20"/>
            </w:pPr>
            <w:r>
              <w:rPr>
                <w:color w:val="AAA3B2"/>
                <w:sz w:val="16"/>
              </w:rPr>
              <w:t>________________________________________________________________________________</w:t>
            </w:r>
          </w:p>
          <w:p w14:paraId="60AECC6D" w14:textId="77777777" w:rsidR="00450889" w:rsidRDefault="00000000">
            <w:pPr>
              <w:spacing w:after="20"/>
            </w:pPr>
            <w:r>
              <w:rPr>
                <w:color w:val="AAA3B2"/>
                <w:sz w:val="16"/>
              </w:rPr>
              <w:t>________________________________________________________________________________</w:t>
            </w:r>
          </w:p>
          <w:p w14:paraId="2CE568A9" w14:textId="77777777" w:rsidR="00450889" w:rsidRDefault="00000000">
            <w:pPr>
              <w:spacing w:after="20"/>
            </w:pPr>
            <w:r>
              <w:rPr>
                <w:color w:val="AAA3B2"/>
                <w:sz w:val="16"/>
              </w:rPr>
              <w:t>________________________________________________________________________________</w:t>
            </w:r>
          </w:p>
          <w:p w14:paraId="77ECE6EB" w14:textId="77777777" w:rsidR="00450889" w:rsidRDefault="00000000">
            <w:pPr>
              <w:spacing w:after="20"/>
            </w:pPr>
            <w:r>
              <w:rPr>
                <w:color w:val="AAA3B2"/>
                <w:sz w:val="16"/>
              </w:rPr>
              <w:t>________________________________________________________________________________</w:t>
            </w:r>
          </w:p>
          <w:p w14:paraId="5663C92B" w14:textId="77777777" w:rsidR="00450889" w:rsidRDefault="00000000">
            <w:pPr>
              <w:spacing w:after="20"/>
            </w:pPr>
            <w:r>
              <w:rPr>
                <w:color w:val="AAA3B2"/>
                <w:sz w:val="16"/>
              </w:rPr>
              <w:t>________________________________________________________________________________</w:t>
            </w:r>
          </w:p>
        </w:tc>
      </w:tr>
    </w:tbl>
    <w:p w14:paraId="47EBEEEA"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47C1653B"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41396318" w14:textId="77777777" w:rsidR="00450889" w:rsidRDefault="00000000">
            <w:pPr>
              <w:jc w:val="center"/>
            </w:pPr>
            <w:r>
              <w:rPr>
                <w:b/>
                <w:color w:val="FFFFFF"/>
                <w:sz w:val="22"/>
              </w:rPr>
              <w:t>29</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519B72A0" w14:textId="77777777" w:rsidR="00450889" w:rsidRDefault="00000000">
            <w:r>
              <w:rPr>
                <w:b/>
                <w:sz w:val="22"/>
              </w:rPr>
              <w:t>Sustainability and exit plan</w:t>
            </w:r>
            <w:r>
              <w:rPr>
                <w:b/>
                <w:color w:val="C8194B"/>
                <w:sz w:val="17"/>
              </w:rPr>
              <w:t xml:space="preserve">  Required</w:t>
            </w:r>
          </w:p>
          <w:p w14:paraId="538934F9" w14:textId="77777777" w:rsidR="00450889" w:rsidRDefault="00000000">
            <w:pPr>
              <w:spacing w:after="60"/>
            </w:pPr>
            <w:r>
              <w:rPr>
                <w:i/>
                <w:color w:val="666666"/>
                <w:sz w:val="19"/>
              </w:rPr>
              <w:t>What happens after AQA funding ends?</w:t>
            </w:r>
          </w:p>
          <w:p w14:paraId="51C20DEC" w14:textId="77777777" w:rsidR="00450889" w:rsidRDefault="00000000">
            <w:pPr>
              <w:spacing w:after="40"/>
            </w:pPr>
            <w:r>
              <w:rPr>
                <w:b/>
                <w:color w:val="371376"/>
                <w:sz w:val="18"/>
              </w:rPr>
              <w:t>Preparation notes</w:t>
            </w:r>
          </w:p>
          <w:p w14:paraId="1C9CEBEE" w14:textId="77777777" w:rsidR="00450889" w:rsidRDefault="00000000">
            <w:pPr>
              <w:spacing w:after="20"/>
            </w:pPr>
            <w:r>
              <w:rPr>
                <w:color w:val="AAA3B2"/>
                <w:sz w:val="16"/>
              </w:rPr>
              <w:t>________________________________________________________________________________</w:t>
            </w:r>
          </w:p>
          <w:p w14:paraId="4B13D118" w14:textId="77777777" w:rsidR="00450889" w:rsidRDefault="00000000">
            <w:pPr>
              <w:spacing w:after="20"/>
            </w:pPr>
            <w:r>
              <w:rPr>
                <w:color w:val="AAA3B2"/>
                <w:sz w:val="16"/>
              </w:rPr>
              <w:t>________________________________________________________________________________</w:t>
            </w:r>
          </w:p>
          <w:p w14:paraId="52495212" w14:textId="77777777" w:rsidR="00450889" w:rsidRDefault="00000000">
            <w:pPr>
              <w:spacing w:after="20"/>
            </w:pPr>
            <w:r>
              <w:rPr>
                <w:color w:val="AAA3B2"/>
                <w:sz w:val="16"/>
              </w:rPr>
              <w:t>________________________________________________________________________________</w:t>
            </w:r>
          </w:p>
          <w:p w14:paraId="61DE59E6" w14:textId="77777777" w:rsidR="00450889" w:rsidRDefault="00000000">
            <w:pPr>
              <w:spacing w:after="20"/>
            </w:pPr>
            <w:r>
              <w:rPr>
                <w:color w:val="AAA3B2"/>
                <w:sz w:val="16"/>
              </w:rPr>
              <w:lastRenderedPageBreak/>
              <w:t>________________________________________________________________________________</w:t>
            </w:r>
          </w:p>
          <w:p w14:paraId="2A2BB2D5" w14:textId="77777777" w:rsidR="00450889" w:rsidRDefault="00000000">
            <w:pPr>
              <w:spacing w:after="20"/>
            </w:pPr>
            <w:r>
              <w:rPr>
                <w:color w:val="AAA3B2"/>
                <w:sz w:val="16"/>
              </w:rPr>
              <w:t>________________________________________________________________________________</w:t>
            </w:r>
          </w:p>
          <w:p w14:paraId="69786CE5" w14:textId="77777777" w:rsidR="00450889" w:rsidRDefault="00000000">
            <w:pPr>
              <w:spacing w:after="20"/>
            </w:pPr>
            <w:r>
              <w:rPr>
                <w:color w:val="AAA3B2"/>
                <w:sz w:val="16"/>
              </w:rPr>
              <w:t>________________________________________________________________________________</w:t>
            </w:r>
          </w:p>
          <w:p w14:paraId="4BF66D06" w14:textId="77777777" w:rsidR="00450889" w:rsidRDefault="00000000">
            <w:pPr>
              <w:spacing w:after="20"/>
            </w:pPr>
            <w:r>
              <w:rPr>
                <w:color w:val="AAA3B2"/>
                <w:sz w:val="16"/>
              </w:rPr>
              <w:t>________________________________________________________________________________</w:t>
            </w:r>
          </w:p>
        </w:tc>
      </w:tr>
    </w:tbl>
    <w:p w14:paraId="61557168"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283DA489"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25EC8EFB" w14:textId="77777777" w:rsidR="00450889" w:rsidRDefault="00000000">
            <w:pPr>
              <w:jc w:val="center"/>
            </w:pPr>
            <w:r>
              <w:rPr>
                <w:b/>
                <w:color w:val="FFFFFF"/>
                <w:sz w:val="22"/>
              </w:rPr>
              <w:t>30</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7F35F1BF" w14:textId="77777777" w:rsidR="00450889" w:rsidRDefault="00000000">
            <w:r>
              <w:rPr>
                <w:b/>
                <w:sz w:val="22"/>
              </w:rPr>
              <w:t>Would you be willing to accept a smaller amount of funding than requested if AQA is unable to fulfil the full amount?</w:t>
            </w:r>
            <w:r>
              <w:rPr>
                <w:b/>
                <w:color w:val="C8194B"/>
                <w:sz w:val="17"/>
              </w:rPr>
              <w:t xml:space="preserve">  Required</w:t>
            </w:r>
          </w:p>
          <w:p w14:paraId="53881FED" w14:textId="77777777" w:rsidR="00450889" w:rsidRDefault="00000000">
            <w:r>
              <w:rPr>
                <w:sz w:val="19"/>
              </w:rPr>
              <w:t>☐ Yes    ☐ No</w:t>
            </w:r>
          </w:p>
        </w:tc>
      </w:tr>
    </w:tbl>
    <w:p w14:paraId="5FDDE2A6" w14:textId="77777777" w:rsidR="00450889" w:rsidRDefault="00450889">
      <w:pPr>
        <w:spacing w:after="40"/>
      </w:pPr>
    </w:p>
    <w:p w14:paraId="5E4CF410" w14:textId="77777777" w:rsidR="00450889" w:rsidRDefault="00000000">
      <w:r>
        <w:br w:type="page"/>
      </w:r>
    </w:p>
    <w:p w14:paraId="493BEA05" w14:textId="77777777" w:rsidR="00450889" w:rsidRDefault="00000000">
      <w:pPr>
        <w:pStyle w:val="Heading1"/>
        <w:spacing w:before="200" w:after="60"/>
      </w:pPr>
      <w:r>
        <w:rPr>
          <w:rFonts w:ascii="Source Sans Pro" w:hAnsi="Source Sans Pro"/>
          <w:color w:val="371376"/>
          <w:sz w:val="42"/>
        </w:rPr>
        <w:lastRenderedPageBreak/>
        <w:t>Video and declarations</w:t>
      </w:r>
    </w:p>
    <w:tbl>
      <w:tblPr>
        <w:tblW w:w="0" w:type="auto"/>
        <w:tblLayout w:type="fixed"/>
        <w:tblLook w:val="04A0" w:firstRow="1" w:lastRow="0" w:firstColumn="1" w:lastColumn="0" w:noHBand="0" w:noVBand="1"/>
      </w:tblPr>
      <w:tblGrid>
        <w:gridCol w:w="5083"/>
        <w:gridCol w:w="5083"/>
      </w:tblGrid>
      <w:tr w:rsidR="00450889" w14:paraId="55CECD91"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1A8DA45A" w14:textId="77777777" w:rsidR="00450889" w:rsidRDefault="00000000">
            <w:pPr>
              <w:jc w:val="center"/>
            </w:pPr>
            <w:r>
              <w:rPr>
                <w:b/>
                <w:color w:val="FFFFFF"/>
                <w:sz w:val="22"/>
              </w:rPr>
              <w:t>31</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46E6BEB4" w14:textId="77777777" w:rsidR="00450889" w:rsidRDefault="00000000">
            <w:r>
              <w:rPr>
                <w:b/>
                <w:sz w:val="22"/>
              </w:rPr>
              <w:t>Video URL</w:t>
            </w:r>
          </w:p>
          <w:p w14:paraId="1D2EC719" w14:textId="77777777" w:rsidR="00450889" w:rsidRDefault="00000000">
            <w:pPr>
              <w:spacing w:after="60"/>
            </w:pPr>
            <w:r>
              <w:rPr>
                <w:i/>
                <w:color w:val="666666"/>
                <w:sz w:val="19"/>
              </w:rPr>
              <w:t>You may submit a short video of up to three minutes to supplement your application. Provide an accessible OneDrive, SharePoint, unlisted YouTube or Vimeo link and check the sharing permissions.</w:t>
            </w:r>
          </w:p>
          <w:p w14:paraId="2698DD67" w14:textId="77777777" w:rsidR="00450889" w:rsidRDefault="00000000">
            <w:pPr>
              <w:spacing w:after="40"/>
            </w:pPr>
            <w:r>
              <w:rPr>
                <w:b/>
                <w:color w:val="371376"/>
                <w:sz w:val="18"/>
              </w:rPr>
              <w:t>Preparation notes</w:t>
            </w:r>
          </w:p>
          <w:p w14:paraId="517291A8" w14:textId="77777777" w:rsidR="00450889" w:rsidRDefault="00000000">
            <w:pPr>
              <w:spacing w:after="20"/>
            </w:pPr>
            <w:r>
              <w:rPr>
                <w:color w:val="AAA3B2"/>
                <w:sz w:val="16"/>
              </w:rPr>
              <w:t>________________________________________________________________________________</w:t>
            </w:r>
          </w:p>
          <w:p w14:paraId="334AC0AF" w14:textId="77777777" w:rsidR="00450889" w:rsidRDefault="00000000">
            <w:pPr>
              <w:spacing w:after="20"/>
            </w:pPr>
            <w:r>
              <w:rPr>
                <w:color w:val="AAA3B2"/>
                <w:sz w:val="16"/>
              </w:rPr>
              <w:t>________________________________________________________________________________</w:t>
            </w:r>
          </w:p>
        </w:tc>
      </w:tr>
    </w:tbl>
    <w:p w14:paraId="79B12544"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0E024258"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1BEF89A2" w14:textId="77777777" w:rsidR="00450889" w:rsidRDefault="00000000">
            <w:pPr>
              <w:jc w:val="center"/>
            </w:pPr>
            <w:r>
              <w:rPr>
                <w:b/>
                <w:color w:val="FFFFFF"/>
                <w:sz w:val="22"/>
              </w:rPr>
              <w:t>32</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4F7FBCEE" w14:textId="77777777" w:rsidR="00450889" w:rsidRDefault="00000000">
            <w:r>
              <w:rPr>
                <w:b/>
                <w:sz w:val="22"/>
              </w:rPr>
              <w:t>Authorised signatory declaration</w:t>
            </w:r>
          </w:p>
          <w:p w14:paraId="727FCF53" w14:textId="77777777" w:rsidR="00450889" w:rsidRDefault="00000000">
            <w:pPr>
              <w:spacing w:after="60"/>
            </w:pPr>
            <w:r>
              <w:rPr>
                <w:i/>
                <w:color w:val="666666"/>
                <w:sz w:val="19"/>
              </w:rPr>
              <w:t>I confirm that the information provided is accurate to the best of my knowledge; that our organisation has appropriate governance and safeguarding policies; and that we consent to AQA processing this application for assessment purposes.</w:t>
            </w:r>
          </w:p>
          <w:p w14:paraId="2C418D54" w14:textId="77777777" w:rsidR="00450889" w:rsidRDefault="00000000">
            <w:pPr>
              <w:spacing w:after="40"/>
            </w:pPr>
            <w:r>
              <w:rPr>
                <w:b/>
                <w:color w:val="371376"/>
                <w:sz w:val="18"/>
              </w:rPr>
              <w:t>Preparation notes</w:t>
            </w:r>
          </w:p>
          <w:p w14:paraId="69D791D3" w14:textId="77777777" w:rsidR="00450889" w:rsidRDefault="00000000">
            <w:pPr>
              <w:spacing w:after="20"/>
            </w:pPr>
            <w:r>
              <w:rPr>
                <w:color w:val="AAA3B2"/>
                <w:sz w:val="16"/>
              </w:rPr>
              <w:t>________________________________________________________________________________</w:t>
            </w:r>
          </w:p>
        </w:tc>
      </w:tr>
    </w:tbl>
    <w:p w14:paraId="07B7D2A9"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452A0D04"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321942B6" w14:textId="77777777" w:rsidR="00450889" w:rsidRDefault="00000000">
            <w:pPr>
              <w:jc w:val="center"/>
            </w:pPr>
            <w:r>
              <w:rPr>
                <w:b/>
                <w:color w:val="FFFFFF"/>
                <w:sz w:val="22"/>
              </w:rPr>
              <w:t>33</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E210521" w14:textId="77777777" w:rsidR="00450889" w:rsidRDefault="00000000">
            <w:r>
              <w:rPr>
                <w:b/>
                <w:sz w:val="22"/>
              </w:rPr>
              <w:t>Authorised signatory name</w:t>
            </w:r>
            <w:r>
              <w:rPr>
                <w:b/>
                <w:color w:val="C8194B"/>
                <w:sz w:val="17"/>
              </w:rPr>
              <w:t xml:space="preserve">  Required</w:t>
            </w:r>
          </w:p>
          <w:p w14:paraId="23CE81A1" w14:textId="77777777" w:rsidR="00450889" w:rsidRDefault="00000000">
            <w:pPr>
              <w:spacing w:after="40"/>
            </w:pPr>
            <w:r>
              <w:rPr>
                <w:b/>
                <w:color w:val="371376"/>
                <w:sz w:val="18"/>
              </w:rPr>
              <w:t>Preparation notes</w:t>
            </w:r>
          </w:p>
          <w:p w14:paraId="444FD1A2" w14:textId="77777777" w:rsidR="00450889" w:rsidRDefault="00000000">
            <w:pPr>
              <w:spacing w:after="20"/>
            </w:pPr>
            <w:r>
              <w:rPr>
                <w:color w:val="AAA3B2"/>
                <w:sz w:val="16"/>
              </w:rPr>
              <w:t>________________________________________________________________________________</w:t>
            </w:r>
          </w:p>
        </w:tc>
      </w:tr>
    </w:tbl>
    <w:p w14:paraId="79423222"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5B8EEE1C"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7B8A40D4" w14:textId="77777777" w:rsidR="00450889" w:rsidRDefault="00000000">
            <w:pPr>
              <w:jc w:val="center"/>
            </w:pPr>
            <w:r>
              <w:rPr>
                <w:b/>
                <w:color w:val="FFFFFF"/>
                <w:sz w:val="22"/>
              </w:rPr>
              <w:t>34</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1E5F63D" w14:textId="77777777" w:rsidR="00450889" w:rsidRDefault="00000000">
            <w:r>
              <w:rPr>
                <w:b/>
                <w:sz w:val="22"/>
              </w:rPr>
              <w:t>Authorised signatory role</w:t>
            </w:r>
            <w:r>
              <w:rPr>
                <w:b/>
                <w:color w:val="C8194B"/>
                <w:sz w:val="17"/>
              </w:rPr>
              <w:t xml:space="preserve">  Required</w:t>
            </w:r>
          </w:p>
          <w:p w14:paraId="6E2420F4" w14:textId="77777777" w:rsidR="00450889" w:rsidRDefault="00000000">
            <w:pPr>
              <w:spacing w:after="40"/>
            </w:pPr>
            <w:r>
              <w:rPr>
                <w:b/>
                <w:color w:val="371376"/>
                <w:sz w:val="18"/>
              </w:rPr>
              <w:t>Preparation notes</w:t>
            </w:r>
          </w:p>
          <w:p w14:paraId="7B112394" w14:textId="77777777" w:rsidR="00450889" w:rsidRDefault="00000000">
            <w:pPr>
              <w:spacing w:after="20"/>
            </w:pPr>
            <w:r>
              <w:rPr>
                <w:color w:val="AAA3B2"/>
                <w:sz w:val="16"/>
              </w:rPr>
              <w:t>________________________________________________________________________________</w:t>
            </w:r>
          </w:p>
        </w:tc>
      </w:tr>
    </w:tbl>
    <w:p w14:paraId="15518011"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2A39241B"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72AAC21F" w14:textId="77777777" w:rsidR="00450889" w:rsidRDefault="00000000">
            <w:pPr>
              <w:jc w:val="center"/>
            </w:pPr>
            <w:r>
              <w:rPr>
                <w:b/>
                <w:color w:val="FFFFFF"/>
                <w:sz w:val="22"/>
              </w:rPr>
              <w:t>35</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1BE61713" w14:textId="77777777" w:rsidR="00450889" w:rsidRDefault="00000000">
            <w:r>
              <w:rPr>
                <w:b/>
                <w:sz w:val="22"/>
              </w:rPr>
              <w:t>Declaration date</w:t>
            </w:r>
            <w:r>
              <w:rPr>
                <w:b/>
                <w:color w:val="C8194B"/>
                <w:sz w:val="17"/>
              </w:rPr>
              <w:t xml:space="preserve">  Required</w:t>
            </w:r>
          </w:p>
          <w:p w14:paraId="650FF876" w14:textId="77777777" w:rsidR="00450889" w:rsidRDefault="00000000">
            <w:pPr>
              <w:spacing w:after="40"/>
            </w:pPr>
            <w:r>
              <w:rPr>
                <w:b/>
                <w:color w:val="371376"/>
                <w:sz w:val="18"/>
              </w:rPr>
              <w:t>Preparation notes</w:t>
            </w:r>
          </w:p>
          <w:p w14:paraId="30BBA86D" w14:textId="77777777" w:rsidR="00450889" w:rsidRDefault="00000000">
            <w:pPr>
              <w:spacing w:after="20"/>
            </w:pPr>
            <w:r>
              <w:rPr>
                <w:color w:val="AAA3B2"/>
                <w:sz w:val="16"/>
              </w:rPr>
              <w:t>________________________________________________________________________________</w:t>
            </w:r>
          </w:p>
        </w:tc>
      </w:tr>
    </w:tbl>
    <w:p w14:paraId="6D2AF6B9"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5E1EAE95"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24480C06" w14:textId="77777777" w:rsidR="00450889" w:rsidRDefault="00000000">
            <w:pPr>
              <w:jc w:val="center"/>
            </w:pPr>
            <w:r>
              <w:rPr>
                <w:b/>
                <w:color w:val="FFFFFF"/>
                <w:sz w:val="22"/>
              </w:rPr>
              <w:t>36</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7B01FC8C" w14:textId="77777777" w:rsidR="00450889" w:rsidRDefault="00000000">
            <w:r>
              <w:rPr>
                <w:b/>
                <w:sz w:val="22"/>
              </w:rPr>
              <w:t>Signature</w:t>
            </w:r>
            <w:r>
              <w:rPr>
                <w:b/>
                <w:color w:val="C8194B"/>
                <w:sz w:val="17"/>
              </w:rPr>
              <w:t xml:space="preserve">  Required</w:t>
            </w:r>
          </w:p>
          <w:p w14:paraId="164273CF" w14:textId="77777777" w:rsidR="00450889" w:rsidRDefault="00000000">
            <w:pPr>
              <w:spacing w:after="60"/>
            </w:pPr>
            <w:r>
              <w:rPr>
                <w:i/>
                <w:color w:val="666666"/>
                <w:sz w:val="19"/>
              </w:rPr>
              <w:lastRenderedPageBreak/>
              <w:t>A typed name is acceptable.</w:t>
            </w:r>
          </w:p>
          <w:p w14:paraId="0E6183E0" w14:textId="77777777" w:rsidR="00450889" w:rsidRDefault="00000000">
            <w:pPr>
              <w:spacing w:after="40"/>
            </w:pPr>
            <w:r>
              <w:rPr>
                <w:b/>
                <w:color w:val="371376"/>
                <w:sz w:val="18"/>
              </w:rPr>
              <w:t>Preparation notes</w:t>
            </w:r>
          </w:p>
          <w:p w14:paraId="4E0CDA47" w14:textId="77777777" w:rsidR="00450889" w:rsidRDefault="00000000">
            <w:pPr>
              <w:spacing w:after="20"/>
            </w:pPr>
            <w:r>
              <w:rPr>
                <w:color w:val="AAA3B2"/>
                <w:sz w:val="16"/>
              </w:rPr>
              <w:t>________________________________________________________________________________</w:t>
            </w:r>
          </w:p>
        </w:tc>
      </w:tr>
    </w:tbl>
    <w:p w14:paraId="5A1C6D55"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678D4CE7"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0F9B429A" w14:textId="77777777" w:rsidR="00450889" w:rsidRDefault="00000000">
            <w:pPr>
              <w:jc w:val="center"/>
            </w:pPr>
            <w:r>
              <w:rPr>
                <w:b/>
                <w:color w:val="FFFFFF"/>
                <w:sz w:val="22"/>
              </w:rPr>
              <w:t>37</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5256D6ED" w14:textId="77777777" w:rsidR="00450889" w:rsidRDefault="00000000">
            <w:r>
              <w:rPr>
                <w:b/>
                <w:sz w:val="22"/>
              </w:rPr>
              <w:t>Data protection and privacy</w:t>
            </w:r>
            <w:r>
              <w:rPr>
                <w:b/>
                <w:color w:val="C8194B"/>
                <w:sz w:val="17"/>
              </w:rPr>
              <w:t xml:space="preserve">  Required</w:t>
            </w:r>
          </w:p>
          <w:p w14:paraId="688018CA" w14:textId="77777777" w:rsidR="00450889" w:rsidRDefault="00000000">
            <w:pPr>
              <w:spacing w:after="60"/>
            </w:pPr>
            <w:r>
              <w:rPr>
                <w:i/>
                <w:color w:val="666666"/>
                <w:sz w:val="19"/>
              </w:rPr>
              <w:t>AQA will use the information you provide to assess your application and, if successful, to administer any grant awarded. Do not include special category personal data unless strictly necessary. Confirm that you have an appropriate lawful basis to share any personal data about people other than the key contact.</w:t>
            </w:r>
          </w:p>
          <w:p w14:paraId="1543DD4B" w14:textId="77777777" w:rsidR="00450889" w:rsidRDefault="00000000">
            <w:r>
              <w:rPr>
                <w:sz w:val="19"/>
              </w:rPr>
              <w:t>☐ I confirm</w:t>
            </w:r>
          </w:p>
        </w:tc>
      </w:tr>
    </w:tbl>
    <w:p w14:paraId="32CC1EC6" w14:textId="77777777" w:rsidR="00450889" w:rsidRDefault="00450889">
      <w:pPr>
        <w:spacing w:after="40"/>
      </w:pPr>
    </w:p>
    <w:p w14:paraId="5BC55823" w14:textId="77777777" w:rsidR="00450889" w:rsidRDefault="00000000">
      <w:r>
        <w:br w:type="page"/>
      </w:r>
    </w:p>
    <w:p w14:paraId="3CD3181F" w14:textId="77777777" w:rsidR="00450889" w:rsidRDefault="00000000">
      <w:pPr>
        <w:pStyle w:val="Heading1"/>
        <w:spacing w:before="200" w:after="60"/>
      </w:pPr>
      <w:r>
        <w:rPr>
          <w:rFonts w:ascii="Source Sans Pro" w:hAnsi="Source Sans Pro"/>
          <w:color w:val="371376"/>
          <w:sz w:val="42"/>
        </w:rPr>
        <w:lastRenderedPageBreak/>
        <w:t>Optional EDI monitoring and review</w:t>
      </w:r>
    </w:p>
    <w:p w14:paraId="09513C33" w14:textId="77777777" w:rsidR="00450889" w:rsidRDefault="00000000">
      <w:pPr>
        <w:keepNext/>
        <w:spacing w:after="200"/>
      </w:pPr>
      <w:r>
        <w:rPr>
          <w:color w:val="666666"/>
        </w:rPr>
        <w:t>This section is voluntary and is not used in assessment. Data may be aggregated to understand the programme’s reach and inclusivity.</w:t>
      </w:r>
    </w:p>
    <w:tbl>
      <w:tblPr>
        <w:tblW w:w="0" w:type="auto"/>
        <w:tblLayout w:type="fixed"/>
        <w:tblLook w:val="04A0" w:firstRow="1" w:lastRow="0" w:firstColumn="1" w:lastColumn="0" w:noHBand="0" w:noVBand="1"/>
      </w:tblPr>
      <w:tblGrid>
        <w:gridCol w:w="5083"/>
        <w:gridCol w:w="5083"/>
      </w:tblGrid>
      <w:tr w:rsidR="00450889" w14:paraId="0BC6F605"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0C7F2954" w14:textId="77777777" w:rsidR="00450889" w:rsidRDefault="00000000">
            <w:pPr>
              <w:jc w:val="center"/>
            </w:pPr>
            <w:r>
              <w:rPr>
                <w:b/>
                <w:color w:val="FFFFFF"/>
                <w:sz w:val="22"/>
              </w:rPr>
              <w:t>38</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56122DB" w14:textId="77777777" w:rsidR="00450889" w:rsidRDefault="00000000">
            <w:r>
              <w:rPr>
                <w:b/>
                <w:sz w:val="22"/>
              </w:rPr>
              <w:t>Type of organisation</w:t>
            </w:r>
          </w:p>
          <w:p w14:paraId="7A82ECE5" w14:textId="77777777" w:rsidR="00450889" w:rsidRDefault="00000000">
            <w:r>
              <w:rPr>
                <w:sz w:val="19"/>
              </w:rPr>
              <w:t>☐ Registered charity    ☐ University    ☐ Small for-profit    ☐ Other</w:t>
            </w:r>
          </w:p>
        </w:tc>
      </w:tr>
    </w:tbl>
    <w:p w14:paraId="6AD8D5C9"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58ABA7D9"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1B8E7429" w14:textId="77777777" w:rsidR="00450889" w:rsidRDefault="00000000">
            <w:pPr>
              <w:jc w:val="center"/>
            </w:pPr>
            <w:r>
              <w:rPr>
                <w:b/>
                <w:color w:val="FFFFFF"/>
                <w:sz w:val="22"/>
              </w:rPr>
              <w:t>39</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430B115A" w14:textId="77777777" w:rsidR="00450889" w:rsidRDefault="00000000">
            <w:r>
              <w:rPr>
                <w:b/>
                <w:sz w:val="22"/>
              </w:rPr>
              <w:t>Organisation size</w:t>
            </w:r>
          </w:p>
          <w:p w14:paraId="1AA575FA" w14:textId="77777777" w:rsidR="00450889" w:rsidRDefault="00000000">
            <w:r>
              <w:rPr>
                <w:sz w:val="19"/>
              </w:rPr>
              <w:t>☐ 1 to 9 staff    ☐ 10 to 49 staff    ☐ 50 to 249 staff    ☐ 250+ staff</w:t>
            </w:r>
          </w:p>
        </w:tc>
      </w:tr>
    </w:tbl>
    <w:p w14:paraId="4C531A3B"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376B5AFE"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2B222094" w14:textId="77777777" w:rsidR="00450889" w:rsidRDefault="00000000">
            <w:pPr>
              <w:jc w:val="center"/>
            </w:pPr>
            <w:r>
              <w:rPr>
                <w:b/>
                <w:color w:val="FFFFFF"/>
                <w:sz w:val="22"/>
              </w:rPr>
              <w:t>40</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57488AC2" w14:textId="77777777" w:rsidR="00450889" w:rsidRDefault="00000000">
            <w:r>
              <w:rPr>
                <w:b/>
                <w:sz w:val="22"/>
              </w:rPr>
              <w:t>Primary beneficiary group or groups</w:t>
            </w:r>
          </w:p>
          <w:p w14:paraId="150008C6" w14:textId="77777777" w:rsidR="00450889" w:rsidRDefault="00000000">
            <w:pPr>
              <w:spacing w:after="40"/>
            </w:pPr>
            <w:r>
              <w:rPr>
                <w:b/>
                <w:color w:val="371376"/>
                <w:sz w:val="18"/>
              </w:rPr>
              <w:t>Preparation notes</w:t>
            </w:r>
          </w:p>
          <w:p w14:paraId="3D5D54AB" w14:textId="77777777" w:rsidR="00450889" w:rsidRDefault="00000000">
            <w:pPr>
              <w:spacing w:after="20"/>
            </w:pPr>
            <w:r>
              <w:rPr>
                <w:color w:val="AAA3B2"/>
                <w:sz w:val="16"/>
              </w:rPr>
              <w:t>________________________________________________________________________________</w:t>
            </w:r>
          </w:p>
          <w:p w14:paraId="4085FB90" w14:textId="77777777" w:rsidR="00450889" w:rsidRDefault="00000000">
            <w:pPr>
              <w:spacing w:after="20"/>
            </w:pPr>
            <w:r>
              <w:rPr>
                <w:color w:val="AAA3B2"/>
                <w:sz w:val="16"/>
              </w:rPr>
              <w:t>________________________________________________________________________________</w:t>
            </w:r>
          </w:p>
          <w:p w14:paraId="6F109C2D" w14:textId="77777777" w:rsidR="00450889" w:rsidRDefault="00000000">
            <w:pPr>
              <w:spacing w:after="20"/>
            </w:pPr>
            <w:r>
              <w:rPr>
                <w:color w:val="AAA3B2"/>
                <w:sz w:val="16"/>
              </w:rPr>
              <w:t>________________________________________________________________________________</w:t>
            </w:r>
          </w:p>
          <w:p w14:paraId="6B445485" w14:textId="77777777" w:rsidR="00450889" w:rsidRDefault="00000000">
            <w:pPr>
              <w:spacing w:after="20"/>
            </w:pPr>
            <w:r>
              <w:rPr>
                <w:color w:val="AAA3B2"/>
                <w:sz w:val="16"/>
              </w:rPr>
              <w:t>________________________________________________________________________________</w:t>
            </w:r>
          </w:p>
        </w:tc>
      </w:tr>
    </w:tbl>
    <w:p w14:paraId="2C8E92AC" w14:textId="77777777" w:rsidR="00450889" w:rsidRDefault="00450889">
      <w:pPr>
        <w:spacing w:after="40"/>
      </w:pPr>
    </w:p>
    <w:p w14:paraId="749DA680" w14:textId="77777777" w:rsidR="00450889" w:rsidRDefault="00000000">
      <w:pPr>
        <w:pStyle w:val="Heading1"/>
        <w:spacing w:before="200" w:after="60"/>
      </w:pPr>
      <w:r>
        <w:rPr>
          <w:rFonts w:ascii="Source Sans Pro" w:hAnsi="Source Sans Pro"/>
          <w:color w:val="371376"/>
          <w:sz w:val="42"/>
        </w:rPr>
        <w:t>Conflict of interest declaration</w:t>
      </w:r>
    </w:p>
    <w:tbl>
      <w:tblPr>
        <w:tblW w:w="0" w:type="auto"/>
        <w:tblLayout w:type="fixed"/>
        <w:tblLook w:val="04A0" w:firstRow="1" w:lastRow="0" w:firstColumn="1" w:lastColumn="0" w:noHBand="0" w:noVBand="1"/>
      </w:tblPr>
      <w:tblGrid>
        <w:gridCol w:w="5083"/>
        <w:gridCol w:w="5083"/>
      </w:tblGrid>
      <w:tr w:rsidR="00450889" w14:paraId="0ABE93D3"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5F096A6B" w14:textId="77777777" w:rsidR="00450889" w:rsidRDefault="00000000">
            <w:pPr>
              <w:jc w:val="center"/>
            </w:pPr>
            <w:r>
              <w:rPr>
                <w:b/>
                <w:color w:val="FFFFFF"/>
                <w:sz w:val="22"/>
              </w:rPr>
              <w:t>41</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074476B2" w14:textId="77777777" w:rsidR="00450889" w:rsidRDefault="00000000">
            <w:r>
              <w:rPr>
                <w:b/>
                <w:sz w:val="22"/>
              </w:rPr>
              <w:t>Does your organisation, or any of its directors, employees or board members, have a direct relationship with AQA, an AQA company or an AQA-affiliated group company, or a direct personal relationship with any AQA employee, director or board member?</w:t>
            </w:r>
            <w:r>
              <w:rPr>
                <w:b/>
                <w:color w:val="C8194B"/>
                <w:sz w:val="17"/>
              </w:rPr>
              <w:t xml:space="preserve">  Required</w:t>
            </w:r>
          </w:p>
          <w:p w14:paraId="688A4CC0" w14:textId="77777777" w:rsidR="00450889" w:rsidRDefault="00000000">
            <w:pPr>
              <w:spacing w:after="60"/>
            </w:pPr>
            <w:r>
              <w:rPr>
                <w:i/>
                <w:color w:val="666666"/>
                <w:sz w:val="19"/>
              </w:rPr>
              <w:t>You must declare any actual or potential conflict of interest.</w:t>
            </w:r>
          </w:p>
          <w:p w14:paraId="1CAF4389" w14:textId="77777777" w:rsidR="00450889" w:rsidRDefault="00000000">
            <w:r>
              <w:rPr>
                <w:sz w:val="19"/>
              </w:rPr>
              <w:t>☐ Yes    ☐ No</w:t>
            </w:r>
          </w:p>
        </w:tc>
      </w:tr>
    </w:tbl>
    <w:p w14:paraId="4C39A9D8"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0A74EB8E"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5B35930B" w14:textId="77777777" w:rsidR="00450889" w:rsidRDefault="00000000">
            <w:pPr>
              <w:jc w:val="center"/>
            </w:pPr>
            <w:r>
              <w:rPr>
                <w:b/>
                <w:color w:val="FFFFFF"/>
                <w:sz w:val="22"/>
              </w:rPr>
              <w:t>42</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3156E317" w14:textId="77777777" w:rsidR="00450889" w:rsidRDefault="00000000">
            <w:r>
              <w:rPr>
                <w:b/>
                <w:sz w:val="22"/>
              </w:rPr>
              <w:t>Describe the nature of the relationship</w:t>
            </w:r>
            <w:r>
              <w:rPr>
                <w:b/>
                <w:color w:val="C8194B"/>
                <w:sz w:val="17"/>
              </w:rPr>
              <w:t xml:space="preserve">  Required</w:t>
            </w:r>
          </w:p>
          <w:p w14:paraId="6D52B7E1" w14:textId="77777777" w:rsidR="00450889" w:rsidRDefault="00000000">
            <w:pPr>
              <w:spacing w:after="60"/>
            </w:pPr>
            <w:r>
              <w:rPr>
                <w:i/>
                <w:color w:val="666666"/>
                <w:sz w:val="19"/>
              </w:rPr>
              <w:t xml:space="preserve">Include the names of the individuals involved, their role within </w:t>
            </w:r>
            <w:r>
              <w:rPr>
                <w:i/>
                <w:color w:val="666666"/>
                <w:sz w:val="19"/>
              </w:rPr>
              <w:lastRenderedPageBreak/>
              <w:t>your organisation and their connection to AQA, for example employee, director, board member or affiliated company.</w:t>
            </w:r>
          </w:p>
          <w:p w14:paraId="19651A5E" w14:textId="77777777" w:rsidR="00450889" w:rsidRDefault="00000000">
            <w:pPr>
              <w:spacing w:after="40"/>
            </w:pPr>
            <w:r>
              <w:rPr>
                <w:b/>
                <w:color w:val="371376"/>
                <w:sz w:val="18"/>
              </w:rPr>
              <w:t>Preparation notes</w:t>
            </w:r>
          </w:p>
          <w:p w14:paraId="56B143B7" w14:textId="77777777" w:rsidR="00450889" w:rsidRDefault="00000000">
            <w:pPr>
              <w:spacing w:after="20"/>
            </w:pPr>
            <w:r>
              <w:rPr>
                <w:color w:val="AAA3B2"/>
                <w:sz w:val="16"/>
              </w:rPr>
              <w:t>________________________________________________________________________________</w:t>
            </w:r>
          </w:p>
          <w:p w14:paraId="697FACD4" w14:textId="77777777" w:rsidR="00450889" w:rsidRDefault="00000000">
            <w:pPr>
              <w:spacing w:after="20"/>
            </w:pPr>
            <w:r>
              <w:rPr>
                <w:color w:val="AAA3B2"/>
                <w:sz w:val="16"/>
              </w:rPr>
              <w:t>________________________________________________________________________________</w:t>
            </w:r>
          </w:p>
          <w:p w14:paraId="621629B0" w14:textId="77777777" w:rsidR="00450889" w:rsidRDefault="00000000">
            <w:pPr>
              <w:spacing w:after="20"/>
            </w:pPr>
            <w:r>
              <w:rPr>
                <w:color w:val="AAA3B2"/>
                <w:sz w:val="16"/>
              </w:rPr>
              <w:t>________________________________________________________________________________</w:t>
            </w:r>
          </w:p>
          <w:p w14:paraId="074A3BA1" w14:textId="77777777" w:rsidR="00450889" w:rsidRDefault="00000000">
            <w:pPr>
              <w:spacing w:after="20"/>
            </w:pPr>
            <w:r>
              <w:rPr>
                <w:color w:val="AAA3B2"/>
                <w:sz w:val="16"/>
              </w:rPr>
              <w:t>________________________________________________________________________________</w:t>
            </w:r>
          </w:p>
          <w:p w14:paraId="45DE382D" w14:textId="77777777" w:rsidR="00450889" w:rsidRDefault="00000000">
            <w:pPr>
              <w:spacing w:after="20"/>
            </w:pPr>
            <w:r>
              <w:rPr>
                <w:color w:val="AAA3B2"/>
                <w:sz w:val="16"/>
              </w:rPr>
              <w:t>________________________________________________________________________________</w:t>
            </w:r>
          </w:p>
          <w:p w14:paraId="791DE206" w14:textId="77777777" w:rsidR="00450889" w:rsidRDefault="00000000">
            <w:pPr>
              <w:spacing w:after="20"/>
            </w:pPr>
            <w:r>
              <w:rPr>
                <w:color w:val="AAA3B2"/>
                <w:sz w:val="16"/>
              </w:rPr>
              <w:t>________________________________________________________________________________</w:t>
            </w:r>
          </w:p>
        </w:tc>
      </w:tr>
    </w:tbl>
    <w:p w14:paraId="427D654D" w14:textId="77777777" w:rsidR="00450889" w:rsidRDefault="00450889">
      <w:pPr>
        <w:spacing w:after="40"/>
      </w:pPr>
    </w:p>
    <w:p w14:paraId="5FA41615" w14:textId="77777777" w:rsidR="00450889" w:rsidRDefault="00000000">
      <w:r>
        <w:br w:type="page"/>
      </w:r>
    </w:p>
    <w:p w14:paraId="34F01F09" w14:textId="77777777" w:rsidR="00450889" w:rsidRDefault="00000000">
      <w:pPr>
        <w:pStyle w:val="Heading1"/>
        <w:spacing w:before="200" w:after="60"/>
      </w:pPr>
      <w:r>
        <w:rPr>
          <w:rFonts w:ascii="Source Sans Pro" w:hAnsi="Source Sans Pro"/>
          <w:color w:val="371376"/>
          <w:sz w:val="42"/>
        </w:rPr>
        <w:lastRenderedPageBreak/>
        <w:t>Final submission checklist</w:t>
      </w:r>
    </w:p>
    <w:p w14:paraId="7AE37C53" w14:textId="77777777" w:rsidR="00450889" w:rsidRDefault="00000000">
      <w:pPr>
        <w:pStyle w:val="ListBullet"/>
        <w:spacing w:after="140"/>
      </w:pPr>
      <w:r>
        <w:rPr>
          <w:sz w:val="22"/>
        </w:rPr>
        <w:t>☐ Review every section carefully before submitting.</w:t>
      </w:r>
    </w:p>
    <w:p w14:paraId="0425771D" w14:textId="77777777" w:rsidR="00450889" w:rsidRDefault="00000000">
      <w:pPr>
        <w:pStyle w:val="ListBullet"/>
        <w:spacing w:after="140"/>
      </w:pPr>
      <w:r>
        <w:rPr>
          <w:sz w:val="22"/>
        </w:rPr>
        <w:t>☐ Check that all required questions have been answered.</w:t>
      </w:r>
    </w:p>
    <w:p w14:paraId="2C5749DC" w14:textId="77777777" w:rsidR="00450889" w:rsidRDefault="00000000">
      <w:pPr>
        <w:pStyle w:val="ListBullet"/>
        <w:spacing w:after="140"/>
      </w:pPr>
      <w:r>
        <w:rPr>
          <w:sz w:val="22"/>
        </w:rPr>
        <w:t>☐ Check that your written summary is no more than 150 words and within the form’s 1,000-character limit.</w:t>
      </w:r>
    </w:p>
    <w:p w14:paraId="2BB94AD9" w14:textId="77777777" w:rsidR="00450889" w:rsidRDefault="00000000">
      <w:pPr>
        <w:pStyle w:val="ListBullet"/>
        <w:spacing w:after="140"/>
      </w:pPr>
      <w:r>
        <w:rPr>
          <w:sz w:val="22"/>
        </w:rPr>
        <w:t>☐ Check that your video link, if supplied, can be opened by AQA reviewers without requesting access.</w:t>
      </w:r>
    </w:p>
    <w:p w14:paraId="7E793D12" w14:textId="3CFEE54D" w:rsidR="00450889" w:rsidRDefault="00000000">
      <w:pPr>
        <w:pStyle w:val="ListBullet"/>
        <w:spacing w:after="140"/>
      </w:pPr>
      <w:r>
        <w:rPr>
          <w:sz w:val="22"/>
        </w:rPr>
        <w:t xml:space="preserve">☐ Prepare </w:t>
      </w:r>
      <w:r w:rsidR="00FD6DB2">
        <w:rPr>
          <w:sz w:val="22"/>
        </w:rPr>
        <w:t xml:space="preserve">any </w:t>
      </w:r>
      <w:r>
        <w:rPr>
          <w:sz w:val="22"/>
        </w:rPr>
        <w:t xml:space="preserve">supporting documents </w:t>
      </w:r>
      <w:r w:rsidR="00FD6DB2">
        <w:rPr>
          <w:sz w:val="22"/>
        </w:rPr>
        <w:t xml:space="preserve">you feel would be helpful for your application, </w:t>
      </w:r>
      <w:r>
        <w:rPr>
          <w:sz w:val="22"/>
        </w:rPr>
        <w:t>such as a safeguarding policy, budget and letters of support as separate attachments.</w:t>
      </w:r>
    </w:p>
    <w:p w14:paraId="0C28DE5E" w14:textId="77777777" w:rsidR="00450889" w:rsidRDefault="00000000">
      <w:pPr>
        <w:pStyle w:val="ListBullet"/>
        <w:spacing w:after="140"/>
      </w:pPr>
      <w:r>
        <w:rPr>
          <w:sz w:val="22"/>
        </w:rPr>
        <w:t>☐ Check your VAT position and make sure VAT is shown in the budget breakdown.</w:t>
      </w:r>
    </w:p>
    <w:p w14:paraId="16E77552" w14:textId="77777777" w:rsidR="00450889" w:rsidRDefault="00000000">
      <w:pPr>
        <w:pStyle w:val="ListBullet"/>
        <w:spacing w:after="140"/>
      </w:pPr>
      <w:r>
        <w:rPr>
          <w:sz w:val="22"/>
        </w:rPr>
        <w:t>☐ Check names, email addresses, telephone numbers and registered details for accuracy.</w:t>
      </w:r>
    </w:p>
    <w:p w14:paraId="488C94F8" w14:textId="77777777" w:rsidR="00450889" w:rsidRDefault="00000000">
      <w:pPr>
        <w:pStyle w:val="ListBullet"/>
        <w:spacing w:after="140"/>
      </w:pPr>
      <w:r>
        <w:rPr>
          <w:sz w:val="22"/>
        </w:rPr>
        <w:t>☐ Ask the authorised signatory to review the declaration before submission.</w:t>
      </w:r>
    </w:p>
    <w:p w14:paraId="543BC130" w14:textId="77777777" w:rsidR="00450889" w:rsidRDefault="00000000">
      <w:pPr>
        <w:pStyle w:val="ListBullet"/>
        <w:spacing w:after="140"/>
      </w:pPr>
      <w:r>
        <w:rPr>
          <w:sz w:val="22"/>
        </w:rPr>
        <w:t>☐ Review any actual or potential conflict of interest and declare it fully.</w:t>
      </w:r>
    </w:p>
    <w:p w14:paraId="136F3923" w14:textId="27B727DA" w:rsidR="00450889" w:rsidRDefault="00000000">
      <w:pPr>
        <w:pStyle w:val="ListBullet"/>
        <w:spacing w:after="140"/>
      </w:pPr>
      <w:r>
        <w:rPr>
          <w:sz w:val="22"/>
        </w:rPr>
        <w:t>☐ Keep a copy of the final submitted wording and</w:t>
      </w:r>
      <w:r w:rsidR="00FD6DB2">
        <w:rPr>
          <w:sz w:val="22"/>
        </w:rPr>
        <w:t xml:space="preserve"> any</w:t>
      </w:r>
      <w:r>
        <w:rPr>
          <w:sz w:val="22"/>
        </w:rPr>
        <w:t xml:space="preserve"> supporting documents.</w:t>
      </w:r>
    </w:p>
    <w:tbl>
      <w:tblPr>
        <w:tblW w:w="0" w:type="auto"/>
        <w:tblLayout w:type="fixed"/>
        <w:tblLook w:val="04A0" w:firstRow="1" w:lastRow="0" w:firstColumn="1" w:lastColumn="0" w:noHBand="0" w:noVBand="1"/>
      </w:tblPr>
      <w:tblGrid>
        <w:gridCol w:w="10166"/>
      </w:tblGrid>
      <w:tr w:rsidR="00450889" w14:paraId="7B67FA9B" w14:textId="77777777">
        <w:tc>
          <w:tcPr>
            <w:tcW w:w="10166" w:type="dxa"/>
            <w:tcBorders>
              <w:top w:val="single" w:sz="8" w:space="0" w:color="371376"/>
              <w:left w:val="single" w:sz="8" w:space="0" w:color="371376"/>
              <w:bottom w:val="single" w:sz="8" w:space="0" w:color="371376"/>
              <w:right w:val="single" w:sz="8" w:space="0" w:color="371376"/>
            </w:tcBorders>
            <w:shd w:val="clear" w:color="auto" w:fill="F3F0F8"/>
            <w:tcMar>
              <w:top w:w="160" w:type="dxa"/>
              <w:left w:w="180" w:type="dxa"/>
              <w:bottom w:w="160" w:type="dxa"/>
              <w:right w:w="180" w:type="dxa"/>
            </w:tcMar>
          </w:tcPr>
          <w:p w14:paraId="2CEFC05E" w14:textId="77777777" w:rsidR="00450889" w:rsidRDefault="00000000">
            <w:pPr>
              <w:spacing w:after="80"/>
            </w:pPr>
            <w:r>
              <w:rPr>
                <w:b/>
                <w:color w:val="371376"/>
                <w:sz w:val="22"/>
              </w:rPr>
              <w:t>Assessment reminder</w:t>
            </w:r>
          </w:p>
          <w:p w14:paraId="04B3A906" w14:textId="77777777" w:rsidR="00450889" w:rsidRDefault="00000000">
            <w:pPr>
              <w:spacing w:after="0"/>
            </w:pPr>
            <w:r>
              <w:rPr>
                <w:sz w:val="20"/>
              </w:rPr>
              <w:t>The form states that applications will be assessed on alignment with the funding strand, clarity of need, impact potential, feasibility, value for money, EDI considerations and monitoring plans.</w:t>
            </w:r>
          </w:p>
        </w:tc>
      </w:tr>
    </w:tbl>
    <w:p w14:paraId="5F060BAF" w14:textId="77777777" w:rsidR="00450889" w:rsidRDefault="00450889">
      <w:pPr>
        <w:spacing w:after="40"/>
      </w:pPr>
    </w:p>
    <w:tbl>
      <w:tblPr>
        <w:tblW w:w="0" w:type="auto"/>
        <w:tblLayout w:type="fixed"/>
        <w:tblLook w:val="04A0" w:firstRow="1" w:lastRow="0" w:firstColumn="1" w:lastColumn="0" w:noHBand="0" w:noVBand="1"/>
      </w:tblPr>
      <w:tblGrid>
        <w:gridCol w:w="5083"/>
        <w:gridCol w:w="5083"/>
      </w:tblGrid>
      <w:tr w:rsidR="00450889" w14:paraId="7FD5469D" w14:textId="77777777">
        <w:tc>
          <w:tcPr>
            <w:tcW w:w="5083" w:type="dxa"/>
            <w:tcBorders>
              <w:top w:val="single" w:sz="6" w:space="0" w:color="371376"/>
              <w:left w:val="single" w:sz="6" w:space="0" w:color="371376"/>
              <w:bottom w:val="single" w:sz="6" w:space="0" w:color="371376"/>
              <w:right w:val="single" w:sz="6" w:space="0" w:color="371376"/>
            </w:tcBorders>
            <w:shd w:val="clear" w:color="auto" w:fill="371376"/>
            <w:tcMar>
              <w:top w:w="100" w:type="dxa"/>
              <w:left w:w="80" w:type="dxa"/>
              <w:bottom w:w="100" w:type="dxa"/>
              <w:right w:w="80" w:type="dxa"/>
            </w:tcMar>
          </w:tcPr>
          <w:p w14:paraId="05FB30B0" w14:textId="77777777" w:rsidR="00450889" w:rsidRDefault="00000000">
            <w:pPr>
              <w:jc w:val="center"/>
            </w:pPr>
            <w:r>
              <w:rPr>
                <w:b/>
                <w:color w:val="FFFFFF"/>
                <w:sz w:val="22"/>
              </w:rPr>
              <w:t>43</w:t>
            </w:r>
          </w:p>
        </w:tc>
        <w:tc>
          <w:tcPr>
            <w:tcW w:w="5083" w:type="dxa"/>
            <w:tcBorders>
              <w:top w:val="single" w:sz="6" w:space="0" w:color="D9D2E3"/>
              <w:left w:val="single" w:sz="6" w:space="0" w:color="D9D2E3"/>
              <w:bottom w:val="single" w:sz="6" w:space="0" w:color="D9D2E3"/>
              <w:right w:val="single" w:sz="6" w:space="0" w:color="D9D2E3"/>
            </w:tcBorders>
            <w:shd w:val="clear" w:color="auto" w:fill="FFFFFF"/>
            <w:tcMar>
              <w:top w:w="100" w:type="dxa"/>
              <w:left w:w="140" w:type="dxa"/>
              <w:bottom w:w="100" w:type="dxa"/>
              <w:right w:w="140" w:type="dxa"/>
            </w:tcMar>
          </w:tcPr>
          <w:p w14:paraId="108789EF" w14:textId="77777777" w:rsidR="00450889" w:rsidRDefault="00000000">
            <w:r>
              <w:rPr>
                <w:b/>
                <w:sz w:val="22"/>
              </w:rPr>
              <w:t>Your final preparation notes</w:t>
            </w:r>
          </w:p>
          <w:p w14:paraId="3AC35FEE" w14:textId="77777777" w:rsidR="00450889" w:rsidRDefault="00000000">
            <w:pPr>
              <w:spacing w:after="60"/>
            </w:pPr>
            <w:r>
              <w:rPr>
                <w:i/>
                <w:color w:val="666666"/>
                <w:sz w:val="19"/>
              </w:rPr>
              <w:t>Use this space to record anything you still need to confirm before completing the online application.</w:t>
            </w:r>
          </w:p>
          <w:p w14:paraId="7443F996" w14:textId="77777777" w:rsidR="00450889" w:rsidRDefault="00000000">
            <w:pPr>
              <w:spacing w:after="40"/>
            </w:pPr>
            <w:r>
              <w:rPr>
                <w:b/>
                <w:color w:val="371376"/>
                <w:sz w:val="18"/>
              </w:rPr>
              <w:t>Preparation notes</w:t>
            </w:r>
          </w:p>
          <w:p w14:paraId="6ECADE4F" w14:textId="77777777" w:rsidR="00450889" w:rsidRDefault="00000000">
            <w:pPr>
              <w:spacing w:after="20"/>
            </w:pPr>
            <w:r>
              <w:rPr>
                <w:color w:val="AAA3B2"/>
                <w:sz w:val="16"/>
              </w:rPr>
              <w:t>________________________________________________________________________________</w:t>
            </w:r>
          </w:p>
          <w:p w14:paraId="77BF6F69" w14:textId="77777777" w:rsidR="00450889" w:rsidRDefault="00000000">
            <w:pPr>
              <w:spacing w:after="20"/>
            </w:pPr>
            <w:r>
              <w:rPr>
                <w:color w:val="AAA3B2"/>
                <w:sz w:val="16"/>
              </w:rPr>
              <w:t>________________________________________________________________________________</w:t>
            </w:r>
          </w:p>
          <w:p w14:paraId="062212F2" w14:textId="77777777" w:rsidR="00450889" w:rsidRDefault="00000000">
            <w:pPr>
              <w:spacing w:after="20"/>
            </w:pPr>
            <w:r>
              <w:rPr>
                <w:color w:val="AAA3B2"/>
                <w:sz w:val="16"/>
              </w:rPr>
              <w:t>________________________________________________________________________________</w:t>
            </w:r>
          </w:p>
          <w:p w14:paraId="643D94DF" w14:textId="77777777" w:rsidR="00450889" w:rsidRDefault="00000000">
            <w:pPr>
              <w:spacing w:after="20"/>
            </w:pPr>
            <w:r>
              <w:rPr>
                <w:color w:val="AAA3B2"/>
                <w:sz w:val="16"/>
              </w:rPr>
              <w:t>________________________________________________________________________________</w:t>
            </w:r>
          </w:p>
          <w:p w14:paraId="29850960" w14:textId="77777777" w:rsidR="00450889" w:rsidRDefault="00000000">
            <w:pPr>
              <w:spacing w:after="20"/>
            </w:pPr>
            <w:r>
              <w:rPr>
                <w:color w:val="AAA3B2"/>
                <w:sz w:val="16"/>
              </w:rPr>
              <w:t>________________________________________________________________________________</w:t>
            </w:r>
          </w:p>
          <w:p w14:paraId="6FC583F6" w14:textId="77777777" w:rsidR="00450889" w:rsidRDefault="00000000">
            <w:pPr>
              <w:spacing w:after="20"/>
            </w:pPr>
            <w:r>
              <w:rPr>
                <w:color w:val="AAA3B2"/>
                <w:sz w:val="16"/>
              </w:rPr>
              <w:t>________________________________________________________________________________</w:t>
            </w:r>
          </w:p>
          <w:p w14:paraId="07645747" w14:textId="77777777" w:rsidR="00450889" w:rsidRDefault="00000000">
            <w:pPr>
              <w:spacing w:after="20"/>
            </w:pPr>
            <w:r>
              <w:rPr>
                <w:color w:val="AAA3B2"/>
                <w:sz w:val="16"/>
              </w:rPr>
              <w:t>________________________________________________________________________________</w:t>
            </w:r>
          </w:p>
          <w:p w14:paraId="2F74E947" w14:textId="77777777" w:rsidR="00450889" w:rsidRDefault="00000000">
            <w:pPr>
              <w:spacing w:after="20"/>
            </w:pPr>
            <w:r>
              <w:rPr>
                <w:color w:val="AAA3B2"/>
                <w:sz w:val="16"/>
              </w:rPr>
              <w:t>________________________________________________________________________________</w:t>
            </w:r>
          </w:p>
          <w:p w14:paraId="33262242" w14:textId="77777777" w:rsidR="00450889" w:rsidRDefault="00000000">
            <w:pPr>
              <w:spacing w:after="20"/>
            </w:pPr>
            <w:r>
              <w:rPr>
                <w:color w:val="AAA3B2"/>
                <w:sz w:val="16"/>
              </w:rPr>
              <w:t>________________________________________________________________________________</w:t>
            </w:r>
          </w:p>
          <w:p w14:paraId="58FD132B" w14:textId="77777777" w:rsidR="00450889" w:rsidRDefault="00000000">
            <w:pPr>
              <w:spacing w:after="20"/>
            </w:pPr>
            <w:r>
              <w:rPr>
                <w:color w:val="AAA3B2"/>
                <w:sz w:val="16"/>
              </w:rPr>
              <w:t>________________________________________________________________________________</w:t>
            </w:r>
          </w:p>
        </w:tc>
      </w:tr>
    </w:tbl>
    <w:p w14:paraId="3402E7C0" w14:textId="77777777" w:rsidR="00450889" w:rsidRDefault="00450889">
      <w:pPr>
        <w:spacing w:after="40"/>
      </w:pPr>
    </w:p>
    <w:sectPr w:rsidR="00450889" w:rsidSect="00034616">
      <w:headerReference w:type="default" r:id="rId9"/>
      <w:footerReference w:type="default" r:id="rId10"/>
      <w:pgSz w:w="12240" w:h="15840"/>
      <w:pgMar w:top="936"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BAD88" w14:textId="77777777" w:rsidR="00DB7587" w:rsidRDefault="00DB7587">
      <w:pPr>
        <w:spacing w:after="0" w:line="240" w:lineRule="auto"/>
      </w:pPr>
      <w:r>
        <w:separator/>
      </w:r>
    </w:p>
  </w:endnote>
  <w:endnote w:type="continuationSeparator" w:id="0">
    <w:p w14:paraId="6879C5B9" w14:textId="77777777" w:rsidR="00DB7587" w:rsidRDefault="00DB7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8FF5" w14:textId="026CA458" w:rsidR="00450889" w:rsidRDefault="00000000">
    <w:pPr>
      <w:pStyle w:val="Footer"/>
      <w:jc w:val="center"/>
    </w:pPr>
    <w:r>
      <w:rPr>
        <w:color w:val="666666"/>
        <w:sz w:val="16"/>
      </w:rPr>
      <w:t xml:space="preserve">Purpose-driven Partnership application preparation sheet  |  </w:t>
    </w:r>
    <w:r>
      <w:fldChar w:fldCharType="begin"/>
    </w:r>
    <w:r>
      <w:instrText>PAGE</w:instrText>
    </w:r>
    <w:r>
      <w:fldChar w:fldCharType="separate"/>
    </w:r>
    <w:r w:rsidR="00FD6DB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33DF4" w14:textId="77777777" w:rsidR="00DB7587" w:rsidRDefault="00DB7587">
      <w:pPr>
        <w:spacing w:after="0" w:line="240" w:lineRule="auto"/>
      </w:pPr>
      <w:r>
        <w:separator/>
      </w:r>
    </w:p>
  </w:footnote>
  <w:footnote w:type="continuationSeparator" w:id="0">
    <w:p w14:paraId="4B27C9AF" w14:textId="77777777" w:rsidR="00DB7587" w:rsidRDefault="00DB7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760F" w14:textId="77777777" w:rsidR="00450889" w:rsidRDefault="00000000">
    <w:pPr>
      <w:pStyle w:val="Header"/>
      <w:jc w:val="right"/>
    </w:pPr>
    <w:r>
      <w:rPr>
        <w:noProof/>
      </w:rPr>
      <w:drawing>
        <wp:inline distT="0" distB="0" distL="0" distR="0" wp14:anchorId="0FC1E7DB" wp14:editId="1CE866BF">
          <wp:extent cx="960120" cy="551123"/>
          <wp:effectExtent l="0" t="0" r="0" b="0"/>
          <wp:docPr id="1649707418" name="Picture 1649707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a_logo.png"/>
                  <pic:cNvPicPr/>
                </pic:nvPicPr>
                <pic:blipFill>
                  <a:blip r:embed="rId1"/>
                  <a:stretch>
                    <a:fillRect/>
                  </a:stretch>
                </pic:blipFill>
                <pic:spPr>
                  <a:xfrm>
                    <a:off x="0" y="0"/>
                    <a:ext cx="960120" cy="5511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3667728">
    <w:abstractNumId w:val="8"/>
  </w:num>
  <w:num w:numId="2" w16cid:durableId="1349986373">
    <w:abstractNumId w:val="6"/>
  </w:num>
  <w:num w:numId="3" w16cid:durableId="446896350">
    <w:abstractNumId w:val="5"/>
  </w:num>
  <w:num w:numId="4" w16cid:durableId="244653312">
    <w:abstractNumId w:val="4"/>
  </w:num>
  <w:num w:numId="5" w16cid:durableId="1938827916">
    <w:abstractNumId w:val="7"/>
  </w:num>
  <w:num w:numId="6" w16cid:durableId="1687369837">
    <w:abstractNumId w:val="3"/>
  </w:num>
  <w:num w:numId="7" w16cid:durableId="117915695">
    <w:abstractNumId w:val="2"/>
  </w:num>
  <w:num w:numId="8" w16cid:durableId="1066536401">
    <w:abstractNumId w:val="1"/>
  </w:num>
  <w:num w:numId="9" w16cid:durableId="105661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5339"/>
    <w:rsid w:val="00326F90"/>
    <w:rsid w:val="00450889"/>
    <w:rsid w:val="00AA1D8D"/>
    <w:rsid w:val="00B47730"/>
    <w:rsid w:val="00CB0664"/>
    <w:rsid w:val="00DB7587"/>
    <w:rsid w:val="00FC693F"/>
    <w:rsid w:val="00FD6D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D23DBEE-4E52-4D71-8FA1-AFA60EBB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Source Sans Pro" w:hAnsi="Source Sans Pro"/>
      <w:color w:val="2B2438"/>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2836</Words>
  <Characters>16171</Characters>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2026-09-29T14:46:00Z</dcterms:created>
  <dcterms:modified xsi:type="dcterms:W3CDTF">2026-10-02T09:21:00Z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acd197-20b5-43df-a901-28d53622fc7e_Enabled">
    <vt:lpwstr>true</vt:lpwstr>
  </property>
  <property fmtid="{D5CDD505-2E9C-101B-9397-08002B2CF9AE}" pid="3" name="MSIP_Label_91acd197-20b5-43df-a901-28d53622fc7e_SetDate">
    <vt:lpwstr>2026-09-29T14:46:33Z</vt:lpwstr>
  </property>
  <property fmtid="{D5CDD505-2E9C-101B-9397-08002B2CF9AE}" pid="4" name="MSIP_Label_91acd197-20b5-43df-a901-28d53622fc7e_Method">
    <vt:lpwstr>Standard</vt:lpwstr>
  </property>
  <property fmtid="{D5CDD505-2E9C-101B-9397-08002B2CF9AE}" pid="5" name="MSIP_Label_91acd197-20b5-43df-a901-28d53622fc7e_Name">
    <vt:lpwstr>Internal Confidential</vt:lpwstr>
  </property>
  <property fmtid="{D5CDD505-2E9C-101B-9397-08002B2CF9AE}" pid="6" name="MSIP_Label_91acd197-20b5-43df-a901-28d53622fc7e_SiteId">
    <vt:lpwstr>276d0956-0f29-4e02-83bb-f16796b3bf6a</vt:lpwstr>
  </property>
  <property fmtid="{D5CDD505-2E9C-101B-9397-08002B2CF9AE}" pid="7" name="MSIP_Label_91acd197-20b5-43df-a901-28d53622fc7e_ActionId">
    <vt:lpwstr>b24ae54b-7387-4ace-a4cf-ffce92fc1c10</vt:lpwstr>
  </property>
  <property fmtid="{D5CDD505-2E9C-101B-9397-08002B2CF9AE}" pid="8" name="MSIP_Label_91acd197-20b5-43df-a901-28d53622fc7e_ContentBits">
    <vt:lpwstr>0</vt:lpwstr>
  </property>
</Properties>
</file>