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2B487" w14:textId="77777777" w:rsidR="003C72B7" w:rsidRPr="003C72B7" w:rsidRDefault="003C72B7" w:rsidP="003C72B7">
      <w:pPr>
        <w:spacing w:after="0" w:line="240" w:lineRule="auto"/>
        <w:jc w:val="center"/>
        <w:rPr>
          <w:rFonts w:ascii="Arial" w:hAnsi="Arial"/>
          <w:b/>
          <w:i/>
          <w:sz w:val="40"/>
          <w:szCs w:val="32"/>
        </w:rPr>
      </w:pPr>
    </w:p>
    <w:p w14:paraId="0CF53817" w14:textId="77777777" w:rsidR="003C72B7" w:rsidRPr="003C72B7" w:rsidRDefault="003C72B7" w:rsidP="003C72B7">
      <w:pPr>
        <w:spacing w:after="0" w:line="240" w:lineRule="auto"/>
        <w:jc w:val="center"/>
        <w:rPr>
          <w:rFonts w:ascii="Arial" w:hAnsi="Arial"/>
          <w:b/>
          <w:i/>
          <w:sz w:val="40"/>
          <w:szCs w:val="32"/>
        </w:rPr>
      </w:pPr>
    </w:p>
    <w:p w14:paraId="468B40A7" w14:textId="77777777" w:rsidR="003C72B7" w:rsidRPr="003C72B7" w:rsidRDefault="003C72B7" w:rsidP="003C72B7">
      <w:pPr>
        <w:spacing w:after="0" w:line="240" w:lineRule="auto"/>
        <w:jc w:val="both"/>
        <w:rPr>
          <w:rFonts w:ascii="Arial" w:hAnsi="Arial"/>
          <w:b/>
          <w:i/>
          <w:sz w:val="18"/>
          <w:szCs w:val="14"/>
        </w:rPr>
      </w:pPr>
    </w:p>
    <w:p w14:paraId="39BFE5CF" w14:textId="1D5BDCB1" w:rsidR="00031794" w:rsidRPr="009B37D5" w:rsidRDefault="00031794" w:rsidP="002639DD">
      <w:pPr>
        <w:spacing w:before="960" w:line="240" w:lineRule="auto"/>
        <w:rPr>
          <w:rFonts w:asciiTheme="majorHAnsi" w:hAnsiTheme="majorHAnsi" w:cstheme="majorHAnsi"/>
          <w:b/>
          <w:i/>
          <w:sz w:val="40"/>
          <w:szCs w:val="32"/>
        </w:rPr>
      </w:pPr>
      <w:r w:rsidRPr="009B37D5">
        <w:rPr>
          <w:rFonts w:asciiTheme="majorHAnsi" w:hAnsiTheme="majorHAnsi" w:cstheme="majorHAnsi"/>
          <w:b/>
          <w:i/>
          <w:sz w:val="40"/>
          <w:szCs w:val="32"/>
        </w:rPr>
        <w:t>EĞiTiM - ÖĞRETiM YILI / ACADEMIC YEAR: 2026 - 2027</w:t>
      </w:r>
    </w:p>
    <w:p w14:paraId="46FA3345" w14:textId="3C38314E" w:rsidR="003C72B7" w:rsidRPr="009B37D5" w:rsidRDefault="00031794" w:rsidP="002639DD">
      <w:pPr>
        <w:spacing w:before="960" w:line="240" w:lineRule="auto"/>
        <w:rPr>
          <w:rFonts w:asciiTheme="majorHAnsi" w:hAnsiTheme="majorHAnsi" w:cstheme="majorHAnsi"/>
          <w:b/>
          <w:i/>
          <w:sz w:val="32"/>
          <w:szCs w:val="24"/>
        </w:rPr>
      </w:pPr>
      <w:r w:rsidRPr="009B37D5">
        <w:rPr>
          <w:rFonts w:asciiTheme="majorHAnsi" w:hAnsiTheme="majorHAnsi" w:cstheme="majorHAnsi"/>
          <w:b/>
          <w:i/>
          <w:sz w:val="32"/>
          <w:szCs w:val="24"/>
        </w:rPr>
        <w:t>OKUL ADI / SCHOOL NAME: ................................................ ORTAOKULU</w:t>
      </w:r>
    </w:p>
    <w:p w14:paraId="625F3641" w14:textId="3261934B" w:rsidR="003C72B7" w:rsidRPr="009B37D5" w:rsidRDefault="00031794" w:rsidP="002639DD">
      <w:pPr>
        <w:spacing w:before="960" w:line="240" w:lineRule="auto"/>
        <w:rPr>
          <w:rFonts w:asciiTheme="majorHAnsi" w:hAnsiTheme="majorHAnsi" w:cstheme="majorHAnsi"/>
          <w:b/>
          <w:i/>
          <w:sz w:val="32"/>
          <w:szCs w:val="24"/>
        </w:rPr>
      </w:pPr>
      <w:r w:rsidRPr="009B37D5">
        <w:rPr>
          <w:rFonts w:asciiTheme="majorHAnsi" w:hAnsiTheme="majorHAnsi" w:cstheme="majorHAnsi"/>
          <w:b/>
          <w:i/>
          <w:sz w:val="32"/>
          <w:szCs w:val="24"/>
        </w:rPr>
        <w:t>İNGiLiZCE ÖĞRETMENi / ENGLISH TEACHER: ...............................................</w:t>
      </w:r>
    </w:p>
    <w:p w14:paraId="0949FF1B" w14:textId="28D0A373" w:rsidR="00E13987" w:rsidRPr="009B37D5" w:rsidRDefault="00031794" w:rsidP="002639DD">
      <w:pPr>
        <w:spacing w:before="960" w:line="240" w:lineRule="auto"/>
        <w:rPr>
          <w:rFonts w:asciiTheme="majorHAnsi" w:hAnsiTheme="majorHAnsi" w:cstheme="majorHAnsi"/>
          <w:b/>
          <w:i/>
          <w:sz w:val="32"/>
          <w:szCs w:val="24"/>
        </w:rPr>
      </w:pPr>
      <w:r w:rsidRPr="009B37D5">
        <w:rPr>
          <w:rFonts w:asciiTheme="majorHAnsi" w:hAnsiTheme="majorHAnsi" w:cstheme="majorHAnsi"/>
          <w:b/>
          <w:i/>
          <w:sz w:val="32"/>
          <w:szCs w:val="24"/>
        </w:rPr>
        <w:t>SINIFI / ŞUBESI (CLASS / SECTION): ……………………………………</w:t>
      </w:r>
    </w:p>
    <w:p w14:paraId="6062D2D7" w14:textId="77777777" w:rsidR="00BA1036" w:rsidRDefault="00BA1036" w:rsidP="002639DD">
      <w:pPr>
        <w:spacing w:line="240" w:lineRule="auto"/>
        <w:rPr>
          <w:sz w:val="14"/>
          <w:szCs w:val="14"/>
        </w:rPr>
      </w:pPr>
    </w:p>
    <w:p w14:paraId="7EA282F5" w14:textId="77777777" w:rsidR="00BA1036" w:rsidRDefault="00BA1036" w:rsidP="003C72B7">
      <w:pPr>
        <w:spacing w:line="240" w:lineRule="auto"/>
        <w:rPr>
          <w:sz w:val="14"/>
          <w:szCs w:val="14"/>
        </w:rPr>
      </w:pPr>
    </w:p>
    <w:p w14:paraId="1914E0F5" w14:textId="77777777" w:rsidR="001B67D6" w:rsidRPr="001B67D6" w:rsidRDefault="001B67D6" w:rsidP="001B67D6">
      <w:pPr>
        <w:spacing w:after="0" w:line="240" w:lineRule="auto"/>
        <w:jc w:val="center"/>
        <w:rPr>
          <w:rFonts w:ascii="Arial" w:hAnsi="Arial"/>
          <w:b/>
          <w:i/>
          <w:sz w:val="36"/>
          <w:szCs w:val="28"/>
        </w:rPr>
      </w:pPr>
      <w:r w:rsidRPr="001B67D6">
        <w:rPr>
          <w:rFonts w:ascii="Arial" w:hAnsi="Arial"/>
          <w:b/>
          <w:i/>
          <w:sz w:val="36"/>
          <w:szCs w:val="28"/>
        </w:rPr>
        <w:t>5. SINIF İNGİLİZCE DERSİ SÜREÇ ODAKLI ÖLÇME VE    DEĞERLENDİRME PORTFOLYOSU</w:t>
      </w:r>
    </w:p>
    <w:p w14:paraId="5106D8B7" w14:textId="77777777" w:rsidR="001B67D6" w:rsidRPr="001B67D6" w:rsidRDefault="001B67D6" w:rsidP="001B67D6">
      <w:pPr>
        <w:spacing w:after="0" w:line="240" w:lineRule="auto"/>
        <w:jc w:val="center"/>
        <w:rPr>
          <w:rFonts w:ascii="Arial" w:hAnsi="Arial"/>
          <w:b/>
          <w:i/>
          <w:sz w:val="36"/>
          <w:szCs w:val="28"/>
        </w:rPr>
      </w:pPr>
    </w:p>
    <w:p w14:paraId="0EB4C9C9" w14:textId="27780822" w:rsidR="001B67D6" w:rsidRPr="001B67D6" w:rsidRDefault="001B67D6" w:rsidP="001B67D6">
      <w:pPr>
        <w:spacing w:after="0" w:line="240" w:lineRule="auto"/>
        <w:jc w:val="center"/>
        <w:rPr>
          <w:rFonts w:ascii="Arial" w:hAnsi="Arial"/>
          <w:b/>
          <w:i/>
          <w:sz w:val="36"/>
          <w:szCs w:val="28"/>
        </w:rPr>
      </w:pPr>
      <w:r w:rsidRPr="001B67D6">
        <w:rPr>
          <w:rFonts w:ascii="Arial" w:hAnsi="Arial"/>
          <w:b/>
          <w:i/>
          <w:sz w:val="36"/>
          <w:szCs w:val="28"/>
        </w:rPr>
        <w:t>PROCESS-ORIENTED ASSESSMENT AND EVALUATION PORTFOLIO FOR   ENGLISH-5</w:t>
      </w:r>
      <w:r>
        <w:rPr>
          <w:rFonts w:ascii="Arial" w:hAnsi="Arial"/>
          <w:b/>
          <w:i/>
          <w:sz w:val="36"/>
          <w:szCs w:val="28"/>
        </w:rPr>
        <w:t>*</w:t>
      </w:r>
    </w:p>
    <w:p w14:paraId="48ADEDAD" w14:textId="77777777" w:rsidR="001B67D6" w:rsidRPr="001B67D6" w:rsidRDefault="001B67D6" w:rsidP="001B67D6">
      <w:pPr>
        <w:spacing w:after="0" w:line="240" w:lineRule="auto"/>
        <w:jc w:val="center"/>
        <w:rPr>
          <w:rFonts w:ascii="Arial" w:hAnsi="Arial"/>
          <w:b/>
          <w:i/>
          <w:sz w:val="24"/>
          <w:szCs w:val="20"/>
        </w:rPr>
      </w:pPr>
    </w:p>
    <w:p w14:paraId="5383CE87" w14:textId="77777777" w:rsidR="001B67D6" w:rsidRPr="001B67D6" w:rsidRDefault="001B67D6" w:rsidP="001B67D6">
      <w:pPr>
        <w:spacing w:after="0" w:line="240" w:lineRule="auto"/>
        <w:jc w:val="center"/>
        <w:rPr>
          <w:rFonts w:ascii="Arial" w:hAnsi="Arial"/>
          <w:b/>
          <w:i/>
          <w:sz w:val="16"/>
          <w:szCs w:val="12"/>
        </w:rPr>
      </w:pPr>
    </w:p>
    <w:p w14:paraId="48AEE293" w14:textId="77777777" w:rsidR="009B37D5" w:rsidRDefault="009B37D5" w:rsidP="003C72B7">
      <w:pPr>
        <w:spacing w:line="240" w:lineRule="auto"/>
        <w:rPr>
          <w:sz w:val="14"/>
          <w:szCs w:val="14"/>
        </w:rPr>
      </w:pPr>
    </w:p>
    <w:p w14:paraId="6E600191" w14:textId="77777777" w:rsidR="009B37D5" w:rsidRDefault="009B37D5" w:rsidP="003C72B7">
      <w:pPr>
        <w:spacing w:line="240" w:lineRule="auto"/>
        <w:rPr>
          <w:sz w:val="14"/>
          <w:szCs w:val="14"/>
        </w:rPr>
      </w:pPr>
    </w:p>
    <w:p w14:paraId="651340AD" w14:textId="77777777" w:rsidR="009B37D5" w:rsidRDefault="009B37D5" w:rsidP="003C72B7">
      <w:pPr>
        <w:spacing w:line="240" w:lineRule="auto"/>
        <w:rPr>
          <w:sz w:val="14"/>
          <w:szCs w:val="14"/>
        </w:rPr>
      </w:pPr>
    </w:p>
    <w:p w14:paraId="3B86F374" w14:textId="5E3E0CDA"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*Açıklama / Explanation: Bu dosya, Türkiye Yüzyılı Maarif Modeli (TYMM) süreç odaklı ölçme-</w:t>
      </w:r>
    </w:p>
    <w:p w14:paraId="43368C1F"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değerlendirme yaklaşımı ve MEB güncel ölçme-değerlendirme yönetmelikleri doğrultusunda, sınıf içi</w:t>
      </w:r>
    </w:p>
    <w:p w14:paraId="1EAA5914"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gelişim izleme ve öğrenme kanıtlarını belgeleme amacıyla özgün olarak tasarlanıp</w:t>
      </w:r>
    </w:p>
    <w:p w14:paraId="0828299D"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geliştirilmiştir. (This portfolio has been uniquely designed and developed to document</w:t>
      </w:r>
    </w:p>
    <w:p w14:paraId="07D11B3E"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classroom progress tracking and learning evidence in accordance with the process-oriented assessment</w:t>
      </w:r>
    </w:p>
    <w:p w14:paraId="7C0EDDA1" w14:textId="77777777" w:rsidR="00BA1036" w:rsidRPr="003C72B7" w:rsidRDefault="00BA1036" w:rsidP="00BA1036">
      <w:pPr>
        <w:spacing w:after="0" w:line="240" w:lineRule="auto"/>
        <w:jc w:val="both"/>
        <w:rPr>
          <w:rFonts w:ascii="Arial" w:hAnsi="Arial"/>
          <w:b/>
          <w:i/>
          <w:sz w:val="18"/>
          <w:szCs w:val="14"/>
        </w:rPr>
      </w:pPr>
      <w:r>
        <w:rPr>
          <w:rFonts w:ascii="Arial" w:hAnsi="Arial"/>
          <w:b/>
          <w:i/>
          <w:sz w:val="18"/>
          <w:szCs w:val="14"/>
        </w:rPr>
        <w:t>approach of the Century of Türkiye Education Model and the latest MEB assessment regulations.)</w:t>
      </w:r>
    </w:p>
    <w:p w14:paraId="79184776" w14:textId="4A3F6F6D" w:rsidR="00867C21" w:rsidRPr="003C72B7" w:rsidRDefault="00A14E1E" w:rsidP="003C72B7">
      <w:pPr>
        <w:spacing w:line="240" w:lineRule="auto"/>
        <w:rPr>
          <w:sz w:val="14"/>
          <w:szCs w:val="14"/>
        </w:rPr>
      </w:pPr>
      <w:r>
        <w:rPr>
          <w:sz w:val="14"/>
          <w:szCs w:val="14"/>
        </w:rPr>
        <w:br w:type="page"/>
      </w:r>
    </w:p>
    <w:p w14:paraId="337A798C" w14:textId="77777777" w:rsidR="00867C21" w:rsidRPr="003C72B7" w:rsidRDefault="00A14E1E">
      <w:pPr>
        <w:keepNext/>
        <w:spacing w:before="360" w:after="120"/>
      </w:pPr>
      <w:r>
        <w:rPr>
          <w:rFonts w:ascii="Arial" w:hAnsi="Arial"/>
          <w:b/>
          <w:sz w:val="32"/>
        </w:rPr>
        <w:lastRenderedPageBreak/>
        <w:t>İÇİNDEKİLER / TABLE OF CONTENTS</w:t>
      </w:r>
    </w:p>
    <w:p w14:paraId="7C95B71D" w14:textId="3B7C6F83" w:rsidR="00867C21" w:rsidRPr="003C72B7" w:rsidRDefault="00A14E1E">
      <w:pPr>
        <w:spacing w:before="80" w:after="160"/>
      </w:pPr>
      <w:r>
        <w:rPr>
          <w:rFonts w:ascii="Calibri" w:hAnsi="Calibri"/>
          <w:b/>
          <w:i/>
          <w:sz w:val="19"/>
        </w:rPr>
        <w:t xml:space="preserve">ℹ️ Metodolojik Açıklama: </w:t>
      </w:r>
      <w:r>
        <w:rPr>
          <w:rFonts w:ascii="Calibri" w:hAnsi="Calibri"/>
          <w:i/>
          <w:sz w:val="19"/>
        </w:rPr>
        <w:t>Aşağıdaki tablo, belgede yer alan tüm öğretmen takip araçlarını ve öğrenci süreç portfolyosu sayfalarını sayfa düzenine uygun olarak listelemektedir. Bu belge, Türkiye Yüzyılı Maarif Modeli süreç odaklı değerlendirme yaklaşımına uygun olarak tasarlanmıştır. Okul ve sınıf şartlarına göre formlar zümre öğretmeleri tarafından seçilir ve kullanımı opsiyoneldir.</w:t>
      </w:r>
    </w:p>
    <w:tbl>
      <w:tblPr>
        <w:tblStyle w:val="TabloKlavuzu"/>
        <w:tblW w:w="10915" w:type="dxa"/>
        <w:tblInd w:w="-773" w:type="dxa"/>
        <w:tblLayout w:type="fixed"/>
        <w:tblLook w:val="04A0" w:firstRow="1" w:lastRow="0" w:firstColumn="1" w:lastColumn="0" w:noHBand="0" w:noVBand="1"/>
      </w:tblPr>
      <w:tblGrid>
        <w:gridCol w:w="3119"/>
        <w:gridCol w:w="2410"/>
        <w:gridCol w:w="5386"/>
      </w:tblGrid>
      <w:tr w:rsidR="009869FA" w:rsidRPr="003C72B7" w14:paraId="63612F1A" w14:textId="77777777" w:rsidTr="009869FA">
        <w:tc>
          <w:tcPr>
            <w:tcW w:w="3119" w:type="dxa"/>
          </w:tcPr>
          <w:p w14:paraId="6BB60879" w14:textId="790CC037" w:rsidR="009869FA" w:rsidRPr="003C72B7" w:rsidRDefault="009869FA" w:rsidP="009869FA">
            <w:pPr>
              <w:spacing w:before="40" w:after="40"/>
              <w:jc w:val="center"/>
              <w:rPr>
                <w:rFonts w:ascii="Calibri" w:hAnsi="Calibri"/>
                <w:b/>
                <w:sz w:val="19"/>
              </w:rPr>
            </w:pPr>
            <w:r>
              <w:rPr>
                <w:rFonts w:ascii="Calibri" w:hAnsi="Calibri"/>
                <w:b/>
                <w:sz w:val="19"/>
              </w:rPr>
              <w:t>Kısım / Part</w:t>
            </w:r>
          </w:p>
        </w:tc>
        <w:tc>
          <w:tcPr>
            <w:tcW w:w="2410" w:type="dxa"/>
          </w:tcPr>
          <w:p w14:paraId="169EC9C6" w14:textId="70BBB25A" w:rsidR="009869FA" w:rsidRPr="003C72B7" w:rsidRDefault="009869FA" w:rsidP="009869FA">
            <w:pPr>
              <w:spacing w:before="40" w:after="40"/>
              <w:jc w:val="center"/>
            </w:pPr>
            <w:r>
              <w:rPr>
                <w:rFonts w:ascii="Calibri" w:hAnsi="Calibri"/>
                <w:b/>
                <w:sz w:val="19"/>
              </w:rPr>
              <w:t>Bölüm No / Section No</w:t>
            </w:r>
          </w:p>
        </w:tc>
        <w:tc>
          <w:tcPr>
            <w:tcW w:w="5386" w:type="dxa"/>
          </w:tcPr>
          <w:p w14:paraId="64AF7CAE" w14:textId="77777777" w:rsidR="009869FA" w:rsidRPr="003C72B7" w:rsidRDefault="009869FA" w:rsidP="009869FA">
            <w:pPr>
              <w:spacing w:before="40" w:after="40"/>
            </w:pPr>
            <w:r>
              <w:rPr>
                <w:rFonts w:ascii="Calibri" w:hAnsi="Calibri"/>
                <w:b/>
                <w:sz w:val="19"/>
              </w:rPr>
              <w:t>Bölüm Başlığı / Section Title</w:t>
            </w:r>
          </w:p>
        </w:tc>
      </w:tr>
      <w:tr w:rsidR="009869FA" w:rsidRPr="003C72B7" w14:paraId="52D38872" w14:textId="77777777" w:rsidTr="009869FA">
        <w:tc>
          <w:tcPr>
            <w:tcW w:w="10915" w:type="dxa"/>
            <w:gridSpan w:val="3"/>
          </w:tcPr>
          <w:p w14:paraId="497BB329" w14:textId="44B6BCEE" w:rsidR="009869FA" w:rsidRPr="0014212B" w:rsidRDefault="009869FA" w:rsidP="009869FA">
            <w:pPr>
              <w:spacing w:before="40" w:after="40"/>
              <w:jc w:val="center"/>
              <w:rPr>
                <w:b/>
                <w:bCs/>
              </w:rPr>
            </w:pPr>
            <w:r>
              <w:rPr>
                <w:rFonts w:ascii="Calibri" w:hAnsi="Calibri"/>
                <w:b/>
                <w:bCs/>
                <w:sz w:val="19"/>
              </w:rPr>
              <w:t>KISIM I: ÖĞRETMEN BELGELERİ</w:t>
            </w:r>
          </w:p>
        </w:tc>
      </w:tr>
      <w:tr w:rsidR="009869FA" w:rsidRPr="003C72B7" w14:paraId="0644689F" w14:textId="77777777" w:rsidTr="009869FA">
        <w:tc>
          <w:tcPr>
            <w:tcW w:w="3119" w:type="dxa"/>
          </w:tcPr>
          <w:p w14:paraId="4041B628" w14:textId="436291FB"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33F5F386" w14:textId="37871842" w:rsidR="009869FA" w:rsidRPr="003C72B7" w:rsidRDefault="009869FA" w:rsidP="009869FA">
            <w:pPr>
              <w:spacing w:before="40" w:after="40"/>
              <w:jc w:val="center"/>
              <w:rPr>
                <w:rFonts w:ascii="Calibri" w:hAnsi="Calibri"/>
                <w:sz w:val="19"/>
              </w:rPr>
            </w:pPr>
            <w:r>
              <w:rPr>
                <w:rFonts w:ascii="Calibri" w:hAnsi="Calibri"/>
                <w:sz w:val="19"/>
              </w:rPr>
              <w:t>Bölüm 1</w:t>
            </w:r>
          </w:p>
        </w:tc>
        <w:tc>
          <w:tcPr>
            <w:tcW w:w="5386" w:type="dxa"/>
          </w:tcPr>
          <w:p w14:paraId="7D8C3118" w14:textId="54BA8028" w:rsidR="009869FA" w:rsidRPr="003C72B7" w:rsidRDefault="009869FA" w:rsidP="009869FA">
            <w:pPr>
              <w:spacing w:before="40" w:after="40"/>
              <w:rPr>
                <w:rFonts w:ascii="Calibri" w:hAnsi="Calibri"/>
                <w:sz w:val="19"/>
              </w:rPr>
            </w:pPr>
            <w:r>
              <w:rPr>
                <w:rFonts w:ascii="Calibri" w:hAnsi="Calibri"/>
                <w:sz w:val="19"/>
              </w:rPr>
              <w:t>Giriş ve TYMM Uyum Çerçevesi (Introduction &amp; TYMM Framework)</w:t>
            </w:r>
          </w:p>
        </w:tc>
      </w:tr>
      <w:tr w:rsidR="009869FA" w:rsidRPr="003C72B7" w14:paraId="379ED77C" w14:textId="77777777" w:rsidTr="009869FA">
        <w:tc>
          <w:tcPr>
            <w:tcW w:w="3119" w:type="dxa"/>
          </w:tcPr>
          <w:p w14:paraId="27EDC4C2" w14:textId="4D9FA45F"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18265D06" w14:textId="49F3C588" w:rsidR="009869FA" w:rsidRPr="003C72B7" w:rsidRDefault="009869FA" w:rsidP="009869FA">
            <w:pPr>
              <w:spacing w:before="40" w:after="40"/>
              <w:jc w:val="center"/>
            </w:pPr>
            <w:r>
              <w:rPr>
                <w:rFonts w:ascii="Calibri" w:hAnsi="Calibri"/>
                <w:sz w:val="19"/>
              </w:rPr>
              <w:t>Bölüm 2</w:t>
            </w:r>
          </w:p>
        </w:tc>
        <w:tc>
          <w:tcPr>
            <w:tcW w:w="5386" w:type="dxa"/>
          </w:tcPr>
          <w:p w14:paraId="12CB8055" w14:textId="77777777" w:rsidR="009869FA" w:rsidRPr="003C72B7" w:rsidRDefault="009869FA" w:rsidP="009869FA">
            <w:pPr>
              <w:spacing w:before="40" w:after="40"/>
            </w:pPr>
            <w:r>
              <w:rPr>
                <w:rFonts w:ascii="Calibri" w:hAnsi="Calibri"/>
                <w:sz w:val="19"/>
              </w:rPr>
              <w:t>Öğretmen Öz Değerlendirme Formu (Teacher Self-Evaluation Form)</w:t>
            </w:r>
          </w:p>
        </w:tc>
      </w:tr>
      <w:tr w:rsidR="009869FA" w:rsidRPr="003C72B7" w14:paraId="473967F7" w14:textId="77777777" w:rsidTr="009869FA">
        <w:tc>
          <w:tcPr>
            <w:tcW w:w="3119" w:type="dxa"/>
          </w:tcPr>
          <w:p w14:paraId="4D468892" w14:textId="0071BC0A"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63BD792D" w14:textId="67A2027E" w:rsidR="009869FA" w:rsidRPr="003C72B7" w:rsidRDefault="009869FA" w:rsidP="009869FA">
            <w:pPr>
              <w:spacing w:before="40" w:after="40"/>
              <w:jc w:val="center"/>
            </w:pPr>
            <w:r>
              <w:rPr>
                <w:rFonts w:ascii="Calibri" w:hAnsi="Calibri"/>
                <w:sz w:val="19"/>
              </w:rPr>
              <w:t>Bölüm 3</w:t>
            </w:r>
          </w:p>
        </w:tc>
        <w:tc>
          <w:tcPr>
            <w:tcW w:w="5386" w:type="dxa"/>
          </w:tcPr>
          <w:p w14:paraId="76DE97F9" w14:textId="77777777" w:rsidR="009869FA" w:rsidRPr="003C72B7" w:rsidRDefault="009869FA" w:rsidP="009869FA">
            <w:pPr>
              <w:spacing w:before="40" w:after="40"/>
            </w:pPr>
            <w:r>
              <w:rPr>
                <w:rFonts w:ascii="Calibri" w:hAnsi="Calibri"/>
                <w:sz w:val="19"/>
              </w:rPr>
              <w:t>Veli Görüşme Kayıt Formu (Parent Interview Record Form)</w:t>
            </w:r>
          </w:p>
        </w:tc>
      </w:tr>
      <w:tr w:rsidR="009869FA" w:rsidRPr="003C72B7" w14:paraId="7D23A549" w14:textId="77777777" w:rsidTr="009869FA">
        <w:tc>
          <w:tcPr>
            <w:tcW w:w="3119" w:type="dxa"/>
          </w:tcPr>
          <w:p w14:paraId="53B5747B" w14:textId="264771D9" w:rsidR="009869FA" w:rsidRPr="003C72B7" w:rsidRDefault="009869FA" w:rsidP="009869FA">
            <w:pPr>
              <w:spacing w:before="40" w:after="40"/>
              <w:jc w:val="center"/>
              <w:rPr>
                <w:rFonts w:ascii="Calibri" w:hAnsi="Calibri"/>
                <w:sz w:val="19"/>
              </w:rPr>
            </w:pPr>
            <w:r>
              <w:rPr>
                <w:rFonts w:ascii="Calibri" w:hAnsi="Calibri"/>
                <w:sz w:val="19"/>
              </w:rPr>
              <w:t>KISIM I: ÖĞRETMEN BELGELERİ</w:t>
            </w:r>
          </w:p>
        </w:tc>
        <w:tc>
          <w:tcPr>
            <w:tcW w:w="2410" w:type="dxa"/>
          </w:tcPr>
          <w:p w14:paraId="00565A7B" w14:textId="25F218FD" w:rsidR="009869FA" w:rsidRPr="003C72B7" w:rsidRDefault="009869FA" w:rsidP="009869FA">
            <w:pPr>
              <w:spacing w:before="40" w:after="40"/>
              <w:jc w:val="center"/>
            </w:pPr>
            <w:r>
              <w:rPr>
                <w:rFonts w:ascii="Calibri" w:hAnsi="Calibri"/>
                <w:sz w:val="19"/>
              </w:rPr>
              <w:t>Bölüm 4</w:t>
            </w:r>
          </w:p>
        </w:tc>
        <w:tc>
          <w:tcPr>
            <w:tcW w:w="5386" w:type="dxa"/>
          </w:tcPr>
          <w:p w14:paraId="0BD9DBCE" w14:textId="77777777" w:rsidR="009869FA" w:rsidRPr="003C72B7" w:rsidRDefault="009869FA" w:rsidP="009869FA">
            <w:pPr>
              <w:spacing w:before="40" w:after="40"/>
            </w:pPr>
            <w:r>
              <w:rPr>
                <w:rFonts w:ascii="Calibri" w:hAnsi="Calibri"/>
                <w:sz w:val="19"/>
              </w:rPr>
              <w:t>45 Kişilik Sınıf Gözlem Logu (Class Roster Observation Log) [Yatay/Landscape]</w:t>
            </w:r>
          </w:p>
        </w:tc>
      </w:tr>
      <w:tr w:rsidR="00A35D8A" w:rsidRPr="003C72B7" w14:paraId="0E32501D" w14:textId="77777777" w:rsidTr="009869FA">
        <w:tc>
          <w:tcPr>
            <w:tcW w:w="3119" w:type="dxa"/>
          </w:tcPr>
          <w:p w14:paraId="43F93BA5" w14:textId="550D179A"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4B7206C0" w14:textId="413E6F6C" w:rsidR="00A35D8A" w:rsidRPr="003C72B7" w:rsidRDefault="00A6430D" w:rsidP="00A35D8A">
            <w:pPr>
              <w:spacing w:before="40" w:after="40"/>
              <w:jc w:val="center"/>
              <w:rPr>
                <w:rFonts w:ascii="Calibri" w:hAnsi="Calibri"/>
                <w:sz w:val="19"/>
              </w:rPr>
            </w:pPr>
            <w:r>
              <w:rPr>
                <w:rFonts w:ascii="Calibri" w:hAnsi="Calibri"/>
                <w:sz w:val="19"/>
              </w:rPr>
              <w:t>Bölüm 5</w:t>
            </w:r>
          </w:p>
        </w:tc>
        <w:tc>
          <w:tcPr>
            <w:tcW w:w="5386" w:type="dxa"/>
          </w:tcPr>
          <w:p w14:paraId="7079DD79" w14:textId="7EAD215E" w:rsidR="00A35D8A" w:rsidRPr="003C72B7" w:rsidRDefault="00A35D8A" w:rsidP="00A35D8A">
            <w:pPr>
              <w:spacing w:before="40" w:after="40"/>
              <w:rPr>
                <w:rFonts w:ascii="Calibri" w:hAnsi="Calibri"/>
                <w:sz w:val="19"/>
              </w:rPr>
            </w:pPr>
            <w:r>
              <w:rPr>
                <w:rFonts w:ascii="Calibri" w:hAnsi="Calibri"/>
                <w:sz w:val="19"/>
              </w:rPr>
              <w:t>Bireysel Öğrenci Gözlem Kartı Master (Individual Student Observation Card)</w:t>
            </w:r>
          </w:p>
        </w:tc>
      </w:tr>
      <w:tr w:rsidR="00A35D8A" w:rsidRPr="003C72B7" w14:paraId="47460DCB" w14:textId="77777777" w:rsidTr="009869FA">
        <w:tc>
          <w:tcPr>
            <w:tcW w:w="3119" w:type="dxa"/>
          </w:tcPr>
          <w:p w14:paraId="00043673" w14:textId="724F494E"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3CA97B6C" w14:textId="713787A7" w:rsidR="00A35D8A" w:rsidRPr="003C72B7" w:rsidRDefault="00A6430D" w:rsidP="00A35D8A">
            <w:pPr>
              <w:spacing w:before="40" w:after="40"/>
              <w:jc w:val="center"/>
              <w:rPr>
                <w:rFonts w:ascii="Calibri" w:hAnsi="Calibri"/>
                <w:sz w:val="19"/>
              </w:rPr>
            </w:pPr>
            <w:r>
              <w:rPr>
                <w:rFonts w:ascii="Calibri" w:hAnsi="Calibri"/>
                <w:sz w:val="19"/>
              </w:rPr>
              <w:t>Bölüm 6</w:t>
            </w:r>
          </w:p>
        </w:tc>
        <w:tc>
          <w:tcPr>
            <w:tcW w:w="5386" w:type="dxa"/>
          </w:tcPr>
          <w:p w14:paraId="4CF0A711" w14:textId="1E542B94" w:rsidR="00A35D8A" w:rsidRPr="003C72B7" w:rsidRDefault="00A35D8A" w:rsidP="00A35D8A">
            <w:pPr>
              <w:spacing w:before="40" w:after="40"/>
              <w:rPr>
                <w:rFonts w:ascii="Calibri" w:hAnsi="Calibri"/>
                <w:sz w:val="19"/>
              </w:rPr>
            </w:pPr>
            <w:r>
              <w:rPr>
                <w:rFonts w:ascii="Calibri" w:hAnsi="Calibri"/>
                <w:sz w:val="19"/>
              </w:rPr>
              <w:t>Öğrenci Performansı Süreç Rubriği (Student Performance Rubric -Scoring Key</w:t>
            </w:r>
          </w:p>
        </w:tc>
      </w:tr>
      <w:tr w:rsidR="00A35D8A" w:rsidRPr="003C72B7" w14:paraId="0FD00D34" w14:textId="77777777" w:rsidTr="009869FA">
        <w:tc>
          <w:tcPr>
            <w:tcW w:w="3119" w:type="dxa"/>
          </w:tcPr>
          <w:p w14:paraId="5741573A" w14:textId="1DE75DBD"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20C7D73E" w14:textId="5A91B145" w:rsidR="00A35D8A" w:rsidRPr="003C72B7" w:rsidRDefault="00A6430D" w:rsidP="00A35D8A">
            <w:pPr>
              <w:spacing w:before="40" w:after="40"/>
              <w:jc w:val="center"/>
            </w:pPr>
            <w:r>
              <w:rPr>
                <w:rFonts w:ascii="Calibri" w:hAnsi="Calibri"/>
                <w:sz w:val="19"/>
              </w:rPr>
              <w:t>Bölüm 7</w:t>
            </w:r>
          </w:p>
        </w:tc>
        <w:tc>
          <w:tcPr>
            <w:tcW w:w="5386" w:type="dxa"/>
          </w:tcPr>
          <w:p w14:paraId="2D9934E0" w14:textId="77777777" w:rsidR="00A35D8A" w:rsidRPr="003C72B7" w:rsidRDefault="00A35D8A" w:rsidP="00A35D8A">
            <w:pPr>
              <w:spacing w:before="40" w:after="40"/>
            </w:pPr>
            <w:r>
              <w:rPr>
                <w:rFonts w:ascii="Calibri" w:hAnsi="Calibri"/>
                <w:sz w:val="19"/>
              </w:rPr>
              <w:t>Öğrenci Gelişim Müdahale ve Yeniden Değerlendirme Formu (Intervention Form)</w:t>
            </w:r>
          </w:p>
        </w:tc>
      </w:tr>
      <w:tr w:rsidR="00A35D8A" w:rsidRPr="003C72B7" w14:paraId="5B3DB2B4" w14:textId="77777777" w:rsidTr="009869FA">
        <w:tc>
          <w:tcPr>
            <w:tcW w:w="3119" w:type="dxa"/>
          </w:tcPr>
          <w:p w14:paraId="5156FBA8" w14:textId="5003DAB6"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3B974408" w14:textId="0EDC09FC" w:rsidR="00A35D8A" w:rsidRPr="003C72B7" w:rsidRDefault="00A6430D" w:rsidP="00A35D8A">
            <w:pPr>
              <w:spacing w:before="40" w:after="40"/>
              <w:jc w:val="center"/>
            </w:pPr>
            <w:r>
              <w:rPr>
                <w:rFonts w:ascii="Calibri" w:hAnsi="Calibri"/>
                <w:sz w:val="19"/>
              </w:rPr>
              <w:t xml:space="preserve">Bölüm 8 </w:t>
            </w:r>
          </w:p>
        </w:tc>
        <w:tc>
          <w:tcPr>
            <w:tcW w:w="5386" w:type="dxa"/>
          </w:tcPr>
          <w:p w14:paraId="3519ACF7" w14:textId="77777777" w:rsidR="00A35D8A" w:rsidRPr="003C72B7" w:rsidRDefault="00A35D8A" w:rsidP="00A35D8A">
            <w:pPr>
              <w:spacing w:before="40" w:after="40"/>
            </w:pPr>
            <w:r>
              <w:rPr>
                <w:rFonts w:ascii="Calibri" w:hAnsi="Calibri"/>
                <w:sz w:val="19"/>
              </w:rPr>
              <w:t>Haftalık Sınıf Gözlem Defteri Şablonu (Weekly Observation Journal)</w:t>
            </w:r>
          </w:p>
        </w:tc>
      </w:tr>
      <w:tr w:rsidR="00A35D8A" w:rsidRPr="003C72B7" w14:paraId="31C6E21F" w14:textId="77777777" w:rsidTr="009869FA">
        <w:tc>
          <w:tcPr>
            <w:tcW w:w="3119" w:type="dxa"/>
          </w:tcPr>
          <w:p w14:paraId="74FB5A79" w14:textId="3EEA5F68" w:rsidR="00A35D8A" w:rsidRPr="003C72B7"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68FD81CC" w14:textId="3D72000D" w:rsidR="00A35D8A" w:rsidRPr="00A6430D" w:rsidRDefault="00A6430D"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9</w:t>
            </w:r>
          </w:p>
        </w:tc>
        <w:tc>
          <w:tcPr>
            <w:tcW w:w="5386" w:type="dxa"/>
          </w:tcPr>
          <w:p w14:paraId="60696A37" w14:textId="77777777" w:rsidR="00A35D8A" w:rsidRPr="003C72B7" w:rsidRDefault="00A35D8A" w:rsidP="00A35D8A">
            <w:pPr>
              <w:spacing w:before="40" w:after="40"/>
            </w:pPr>
            <w:r>
              <w:rPr>
                <w:rFonts w:ascii="Calibri" w:hAnsi="Calibri"/>
                <w:sz w:val="19"/>
              </w:rPr>
              <w:t>Tema Öğretmen Günlüğü Şablonu (Theme Teacher Journal)</w:t>
            </w:r>
          </w:p>
        </w:tc>
      </w:tr>
      <w:tr w:rsidR="00A35D8A" w:rsidRPr="003C72B7" w14:paraId="051391CD" w14:textId="77777777" w:rsidTr="009869FA">
        <w:tc>
          <w:tcPr>
            <w:tcW w:w="3119" w:type="dxa"/>
          </w:tcPr>
          <w:p w14:paraId="2639CF0F" w14:textId="405AEE80" w:rsidR="00A35D8A" w:rsidRDefault="00A35D8A" w:rsidP="00A35D8A">
            <w:pPr>
              <w:spacing w:before="40" w:after="40"/>
              <w:jc w:val="center"/>
              <w:rPr>
                <w:rFonts w:ascii="Calibri" w:hAnsi="Calibri"/>
                <w:sz w:val="19"/>
              </w:rPr>
            </w:pPr>
            <w:r>
              <w:rPr>
                <w:rFonts w:ascii="Calibri" w:hAnsi="Calibri"/>
                <w:sz w:val="19"/>
              </w:rPr>
              <w:t>KISIM I: ÖĞRETMEN BELGELERİ</w:t>
            </w:r>
          </w:p>
        </w:tc>
        <w:tc>
          <w:tcPr>
            <w:tcW w:w="2410" w:type="dxa"/>
          </w:tcPr>
          <w:p w14:paraId="0FF64AD5" w14:textId="63AA40C5" w:rsidR="00A35D8A" w:rsidRPr="003C72B7" w:rsidRDefault="00A6430D" w:rsidP="00A35D8A">
            <w:pPr>
              <w:spacing w:before="40" w:after="40"/>
              <w:jc w:val="center"/>
              <w:rPr>
                <w:rFonts w:ascii="Calibri" w:hAnsi="Calibri"/>
                <w:sz w:val="19"/>
              </w:rPr>
            </w:pPr>
            <w:r>
              <w:rPr>
                <w:rFonts w:ascii="Calibri" w:hAnsi="Calibri"/>
                <w:sz w:val="19"/>
              </w:rPr>
              <w:t>Bölüm 10</w:t>
            </w:r>
          </w:p>
        </w:tc>
        <w:tc>
          <w:tcPr>
            <w:tcW w:w="5386" w:type="dxa"/>
          </w:tcPr>
          <w:p w14:paraId="76A19588" w14:textId="5B878C60" w:rsidR="00A35D8A" w:rsidRPr="00BA1036" w:rsidRDefault="00A6430D" w:rsidP="00A35D8A">
            <w:pPr>
              <w:spacing w:before="40" w:after="40"/>
              <w:rPr>
                <w:rFonts w:asciiTheme="majorHAnsi" w:hAnsiTheme="majorHAnsi" w:cstheme="majorHAnsi"/>
                <w:bCs/>
                <w:sz w:val="19"/>
                <w:szCs w:val="19"/>
              </w:rPr>
            </w:pPr>
            <w:r>
              <w:rPr>
                <w:rFonts w:asciiTheme="majorHAnsi" w:hAnsiTheme="majorHAnsi" w:cstheme="majorHAnsi"/>
                <w:bCs/>
                <w:sz w:val="19"/>
                <w:szCs w:val="19"/>
              </w:rPr>
              <w:t>Dönem Sonu Genel Değerlendirme Ve Puanlama Çizelgesi</w:t>
            </w:r>
          </w:p>
        </w:tc>
      </w:tr>
      <w:tr w:rsidR="00A35D8A" w:rsidRPr="003C72B7" w14:paraId="15F56A2D" w14:textId="77777777" w:rsidTr="009869FA">
        <w:tc>
          <w:tcPr>
            <w:tcW w:w="10915" w:type="dxa"/>
            <w:gridSpan w:val="3"/>
          </w:tcPr>
          <w:p w14:paraId="168F63D4" w14:textId="63EBBCF1" w:rsidR="00A35D8A" w:rsidRPr="0014212B" w:rsidRDefault="00A35D8A" w:rsidP="00A35D8A">
            <w:pPr>
              <w:spacing w:before="40" w:after="40"/>
              <w:jc w:val="center"/>
              <w:rPr>
                <w:rFonts w:asciiTheme="majorHAnsi" w:hAnsiTheme="majorHAnsi" w:cstheme="majorHAnsi"/>
                <w:b/>
                <w:bCs/>
                <w:sz w:val="19"/>
                <w:szCs w:val="19"/>
              </w:rPr>
            </w:pPr>
            <w:r>
              <w:rPr>
                <w:rFonts w:ascii="Calibri" w:hAnsi="Calibri"/>
                <w:b/>
                <w:bCs/>
                <w:sz w:val="19"/>
              </w:rPr>
              <w:t>KISIM II: ÖĞRENCİ PORTFOLYOSU FORMLARI</w:t>
            </w:r>
          </w:p>
        </w:tc>
      </w:tr>
      <w:tr w:rsidR="00A35D8A" w:rsidRPr="003C72B7" w14:paraId="239CDC8F" w14:textId="77777777" w:rsidTr="009869FA">
        <w:tc>
          <w:tcPr>
            <w:tcW w:w="3119" w:type="dxa"/>
          </w:tcPr>
          <w:p w14:paraId="33857034" w14:textId="77777777" w:rsidR="00A35D8A" w:rsidRDefault="00A35D8A" w:rsidP="00A35D8A">
            <w:pPr>
              <w:spacing w:before="40" w:after="40"/>
              <w:jc w:val="center"/>
              <w:rPr>
                <w:rFonts w:ascii="Calibri" w:hAnsi="Calibri"/>
                <w:sz w:val="19"/>
              </w:rPr>
            </w:pPr>
          </w:p>
          <w:p w14:paraId="4C364A72" w14:textId="5F6EAA3B"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35DD9A60" w14:textId="4BAC68C8" w:rsidR="00A35D8A" w:rsidRPr="003C72B7" w:rsidRDefault="00A35D8A" w:rsidP="00A35D8A">
            <w:pPr>
              <w:spacing w:before="40" w:after="40"/>
              <w:jc w:val="center"/>
            </w:pPr>
            <w:r>
              <w:rPr>
                <w:rFonts w:ascii="Calibri" w:hAnsi="Calibri"/>
                <w:sz w:val="19"/>
              </w:rPr>
              <w:t>Bölüm 11</w:t>
            </w:r>
          </w:p>
        </w:tc>
        <w:tc>
          <w:tcPr>
            <w:tcW w:w="5386" w:type="dxa"/>
          </w:tcPr>
          <w:p w14:paraId="117829EC" w14:textId="77777777" w:rsidR="00A35D8A" w:rsidRPr="003C72B7" w:rsidRDefault="00A35D8A" w:rsidP="00A35D8A">
            <w:pPr>
              <w:spacing w:before="40" w:after="40"/>
            </w:pPr>
            <w:r>
              <w:rPr>
                <w:rFonts w:ascii="Calibri" w:hAnsi="Calibri"/>
                <w:sz w:val="19"/>
              </w:rPr>
              <w:t>Sene Başı Veli ve Öğrenci Bilgilendirme Mektubu (Informative Parent Letter)</w:t>
            </w:r>
          </w:p>
        </w:tc>
      </w:tr>
      <w:tr w:rsidR="00A35D8A" w:rsidRPr="003C72B7" w14:paraId="511927A4" w14:textId="77777777" w:rsidTr="009869FA">
        <w:tc>
          <w:tcPr>
            <w:tcW w:w="3119" w:type="dxa"/>
          </w:tcPr>
          <w:p w14:paraId="19103AE1" w14:textId="6109D607"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2D0BEA62" w14:textId="4B29AE4A" w:rsidR="00A35D8A" w:rsidRPr="003C72B7" w:rsidRDefault="00A35D8A" w:rsidP="00A35D8A">
            <w:pPr>
              <w:spacing w:before="40" w:after="40"/>
              <w:jc w:val="center"/>
            </w:pPr>
            <w:r>
              <w:rPr>
                <w:rFonts w:ascii="Calibri" w:hAnsi="Calibri"/>
                <w:sz w:val="19"/>
              </w:rPr>
              <w:t>Bölüm 12</w:t>
            </w:r>
          </w:p>
        </w:tc>
        <w:tc>
          <w:tcPr>
            <w:tcW w:w="5386" w:type="dxa"/>
          </w:tcPr>
          <w:p w14:paraId="3D2B88AB" w14:textId="77777777" w:rsidR="00A35D8A" w:rsidRPr="003C72B7" w:rsidRDefault="00A35D8A" w:rsidP="00A35D8A">
            <w:pPr>
              <w:spacing w:before="40" w:after="40"/>
            </w:pPr>
            <w:r>
              <w:rPr>
                <w:rFonts w:ascii="Calibri" w:hAnsi="Calibri"/>
                <w:sz w:val="19"/>
              </w:rPr>
              <w:t>My English Tracker (Ders Performans Takip Kartı)</w:t>
            </w:r>
          </w:p>
        </w:tc>
      </w:tr>
      <w:tr w:rsidR="00A35D8A" w:rsidRPr="003C72B7" w14:paraId="3A14B091" w14:textId="77777777" w:rsidTr="009869FA">
        <w:tc>
          <w:tcPr>
            <w:tcW w:w="3119" w:type="dxa"/>
          </w:tcPr>
          <w:p w14:paraId="511DCDB7" w14:textId="5164AA00"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4D12A54E" w14:textId="1EAF9618" w:rsidR="00A35D8A" w:rsidRPr="003C72B7" w:rsidRDefault="00A35D8A" w:rsidP="00A35D8A">
            <w:pPr>
              <w:spacing w:before="40" w:after="40"/>
              <w:jc w:val="center"/>
            </w:pPr>
            <w:r>
              <w:rPr>
                <w:rFonts w:ascii="Calibri" w:hAnsi="Calibri"/>
                <w:sz w:val="19"/>
              </w:rPr>
              <w:t>Bölüm 13</w:t>
            </w:r>
          </w:p>
        </w:tc>
        <w:tc>
          <w:tcPr>
            <w:tcW w:w="5386" w:type="dxa"/>
          </w:tcPr>
          <w:p w14:paraId="5F5C7C4C" w14:textId="77777777" w:rsidR="00A35D8A" w:rsidRPr="003C72B7" w:rsidRDefault="00A35D8A" w:rsidP="00A35D8A">
            <w:pPr>
              <w:spacing w:before="40" w:after="40"/>
            </w:pPr>
            <w:r>
              <w:rPr>
                <w:rFonts w:ascii="Calibri" w:hAnsi="Calibri"/>
                <w:sz w:val="19"/>
              </w:rPr>
              <w:t>Tema Sonu Bütünleşik Değerlendirme Formu (Theme-End Integrated Form)</w:t>
            </w:r>
          </w:p>
        </w:tc>
      </w:tr>
      <w:tr w:rsidR="00A35D8A" w:rsidRPr="003C72B7" w14:paraId="3087E1F5" w14:textId="77777777" w:rsidTr="009869FA">
        <w:tc>
          <w:tcPr>
            <w:tcW w:w="3119" w:type="dxa"/>
          </w:tcPr>
          <w:p w14:paraId="18BAA8FF" w14:textId="1DDAAB94"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46C67E85" w14:textId="7F69CBC1" w:rsidR="00A35D8A" w:rsidRPr="003C72B7" w:rsidRDefault="00A35D8A" w:rsidP="00A35D8A">
            <w:pPr>
              <w:spacing w:before="40" w:after="40"/>
              <w:jc w:val="center"/>
            </w:pPr>
            <w:r>
              <w:rPr>
                <w:rFonts w:ascii="Calibri" w:hAnsi="Calibri"/>
                <w:sz w:val="19"/>
              </w:rPr>
              <w:t>Bölüm 14</w:t>
            </w:r>
          </w:p>
        </w:tc>
        <w:tc>
          <w:tcPr>
            <w:tcW w:w="5386" w:type="dxa"/>
          </w:tcPr>
          <w:p w14:paraId="47F097F9" w14:textId="37521D25" w:rsidR="00A35D8A" w:rsidRPr="003C72B7" w:rsidRDefault="00A35D8A" w:rsidP="00A35D8A">
            <w:pPr>
              <w:spacing w:before="40" w:after="40"/>
            </w:pPr>
            <w:r>
              <w:rPr>
                <w:rFonts w:ascii="Calibri" w:hAnsi="Calibri"/>
                <w:sz w:val="19"/>
              </w:rPr>
              <w:t>Task Checklist (Görev Kontrol Listesi)</w:t>
            </w:r>
          </w:p>
        </w:tc>
      </w:tr>
      <w:tr w:rsidR="00A35D8A" w:rsidRPr="003C72B7" w14:paraId="5C37BE62" w14:textId="77777777" w:rsidTr="009869FA">
        <w:tc>
          <w:tcPr>
            <w:tcW w:w="3119" w:type="dxa"/>
          </w:tcPr>
          <w:p w14:paraId="1CC809DD" w14:textId="68F4FD9E"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67F44CF1" w14:textId="4BF1F81B" w:rsidR="00A35D8A" w:rsidRPr="003C72B7" w:rsidRDefault="00A35D8A" w:rsidP="00A35D8A">
            <w:pPr>
              <w:spacing w:before="40" w:after="40"/>
              <w:jc w:val="center"/>
            </w:pPr>
            <w:r>
              <w:rPr>
                <w:rFonts w:ascii="Calibri" w:hAnsi="Calibri"/>
                <w:sz w:val="19"/>
              </w:rPr>
              <w:t>Bölüm 15</w:t>
            </w:r>
          </w:p>
        </w:tc>
        <w:tc>
          <w:tcPr>
            <w:tcW w:w="5386" w:type="dxa"/>
          </w:tcPr>
          <w:p w14:paraId="2238AAB2" w14:textId="1511B8FD" w:rsidR="00A35D8A" w:rsidRPr="003C72B7" w:rsidRDefault="00A35D8A" w:rsidP="00A35D8A">
            <w:pPr>
              <w:spacing w:before="40" w:after="40"/>
            </w:pPr>
            <w:r>
              <w:rPr>
                <w:rFonts w:ascii="Calibri" w:hAnsi="Calibri"/>
                <w:sz w:val="19"/>
              </w:rPr>
              <w:t>Öğrenci Portfolyo Günlüğü / Yansıtma Soruları (Student Reflection Journal)</w:t>
            </w:r>
          </w:p>
        </w:tc>
      </w:tr>
      <w:tr w:rsidR="00A35D8A" w:rsidRPr="003C72B7" w14:paraId="44441D0C" w14:textId="77777777" w:rsidTr="009869FA">
        <w:tc>
          <w:tcPr>
            <w:tcW w:w="3119" w:type="dxa"/>
          </w:tcPr>
          <w:p w14:paraId="48CDAE63" w14:textId="19B280B9" w:rsidR="00A35D8A" w:rsidRPr="003C72B7" w:rsidRDefault="00A35D8A" w:rsidP="00A35D8A">
            <w:pPr>
              <w:spacing w:before="40" w:after="40"/>
              <w:jc w:val="center"/>
              <w:rPr>
                <w:rFonts w:ascii="Calibri" w:hAnsi="Calibri"/>
                <w:sz w:val="19"/>
              </w:rPr>
            </w:pPr>
            <w:r>
              <w:rPr>
                <w:rFonts w:ascii="Calibri" w:hAnsi="Calibri"/>
                <w:sz w:val="19"/>
              </w:rPr>
              <w:t>KISIM II: ÖĞRENCİ PORTFOLYOSU</w:t>
            </w:r>
          </w:p>
        </w:tc>
        <w:tc>
          <w:tcPr>
            <w:tcW w:w="2410" w:type="dxa"/>
          </w:tcPr>
          <w:p w14:paraId="618FAB9D" w14:textId="412F25E6" w:rsidR="00A35D8A" w:rsidRPr="003C72B7" w:rsidRDefault="00A35D8A" w:rsidP="00A35D8A">
            <w:pPr>
              <w:spacing w:before="40" w:after="40"/>
              <w:jc w:val="center"/>
            </w:pPr>
            <w:r>
              <w:rPr>
                <w:rFonts w:ascii="Calibri" w:hAnsi="Calibri"/>
                <w:sz w:val="19"/>
              </w:rPr>
              <w:t>Bölüm 16</w:t>
            </w:r>
          </w:p>
        </w:tc>
        <w:tc>
          <w:tcPr>
            <w:tcW w:w="5386" w:type="dxa"/>
          </w:tcPr>
          <w:p w14:paraId="5FB78318" w14:textId="176C502D" w:rsidR="00A35D8A" w:rsidRPr="003C72B7" w:rsidRDefault="00A35D8A" w:rsidP="00A35D8A">
            <w:pPr>
              <w:spacing w:before="40" w:after="40"/>
            </w:pPr>
            <w:r>
              <w:rPr>
                <w:rFonts w:ascii="Calibri" w:hAnsi="Calibri"/>
                <w:sz w:val="19"/>
              </w:rPr>
              <w:t>Proje ve Performans Görevi Değerlendirme Formu (Project Evaluation Form)</w:t>
            </w:r>
          </w:p>
        </w:tc>
      </w:tr>
      <w:tr w:rsidR="00A35D8A" w:rsidRPr="003C72B7" w14:paraId="3880CBC3" w14:textId="77777777" w:rsidTr="009869FA">
        <w:tc>
          <w:tcPr>
            <w:tcW w:w="10915" w:type="dxa"/>
            <w:gridSpan w:val="3"/>
          </w:tcPr>
          <w:p w14:paraId="620D02F6" w14:textId="77777777" w:rsidR="00A35D8A" w:rsidRPr="0014212B" w:rsidRDefault="00A35D8A" w:rsidP="00A35D8A">
            <w:pPr>
              <w:spacing w:before="40" w:after="40"/>
              <w:jc w:val="center"/>
              <w:rPr>
                <w:rFonts w:asciiTheme="majorHAnsi" w:hAnsiTheme="majorHAnsi" w:cstheme="majorHAnsi"/>
                <w:b/>
                <w:bCs/>
                <w:sz w:val="19"/>
                <w:szCs w:val="19"/>
              </w:rPr>
            </w:pPr>
            <w:r>
              <w:rPr>
                <w:rFonts w:ascii="Calibri" w:hAnsi="Calibri"/>
                <w:b/>
                <w:bCs/>
                <w:sz w:val="19"/>
              </w:rPr>
              <w:t>KISIM III: ÖĞRETMEN BELGELERİ</w:t>
            </w:r>
          </w:p>
          <w:p w14:paraId="229B0171" w14:textId="0BB1B22F" w:rsidR="00A35D8A" w:rsidRPr="003C72B7" w:rsidRDefault="00A35D8A" w:rsidP="00A35D8A">
            <w:pPr>
              <w:spacing w:before="40" w:after="40"/>
              <w:jc w:val="center"/>
            </w:pPr>
            <w:r>
              <w:rPr>
                <w:rFonts w:ascii="Calibri" w:hAnsi="Calibri"/>
                <w:b/>
                <w:bCs/>
                <w:sz w:val="19"/>
              </w:rPr>
              <w:t>İngilizce Sınıf İçi  Konuşma Sınavı  Portfolyosu Öğretmen Rehberi (In- Class Speaking Assesment Teacher Portfolio)</w:t>
            </w:r>
          </w:p>
        </w:tc>
      </w:tr>
      <w:tr w:rsidR="00A35D8A" w:rsidRPr="003C72B7" w14:paraId="1379E5F7" w14:textId="77777777" w:rsidTr="009869FA">
        <w:tc>
          <w:tcPr>
            <w:tcW w:w="3119" w:type="dxa"/>
          </w:tcPr>
          <w:p w14:paraId="66E606A2" w14:textId="72D1B5B6"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6F8508BF" w14:textId="06B84970"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1</w:t>
            </w:r>
          </w:p>
        </w:tc>
        <w:tc>
          <w:tcPr>
            <w:tcW w:w="5386" w:type="dxa"/>
          </w:tcPr>
          <w:p w14:paraId="499B0675" w14:textId="1B3BF3EC" w:rsidR="00A35D8A" w:rsidRPr="00E64C8A"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Teacher's Guide: ELT Methodology &amp; Process-Oriented Philosophy</w:t>
            </w:r>
          </w:p>
          <w:p w14:paraId="5DAD753B" w14:textId="77777777" w:rsidR="00A35D8A" w:rsidRPr="00FB3F9B" w:rsidRDefault="00A35D8A" w:rsidP="00A35D8A">
            <w:pPr>
              <w:spacing w:before="40" w:after="40"/>
              <w:rPr>
                <w:rFonts w:asciiTheme="majorHAnsi" w:hAnsiTheme="majorHAnsi" w:cstheme="majorHAnsi"/>
                <w:sz w:val="19"/>
                <w:szCs w:val="19"/>
              </w:rPr>
            </w:pPr>
          </w:p>
        </w:tc>
      </w:tr>
      <w:tr w:rsidR="00A35D8A" w:rsidRPr="003C72B7" w14:paraId="65EB2AA9" w14:textId="77777777" w:rsidTr="009869FA">
        <w:tc>
          <w:tcPr>
            <w:tcW w:w="3119" w:type="dxa"/>
          </w:tcPr>
          <w:p w14:paraId="11B1AADF" w14:textId="72350179"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01442651" w14:textId="2199507E"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2</w:t>
            </w:r>
          </w:p>
        </w:tc>
        <w:tc>
          <w:tcPr>
            <w:tcW w:w="5386" w:type="dxa"/>
          </w:tcPr>
          <w:p w14:paraId="09D07143" w14:textId="77777777" w:rsidR="00A35D8A" w:rsidRPr="00E64C8A"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2. 100-Point Process-Oriented Speaking Rubric (10 x 10)</w:t>
            </w:r>
          </w:p>
          <w:p w14:paraId="2E7EB40A" w14:textId="77777777" w:rsidR="00A35D8A" w:rsidRPr="00FB3F9B" w:rsidRDefault="00A35D8A" w:rsidP="00A35D8A">
            <w:pPr>
              <w:keepNext/>
              <w:keepLines/>
              <w:spacing w:before="120" w:after="40"/>
              <w:outlineLvl w:val="0"/>
              <w:rPr>
                <w:rFonts w:asciiTheme="majorHAnsi" w:eastAsia="MS Gothic" w:hAnsiTheme="majorHAnsi" w:cstheme="majorHAnsi"/>
                <w:sz w:val="19"/>
                <w:szCs w:val="19"/>
              </w:rPr>
            </w:pPr>
          </w:p>
        </w:tc>
      </w:tr>
      <w:tr w:rsidR="00A35D8A" w:rsidRPr="003C72B7" w14:paraId="4850CE81" w14:textId="77777777" w:rsidTr="009869FA">
        <w:tc>
          <w:tcPr>
            <w:tcW w:w="3119" w:type="dxa"/>
          </w:tcPr>
          <w:p w14:paraId="3AB091ED" w14:textId="7686709F"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468103B5" w14:textId="67F4F038"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3</w:t>
            </w:r>
          </w:p>
        </w:tc>
        <w:tc>
          <w:tcPr>
            <w:tcW w:w="5386" w:type="dxa"/>
          </w:tcPr>
          <w:p w14:paraId="5E781CBB" w14:textId="5FCF4C91" w:rsidR="00A35D8A" w:rsidRPr="00FB3F9B"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3. Speaking Assessment Score Sheet (Classroom Log)</w:t>
            </w:r>
          </w:p>
        </w:tc>
      </w:tr>
      <w:tr w:rsidR="00A35D8A" w:rsidRPr="003C72B7" w14:paraId="57C7ED4F" w14:textId="77777777" w:rsidTr="009869FA">
        <w:tc>
          <w:tcPr>
            <w:tcW w:w="3119" w:type="dxa"/>
          </w:tcPr>
          <w:p w14:paraId="44F8109F" w14:textId="1E9B72BC" w:rsidR="00A35D8A"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KISIM III: ÖĞRETMEN BELGELERİ</w:t>
            </w:r>
          </w:p>
        </w:tc>
        <w:tc>
          <w:tcPr>
            <w:tcW w:w="2410" w:type="dxa"/>
          </w:tcPr>
          <w:p w14:paraId="216D9D2E" w14:textId="22DAF50F" w:rsidR="00A35D8A" w:rsidRPr="00FB3F9B" w:rsidRDefault="00A35D8A" w:rsidP="00A35D8A">
            <w:pPr>
              <w:spacing w:before="40" w:after="40"/>
              <w:jc w:val="center"/>
              <w:rPr>
                <w:rFonts w:asciiTheme="majorHAnsi" w:hAnsiTheme="majorHAnsi" w:cstheme="majorHAnsi"/>
                <w:sz w:val="19"/>
                <w:szCs w:val="19"/>
              </w:rPr>
            </w:pPr>
            <w:r>
              <w:rPr>
                <w:rFonts w:asciiTheme="majorHAnsi" w:hAnsiTheme="majorHAnsi" w:cstheme="majorHAnsi"/>
                <w:sz w:val="19"/>
                <w:szCs w:val="19"/>
              </w:rPr>
              <w:t>Bölüm 4</w:t>
            </w:r>
          </w:p>
        </w:tc>
        <w:tc>
          <w:tcPr>
            <w:tcW w:w="5386" w:type="dxa"/>
          </w:tcPr>
          <w:p w14:paraId="50C33FF0" w14:textId="77777777" w:rsidR="00A35D8A" w:rsidRPr="00E64C8A" w:rsidRDefault="00A35D8A" w:rsidP="00A35D8A">
            <w:pPr>
              <w:keepNext/>
              <w:keepLines/>
              <w:spacing w:before="120" w:after="40"/>
              <w:outlineLvl w:val="0"/>
              <w:rPr>
                <w:rFonts w:asciiTheme="majorHAnsi" w:eastAsia="MS Gothic" w:hAnsiTheme="majorHAnsi" w:cstheme="majorHAnsi"/>
                <w:sz w:val="19"/>
                <w:szCs w:val="19"/>
              </w:rPr>
            </w:pPr>
            <w:r>
              <w:rPr>
                <w:rFonts w:asciiTheme="majorHAnsi" w:eastAsia="MS Gothic" w:hAnsiTheme="majorHAnsi" w:cstheme="majorHAnsi"/>
                <w:sz w:val="19"/>
                <w:szCs w:val="19"/>
              </w:rPr>
              <w:t>4. MEB Year 5 Teacher's Book Speaking Tasks Map</w:t>
            </w:r>
          </w:p>
          <w:p w14:paraId="05339FFE" w14:textId="77777777" w:rsidR="00A35D8A" w:rsidRPr="00FB3F9B" w:rsidRDefault="00A35D8A" w:rsidP="00A35D8A">
            <w:pPr>
              <w:keepNext/>
              <w:keepLines/>
              <w:spacing w:before="120" w:after="40"/>
              <w:outlineLvl w:val="0"/>
              <w:rPr>
                <w:rFonts w:asciiTheme="majorHAnsi" w:eastAsia="MS Gothic" w:hAnsiTheme="majorHAnsi" w:cstheme="majorHAnsi"/>
                <w:sz w:val="19"/>
                <w:szCs w:val="19"/>
              </w:rPr>
            </w:pPr>
          </w:p>
        </w:tc>
      </w:tr>
    </w:tbl>
    <w:p w14:paraId="0A944885" w14:textId="77777777" w:rsidR="00B77292" w:rsidRPr="003C72B7" w:rsidRDefault="00B77292">
      <w:pPr>
        <w:spacing w:before="960" w:after="240"/>
        <w:jc w:val="center"/>
        <w:rPr>
          <w:rFonts w:ascii="Arial" w:hAnsi="Arial"/>
          <w:b/>
          <w:sz w:val="40"/>
        </w:rPr>
      </w:pPr>
    </w:p>
    <w:p w14:paraId="6DD2FC6E" w14:textId="1006E9FB" w:rsidR="00867C21" w:rsidRPr="003C72B7" w:rsidRDefault="00A14E1E">
      <w:pPr>
        <w:spacing w:before="960" w:after="240"/>
        <w:jc w:val="center"/>
      </w:pPr>
      <w:r>
        <w:rPr>
          <w:rFonts w:ascii="Arial" w:hAnsi="Arial"/>
          <w:b/>
          <w:sz w:val="40"/>
        </w:rPr>
        <w:t>KISIM I: ÖĞRETMEN TAKİP VE DEĞERLENDİRME BELGELERİ</w:t>
      </w:r>
    </w:p>
    <w:p w14:paraId="522AF881" w14:textId="77777777" w:rsidR="00867C21" w:rsidRPr="003C72B7" w:rsidRDefault="00A14E1E">
      <w:pPr>
        <w:spacing w:after="720"/>
        <w:jc w:val="center"/>
      </w:pPr>
      <w:r>
        <w:rPr>
          <w:rFonts w:ascii="Calibri" w:hAnsi="Calibri"/>
          <w:i/>
        </w:rPr>
        <w:t>PART I: TEACHER TRACKING &amp; ASSESSMENT DOCUMENTS</w:t>
      </w:r>
      <w:r>
        <w:rPr>
          <w:rFonts w:ascii="Calibri" w:hAnsi="Calibri"/>
          <w:i/>
        </w:rPr>
        <w:br/>
      </w:r>
      <w:r>
        <w:rPr>
          <w:rFonts w:ascii="Calibri" w:hAnsi="Calibri"/>
          <w:i/>
        </w:rPr>
        <w:br/>
        <w:t>Bu kısım yalnızca ders öğretmeni tarafından doldurulacak, öğrenci gelişimini ve sınıf içi performans düzeylerini MEB mevzuatıyla tam uyumlu ve denetime hazır şekilde kayıt altına alan belgelerden oluşmaktadır.</w:t>
      </w:r>
    </w:p>
    <w:p w14:paraId="558C401C" w14:textId="77777777" w:rsidR="00867C21" w:rsidRPr="003C72B7" w:rsidRDefault="00A14E1E">
      <w:pPr>
        <w:keepNext/>
        <w:spacing w:before="360" w:after="120"/>
      </w:pPr>
      <w:r>
        <w:rPr>
          <w:rFonts w:ascii="Arial" w:hAnsi="Arial"/>
          <w:b/>
          <w:sz w:val="32"/>
        </w:rPr>
        <w:t>Bölüm 1. Giriş ve TYMM Uyum Çerçevesi / Introduction &amp; TYMM Framework</w:t>
      </w:r>
    </w:p>
    <w:p w14:paraId="00844473"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Bu bölüm, Türkiye Yüzyılı Maarif Modeli'nin (TYMM) temel pedagojik ilkelerini ve süreç odaklı ölçme-değerlendirme yaklaşımının yasal dayanaklarını özetlemektedir. Öğretmenin eğitim öğretim yılı başında bu ilkeleri incelemesi ve ders tasarımlarında göz önünde bulundurması tavsiye edilmektedir.</w:t>
      </w:r>
    </w:p>
    <w:p w14:paraId="6D428DD2" w14:textId="77777777" w:rsidR="00867C21" w:rsidRPr="003C72B7" w:rsidRDefault="00A14E1E">
      <w:pPr>
        <w:spacing w:after="120"/>
      </w:pPr>
      <w:r>
        <w:rPr>
          <w:rFonts w:ascii="Calibri" w:hAnsi="Calibri"/>
          <w:sz w:val="21"/>
        </w:rPr>
        <w:t>Türkiye Yüzyılı Maarif Modeli (TYMM) öğretim programı, öğrencilerin dil edinim süreçlerini sarmal ve bütüncül biçimde izlemeyi hedefler. Süreç odaklı bu değerlendirme yaklaşımı, tek bir sınav puanına odaklanmak yerine öğrencinin zaman içindeki gelişimini gözlenebilir performans kriterleriyle izlemeyi esas alır.</w:t>
      </w:r>
    </w:p>
    <w:p w14:paraId="2D47AB46" w14:textId="77777777" w:rsidR="00867C21" w:rsidRPr="003C72B7" w:rsidRDefault="00A14E1E">
      <w:pPr>
        <w:keepNext/>
        <w:spacing w:before="240" w:after="80"/>
      </w:pPr>
      <w:r>
        <w:rPr>
          <w:rFonts w:ascii="Arial" w:hAnsi="Arial"/>
          <w:b/>
          <w:sz w:val="26"/>
        </w:rPr>
        <w:t>Metodolojik Yapıtaşları / Methodological Pillars</w:t>
      </w:r>
    </w:p>
    <w:p w14:paraId="318276B8" w14:textId="77777777" w:rsidR="00867C21" w:rsidRPr="003C72B7" w:rsidRDefault="00A14E1E">
      <w:pPr>
        <w:spacing w:after="120"/>
      </w:pPr>
      <w:r>
        <w:rPr>
          <w:rFonts w:ascii="Calibri" w:hAnsi="Calibri"/>
          <w:sz w:val="21"/>
        </w:rPr>
        <w:t>İngilizce öğretiminde 'Duygusal Süzgeç' (Affective Filter) düzeyini düşük tutmak, öğrencilerin hata yapma korkusu yaşamadan konuşmalarını sağlamak amacıyla son derece kritiktir. Ders esnasında öğrencilerin sözünü kesmeden, hataları sessizce not alıp ders sonunda 'Gecikmeli Geri Bildirim' (Delayed Feedback) ile açıklamak metodolojik temelimizdir. Ayrıca öğrencilerin konuşurken kendi hatalarını fark edip düzeltmeleri veya farklı iletişim stratejileri kullanmaları 'Stratejik İletişim Becerisi' (Strategic Competence) kapsamında değerlendirilerek desteklenir.</w:t>
      </w:r>
    </w:p>
    <w:p w14:paraId="751145F6" w14:textId="77777777" w:rsidR="00867C21" w:rsidRPr="003C72B7" w:rsidRDefault="00A14E1E">
      <w:pPr>
        <w:keepNext/>
        <w:spacing w:before="240" w:after="80"/>
      </w:pPr>
      <w:r>
        <w:rPr>
          <w:rFonts w:ascii="Arial" w:hAnsi="Arial"/>
          <w:b/>
          <w:sz w:val="26"/>
        </w:rPr>
        <w:t>Yasal Mevzuat ve Güvenceler / Legal Framework &amp; Assurances</w:t>
      </w:r>
    </w:p>
    <w:p w14:paraId="32B5D565" w14:textId="77777777" w:rsidR="00867C21" w:rsidRPr="003C72B7" w:rsidRDefault="00A14E1E">
      <w:pPr>
        <w:spacing w:after="120"/>
      </w:pPr>
      <w:r>
        <w:rPr>
          <w:rFonts w:ascii="Calibri" w:hAnsi="Calibri"/>
          <w:sz w:val="21"/>
        </w:rPr>
        <w:t>Bu portfolyoda yer alan sınıf içi süreç değerlendirme formları ve konuşma (speaking) kayıt logları, MEB Okul Öncesi Eğitim ve İlköğretim Kurumları Yönetmeliği uyarınca yapılan 'In-Class Assessment' (Sınıf İçi Değerlendirme) etkinliklerinin bir parçasıdır. Bu değerlendirme logları doğrudan e-Okul sistemine girilecek olan resmi ders içi katılım ve resmi konuşma sınav notlarını adil, şeffaf ve kanıtlanabilir şekilde üretmektedir. Belgede kesin yasal zorunluluktur veya mutlaka yapılacaktır gibi keskin ifadeler yerine, öğretmenlerin pedagojik özerkliğine saygı duyan yönlendirici ve rehberlik edici bir üslup tercih edilmiştir.</w:t>
      </w:r>
    </w:p>
    <w:p w14:paraId="04C8543E" w14:textId="77777777" w:rsidR="00867C21" w:rsidRPr="003C72B7" w:rsidRDefault="00A14E1E">
      <w:r>
        <w:br w:type="page"/>
      </w:r>
    </w:p>
    <w:p w14:paraId="14548C1E" w14:textId="77777777" w:rsidR="00867C21" w:rsidRPr="003C72B7" w:rsidRDefault="00A14E1E">
      <w:pPr>
        <w:keepNext/>
        <w:spacing w:before="360" w:after="120"/>
      </w:pPr>
      <w:r>
        <w:rPr>
          <w:rFonts w:ascii="Arial" w:hAnsi="Arial"/>
          <w:b/>
          <w:sz w:val="32"/>
        </w:rPr>
        <w:t>Bölüm 2. Öğretmen Öz Değerlendirme Formu / Teacher Self-Evaluation Form</w:t>
      </w:r>
    </w:p>
    <w:p w14:paraId="0A901A37"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Öğretmenin TYMM tarafından belirlenen süreç odaklı yabancı dil öğretim kriterlerini kendi uygulamalarında ne derece hayata geçirdiğini takip etmesi amacıyla hazırlanmıştır. Formun dönem içinde belirli aralıklarla doldurulması ve öğretmen dosyasında muhafaza edilmesi önerilmektedir.</w:t>
      </w:r>
    </w:p>
    <w:p w14:paraId="554A761D" w14:textId="77777777" w:rsidR="00867C21" w:rsidRPr="003C72B7" w:rsidRDefault="00A14E1E">
      <w:pPr>
        <w:spacing w:after="120"/>
      </w:pPr>
      <w:r>
        <w:rPr>
          <w:rFonts w:ascii="Calibri" w:hAnsi="Calibri"/>
          <w:sz w:val="21"/>
        </w:rPr>
        <w:t>Bu öz değerlendirme formu, öğretmenin süreç odaklı öğretim, değerler entegrasyonu ve sosyal-duygusal öğrenme becerileri gibi Maarif Modeli ilkelerine uyumunu takip etmesi amacıyla tasarlanmıştır.</w:t>
      </w:r>
    </w:p>
    <w:tbl>
      <w:tblPr>
        <w:tblStyle w:val="TabloKlavuzu"/>
        <w:tblW w:w="0" w:type="auto"/>
        <w:tblLayout w:type="fixed"/>
        <w:tblLook w:val="04A0" w:firstRow="1" w:lastRow="0" w:firstColumn="1" w:lastColumn="0" w:noHBand="0" w:noVBand="1"/>
      </w:tblPr>
      <w:tblGrid>
        <w:gridCol w:w="7200"/>
        <w:gridCol w:w="1440"/>
        <w:gridCol w:w="1440"/>
      </w:tblGrid>
      <w:tr w:rsidR="003C72B7" w:rsidRPr="003C72B7" w14:paraId="43A50F2C" w14:textId="77777777">
        <w:tc>
          <w:tcPr>
            <w:tcW w:w="7200" w:type="dxa"/>
            <w:shd w:val="clear" w:color="auto" w:fill="1B365D"/>
          </w:tcPr>
          <w:p w14:paraId="24A210FA" w14:textId="77777777" w:rsidR="00867C21" w:rsidRPr="003C72B7" w:rsidRDefault="00A14E1E">
            <w:pPr>
              <w:spacing w:before="40" w:after="40"/>
            </w:pPr>
            <w:r>
              <w:rPr>
                <w:rFonts w:ascii="Calibri" w:hAnsi="Calibri"/>
                <w:b/>
                <w:sz w:val="19"/>
              </w:rPr>
              <w:t>Ölçüt / Kriter (Teaching Criterion)</w:t>
            </w:r>
          </w:p>
        </w:tc>
        <w:tc>
          <w:tcPr>
            <w:tcW w:w="1440" w:type="dxa"/>
            <w:shd w:val="clear" w:color="auto" w:fill="1B365D"/>
          </w:tcPr>
          <w:p w14:paraId="78720382" w14:textId="77777777" w:rsidR="00867C21" w:rsidRPr="003C72B7" w:rsidRDefault="00A14E1E">
            <w:pPr>
              <w:spacing w:before="40" w:after="40"/>
              <w:jc w:val="center"/>
            </w:pPr>
            <w:r>
              <w:rPr>
                <w:rFonts w:ascii="Calibri" w:hAnsi="Calibri"/>
                <w:b/>
                <w:sz w:val="19"/>
              </w:rPr>
              <w:t>Evet (Yes)</w:t>
            </w:r>
          </w:p>
        </w:tc>
        <w:tc>
          <w:tcPr>
            <w:tcW w:w="1440" w:type="dxa"/>
            <w:shd w:val="clear" w:color="auto" w:fill="1B365D"/>
          </w:tcPr>
          <w:p w14:paraId="48FD9760" w14:textId="77777777" w:rsidR="00867C21" w:rsidRPr="003C72B7" w:rsidRDefault="00A14E1E">
            <w:pPr>
              <w:spacing w:before="40" w:after="40"/>
              <w:jc w:val="center"/>
            </w:pPr>
            <w:r>
              <w:rPr>
                <w:rFonts w:ascii="Calibri" w:hAnsi="Calibri"/>
                <w:b/>
                <w:sz w:val="19"/>
              </w:rPr>
              <w:t>Hayır (No)</w:t>
            </w:r>
          </w:p>
        </w:tc>
      </w:tr>
      <w:tr w:rsidR="003C72B7" w:rsidRPr="003C72B7" w14:paraId="4D67642F" w14:textId="77777777">
        <w:tc>
          <w:tcPr>
            <w:tcW w:w="7200" w:type="dxa"/>
            <w:shd w:val="clear" w:color="auto" w:fill="F2F4F7"/>
          </w:tcPr>
          <w:p w14:paraId="2E43E7E6" w14:textId="77777777" w:rsidR="00867C21" w:rsidRPr="003C72B7" w:rsidRDefault="00A14E1E">
            <w:pPr>
              <w:spacing w:before="40" w:after="40"/>
            </w:pPr>
            <w:r>
              <w:rPr>
                <w:rFonts w:ascii="Calibri" w:hAnsi="Calibri"/>
                <w:b/>
                <w:sz w:val="20"/>
              </w:rPr>
              <w:t>1. PLANLAMA VE HAZIRLIK / PLANNING &amp; PREPARATION</w:t>
            </w:r>
          </w:p>
        </w:tc>
        <w:tc>
          <w:tcPr>
            <w:tcW w:w="1440" w:type="dxa"/>
            <w:shd w:val="clear" w:color="auto" w:fill="F2F4F7"/>
          </w:tcPr>
          <w:p w14:paraId="7E241F05" w14:textId="77777777" w:rsidR="00867C21" w:rsidRPr="003C72B7" w:rsidRDefault="00867C21">
            <w:pPr>
              <w:spacing w:before="40" w:after="40"/>
              <w:jc w:val="center"/>
            </w:pPr>
          </w:p>
        </w:tc>
        <w:tc>
          <w:tcPr>
            <w:tcW w:w="1440" w:type="dxa"/>
            <w:shd w:val="clear" w:color="auto" w:fill="F2F4F7"/>
          </w:tcPr>
          <w:p w14:paraId="4AC6F30F" w14:textId="77777777" w:rsidR="00867C21" w:rsidRPr="003C72B7" w:rsidRDefault="00867C21">
            <w:pPr>
              <w:spacing w:before="40" w:after="40"/>
              <w:jc w:val="center"/>
            </w:pPr>
          </w:p>
        </w:tc>
      </w:tr>
      <w:tr w:rsidR="003C72B7" w:rsidRPr="003C72B7" w14:paraId="6063704C" w14:textId="77777777">
        <w:tc>
          <w:tcPr>
            <w:tcW w:w="7200" w:type="dxa"/>
          </w:tcPr>
          <w:p w14:paraId="127B41D5" w14:textId="77777777" w:rsidR="00867C21" w:rsidRPr="003C72B7" w:rsidRDefault="00A14E1E">
            <w:pPr>
              <w:spacing w:before="40" w:after="40"/>
            </w:pPr>
            <w:r>
              <w:rPr>
                <w:rFonts w:ascii="Calibri" w:hAnsi="Calibri"/>
                <w:sz w:val="19"/>
              </w:rPr>
              <w:t>Yıllık planım Maarif Modeli müfredatı ve güncel öğretim programı ile uyumludur.</w:t>
            </w:r>
          </w:p>
        </w:tc>
        <w:tc>
          <w:tcPr>
            <w:tcW w:w="1440" w:type="dxa"/>
          </w:tcPr>
          <w:p w14:paraId="1D994B4B" w14:textId="77777777" w:rsidR="00867C21" w:rsidRPr="003C72B7" w:rsidRDefault="00A14E1E">
            <w:pPr>
              <w:spacing w:before="40" w:after="40"/>
              <w:jc w:val="center"/>
            </w:pPr>
            <w:r>
              <w:rPr>
                <w:rFonts w:ascii="Calibri" w:hAnsi="Calibri"/>
              </w:rPr>
              <w:t>☐</w:t>
            </w:r>
          </w:p>
        </w:tc>
        <w:tc>
          <w:tcPr>
            <w:tcW w:w="1440" w:type="dxa"/>
          </w:tcPr>
          <w:p w14:paraId="1CEA3797" w14:textId="77777777" w:rsidR="00867C21" w:rsidRPr="003C72B7" w:rsidRDefault="00A14E1E">
            <w:pPr>
              <w:spacing w:before="40" w:after="40"/>
              <w:jc w:val="center"/>
            </w:pPr>
            <w:r>
              <w:rPr>
                <w:rFonts w:ascii="Calibri" w:hAnsi="Calibri"/>
              </w:rPr>
              <w:t>☐</w:t>
            </w:r>
          </w:p>
        </w:tc>
      </w:tr>
      <w:tr w:rsidR="003C72B7" w:rsidRPr="003C72B7" w14:paraId="37E57074" w14:textId="77777777">
        <w:tc>
          <w:tcPr>
            <w:tcW w:w="7200" w:type="dxa"/>
          </w:tcPr>
          <w:p w14:paraId="61D808A5" w14:textId="77777777" w:rsidR="00867C21" w:rsidRPr="003C72B7" w:rsidRDefault="00A14E1E">
            <w:pPr>
              <w:spacing w:before="40" w:after="40"/>
            </w:pPr>
            <w:r>
              <w:rPr>
                <w:rFonts w:ascii="Calibri" w:hAnsi="Calibri"/>
                <w:sz w:val="19"/>
              </w:rPr>
              <w:t>Ünite / tema planlarımda beceri temelli yaklaşım ve değerler eğitimi entegrasyonu yer almaktadır.</w:t>
            </w:r>
          </w:p>
        </w:tc>
        <w:tc>
          <w:tcPr>
            <w:tcW w:w="1440" w:type="dxa"/>
          </w:tcPr>
          <w:p w14:paraId="37D09781" w14:textId="77777777" w:rsidR="00867C21" w:rsidRPr="003C72B7" w:rsidRDefault="00A14E1E">
            <w:pPr>
              <w:spacing w:before="40" w:after="40"/>
              <w:jc w:val="center"/>
            </w:pPr>
            <w:r>
              <w:rPr>
                <w:rFonts w:ascii="Calibri" w:hAnsi="Calibri"/>
              </w:rPr>
              <w:t>☐</w:t>
            </w:r>
          </w:p>
        </w:tc>
        <w:tc>
          <w:tcPr>
            <w:tcW w:w="1440" w:type="dxa"/>
          </w:tcPr>
          <w:p w14:paraId="5851097A" w14:textId="77777777" w:rsidR="00867C21" w:rsidRPr="003C72B7" w:rsidRDefault="00A14E1E">
            <w:pPr>
              <w:spacing w:before="40" w:after="40"/>
              <w:jc w:val="center"/>
            </w:pPr>
            <w:r>
              <w:rPr>
                <w:rFonts w:ascii="Calibri" w:hAnsi="Calibri"/>
              </w:rPr>
              <w:t>☐</w:t>
            </w:r>
          </w:p>
        </w:tc>
      </w:tr>
      <w:tr w:rsidR="003C72B7" w:rsidRPr="003C72B7" w14:paraId="16AA37CD" w14:textId="77777777">
        <w:tc>
          <w:tcPr>
            <w:tcW w:w="7200" w:type="dxa"/>
          </w:tcPr>
          <w:p w14:paraId="7817D187" w14:textId="77777777" w:rsidR="00867C21" w:rsidRPr="003C72B7" w:rsidRDefault="00A14E1E">
            <w:pPr>
              <w:spacing w:before="40" w:after="40"/>
            </w:pPr>
            <w:r>
              <w:rPr>
                <w:rFonts w:ascii="Calibri" w:hAnsi="Calibri"/>
                <w:sz w:val="19"/>
              </w:rPr>
              <w:t>Ders planlarım eleştirel düşünme, problem çözme ve araştırma becerilerini geliştirecek etkinlikler içermektedir.</w:t>
            </w:r>
          </w:p>
        </w:tc>
        <w:tc>
          <w:tcPr>
            <w:tcW w:w="1440" w:type="dxa"/>
          </w:tcPr>
          <w:p w14:paraId="44CE1B82" w14:textId="77777777" w:rsidR="00867C21" w:rsidRPr="003C72B7" w:rsidRDefault="00A14E1E">
            <w:pPr>
              <w:spacing w:before="40" w:after="40"/>
              <w:jc w:val="center"/>
            </w:pPr>
            <w:r>
              <w:rPr>
                <w:rFonts w:ascii="Calibri" w:hAnsi="Calibri"/>
              </w:rPr>
              <w:t>☐</w:t>
            </w:r>
          </w:p>
        </w:tc>
        <w:tc>
          <w:tcPr>
            <w:tcW w:w="1440" w:type="dxa"/>
          </w:tcPr>
          <w:p w14:paraId="3202209F" w14:textId="77777777" w:rsidR="00867C21" w:rsidRPr="003C72B7" w:rsidRDefault="00A14E1E">
            <w:pPr>
              <w:spacing w:before="40" w:after="40"/>
              <w:jc w:val="center"/>
            </w:pPr>
            <w:r>
              <w:rPr>
                <w:rFonts w:ascii="Calibri" w:hAnsi="Calibri"/>
              </w:rPr>
              <w:t>☐</w:t>
            </w:r>
          </w:p>
        </w:tc>
      </w:tr>
      <w:tr w:rsidR="003C72B7" w:rsidRPr="003C72B7" w14:paraId="0E01CF0D" w14:textId="77777777">
        <w:tc>
          <w:tcPr>
            <w:tcW w:w="7200" w:type="dxa"/>
          </w:tcPr>
          <w:p w14:paraId="1B2B6441" w14:textId="77777777" w:rsidR="00867C21" w:rsidRPr="003C72B7" w:rsidRDefault="00A14E1E">
            <w:pPr>
              <w:spacing w:before="40" w:after="40"/>
            </w:pPr>
            <w:r>
              <w:rPr>
                <w:rFonts w:ascii="Calibri" w:hAnsi="Calibri"/>
                <w:sz w:val="19"/>
              </w:rPr>
              <w:t>Özel öğrenme ihtiyacı olan öğrenciler için BEP ve gerekli uyarlamalar planlara yansıtılmıştır.</w:t>
            </w:r>
          </w:p>
        </w:tc>
        <w:tc>
          <w:tcPr>
            <w:tcW w:w="1440" w:type="dxa"/>
          </w:tcPr>
          <w:p w14:paraId="6AB1CE9A" w14:textId="77777777" w:rsidR="00867C21" w:rsidRPr="003C72B7" w:rsidRDefault="00A14E1E">
            <w:pPr>
              <w:spacing w:before="40" w:after="40"/>
              <w:jc w:val="center"/>
            </w:pPr>
            <w:r>
              <w:rPr>
                <w:rFonts w:ascii="Calibri" w:hAnsi="Calibri"/>
              </w:rPr>
              <w:t>☐</w:t>
            </w:r>
          </w:p>
        </w:tc>
        <w:tc>
          <w:tcPr>
            <w:tcW w:w="1440" w:type="dxa"/>
          </w:tcPr>
          <w:p w14:paraId="424FE49A" w14:textId="77777777" w:rsidR="00867C21" w:rsidRPr="003C72B7" w:rsidRDefault="00A14E1E">
            <w:pPr>
              <w:spacing w:before="40" w:after="40"/>
              <w:jc w:val="center"/>
            </w:pPr>
            <w:r>
              <w:rPr>
                <w:rFonts w:ascii="Calibri" w:hAnsi="Calibri"/>
              </w:rPr>
              <w:t>☐</w:t>
            </w:r>
          </w:p>
        </w:tc>
      </w:tr>
      <w:tr w:rsidR="003C72B7" w:rsidRPr="003C72B7" w14:paraId="4F960AD9" w14:textId="77777777">
        <w:tc>
          <w:tcPr>
            <w:tcW w:w="7200" w:type="dxa"/>
          </w:tcPr>
          <w:p w14:paraId="7670D6CC" w14:textId="77777777" w:rsidR="00867C21" w:rsidRPr="003C72B7" w:rsidRDefault="00A14E1E">
            <w:pPr>
              <w:spacing w:before="40" w:after="40"/>
            </w:pPr>
            <w:r>
              <w:rPr>
                <w:rFonts w:ascii="Calibri" w:hAnsi="Calibri"/>
                <w:sz w:val="19"/>
              </w:rPr>
              <w:t>Zümre kararlarında Maarif Modeli’nin ölçme ve değerlendirme anlayışı esas alınmaktadır.</w:t>
            </w:r>
          </w:p>
        </w:tc>
        <w:tc>
          <w:tcPr>
            <w:tcW w:w="1440" w:type="dxa"/>
          </w:tcPr>
          <w:p w14:paraId="61ED4F56" w14:textId="77777777" w:rsidR="00867C21" w:rsidRPr="003C72B7" w:rsidRDefault="00A14E1E">
            <w:pPr>
              <w:spacing w:before="40" w:after="40"/>
              <w:jc w:val="center"/>
            </w:pPr>
            <w:r>
              <w:rPr>
                <w:rFonts w:ascii="Calibri" w:hAnsi="Calibri"/>
              </w:rPr>
              <w:t>☐</w:t>
            </w:r>
          </w:p>
        </w:tc>
        <w:tc>
          <w:tcPr>
            <w:tcW w:w="1440" w:type="dxa"/>
          </w:tcPr>
          <w:p w14:paraId="68098090" w14:textId="77777777" w:rsidR="00867C21" w:rsidRPr="003C72B7" w:rsidRDefault="00A14E1E">
            <w:pPr>
              <w:spacing w:before="40" w:after="40"/>
              <w:jc w:val="center"/>
            </w:pPr>
            <w:r>
              <w:rPr>
                <w:rFonts w:ascii="Calibri" w:hAnsi="Calibri"/>
              </w:rPr>
              <w:t>☐</w:t>
            </w:r>
          </w:p>
        </w:tc>
      </w:tr>
      <w:tr w:rsidR="003C72B7" w:rsidRPr="003C72B7" w14:paraId="578FA3F0" w14:textId="77777777">
        <w:tc>
          <w:tcPr>
            <w:tcW w:w="7200" w:type="dxa"/>
          </w:tcPr>
          <w:p w14:paraId="4A2B0E4F" w14:textId="77777777" w:rsidR="00867C21" w:rsidRPr="003C72B7" w:rsidRDefault="00A14E1E">
            <w:pPr>
              <w:spacing w:before="40" w:after="40"/>
            </w:pPr>
            <w:r>
              <w:rPr>
                <w:rFonts w:ascii="Calibri" w:hAnsi="Calibri"/>
                <w:sz w:val="19"/>
              </w:rPr>
              <w:t>Rehberlik ve/veya kulüp çalışmaları planlı ve belgeli şekilde yürütülmektedir.</w:t>
            </w:r>
          </w:p>
        </w:tc>
        <w:tc>
          <w:tcPr>
            <w:tcW w:w="1440" w:type="dxa"/>
          </w:tcPr>
          <w:p w14:paraId="70D0C09E" w14:textId="77777777" w:rsidR="00867C21" w:rsidRPr="003C72B7" w:rsidRDefault="00A14E1E">
            <w:pPr>
              <w:spacing w:before="40" w:after="40"/>
              <w:jc w:val="center"/>
            </w:pPr>
            <w:r>
              <w:rPr>
                <w:rFonts w:ascii="Calibri" w:hAnsi="Calibri"/>
              </w:rPr>
              <w:t>☐</w:t>
            </w:r>
          </w:p>
        </w:tc>
        <w:tc>
          <w:tcPr>
            <w:tcW w:w="1440" w:type="dxa"/>
          </w:tcPr>
          <w:p w14:paraId="137A5806" w14:textId="77777777" w:rsidR="00867C21" w:rsidRPr="003C72B7" w:rsidRDefault="00A14E1E">
            <w:pPr>
              <w:spacing w:before="40" w:after="40"/>
              <w:jc w:val="center"/>
            </w:pPr>
            <w:r>
              <w:rPr>
                <w:rFonts w:ascii="Calibri" w:hAnsi="Calibri"/>
              </w:rPr>
              <w:t>☐</w:t>
            </w:r>
          </w:p>
        </w:tc>
      </w:tr>
      <w:tr w:rsidR="003C72B7" w:rsidRPr="003C72B7" w14:paraId="7A7216E3" w14:textId="77777777">
        <w:tc>
          <w:tcPr>
            <w:tcW w:w="7200" w:type="dxa"/>
            <w:shd w:val="clear" w:color="auto" w:fill="F2F4F7"/>
          </w:tcPr>
          <w:p w14:paraId="3C910C26" w14:textId="77777777" w:rsidR="00867C21" w:rsidRPr="003C72B7" w:rsidRDefault="00A14E1E">
            <w:pPr>
              <w:spacing w:before="40" w:after="40"/>
            </w:pPr>
            <w:r>
              <w:rPr>
                <w:rFonts w:ascii="Calibri" w:hAnsi="Calibri"/>
                <w:b/>
                <w:sz w:val="20"/>
              </w:rPr>
              <w:t>2. UYGULAMA VE SÜREÇ TAKİBİ / IMPLEMENTATION &amp; PROCESS MONITORING</w:t>
            </w:r>
          </w:p>
        </w:tc>
        <w:tc>
          <w:tcPr>
            <w:tcW w:w="1440" w:type="dxa"/>
            <w:shd w:val="clear" w:color="auto" w:fill="F2F4F7"/>
          </w:tcPr>
          <w:p w14:paraId="238BDF1B" w14:textId="77777777" w:rsidR="00867C21" w:rsidRPr="003C72B7" w:rsidRDefault="00867C21">
            <w:pPr>
              <w:spacing w:before="40" w:after="40"/>
              <w:jc w:val="center"/>
            </w:pPr>
          </w:p>
        </w:tc>
        <w:tc>
          <w:tcPr>
            <w:tcW w:w="1440" w:type="dxa"/>
            <w:shd w:val="clear" w:color="auto" w:fill="F2F4F7"/>
          </w:tcPr>
          <w:p w14:paraId="47FAC55B" w14:textId="77777777" w:rsidR="00867C21" w:rsidRPr="003C72B7" w:rsidRDefault="00867C21">
            <w:pPr>
              <w:spacing w:before="40" w:after="40"/>
              <w:jc w:val="center"/>
            </w:pPr>
          </w:p>
        </w:tc>
      </w:tr>
      <w:tr w:rsidR="003C72B7" w:rsidRPr="003C72B7" w14:paraId="32BAF988" w14:textId="77777777">
        <w:tc>
          <w:tcPr>
            <w:tcW w:w="7200" w:type="dxa"/>
          </w:tcPr>
          <w:p w14:paraId="05E4F2B6" w14:textId="77777777" w:rsidR="00867C21" w:rsidRPr="003C72B7" w:rsidRDefault="00A14E1E">
            <w:pPr>
              <w:spacing w:before="40" w:after="40"/>
            </w:pPr>
            <w:r>
              <w:rPr>
                <w:rFonts w:ascii="Calibri" w:hAnsi="Calibri"/>
                <w:sz w:val="19"/>
              </w:rPr>
              <w:t>Yoklama ve devam takibi düzenli ve güncel olarak yapılmaktadır.</w:t>
            </w:r>
          </w:p>
        </w:tc>
        <w:tc>
          <w:tcPr>
            <w:tcW w:w="1440" w:type="dxa"/>
          </w:tcPr>
          <w:p w14:paraId="3B3FE77D" w14:textId="77777777" w:rsidR="00867C21" w:rsidRPr="003C72B7" w:rsidRDefault="00A14E1E">
            <w:pPr>
              <w:spacing w:before="40" w:after="40"/>
              <w:jc w:val="center"/>
            </w:pPr>
            <w:r>
              <w:rPr>
                <w:rFonts w:ascii="Calibri" w:hAnsi="Calibri"/>
              </w:rPr>
              <w:t>☐</w:t>
            </w:r>
          </w:p>
        </w:tc>
        <w:tc>
          <w:tcPr>
            <w:tcW w:w="1440" w:type="dxa"/>
          </w:tcPr>
          <w:p w14:paraId="1DA0892B" w14:textId="77777777" w:rsidR="00867C21" w:rsidRPr="003C72B7" w:rsidRDefault="00A14E1E">
            <w:pPr>
              <w:spacing w:before="40" w:after="40"/>
              <w:jc w:val="center"/>
            </w:pPr>
            <w:r>
              <w:rPr>
                <w:rFonts w:ascii="Calibri" w:hAnsi="Calibri"/>
              </w:rPr>
              <w:t>☐</w:t>
            </w:r>
          </w:p>
        </w:tc>
      </w:tr>
      <w:tr w:rsidR="003C72B7" w:rsidRPr="003C72B7" w14:paraId="3C2ACA1F" w14:textId="77777777">
        <w:tc>
          <w:tcPr>
            <w:tcW w:w="7200" w:type="dxa"/>
          </w:tcPr>
          <w:p w14:paraId="4A03B81D" w14:textId="77777777" w:rsidR="00867C21" w:rsidRPr="003C72B7" w:rsidRDefault="00A14E1E">
            <w:pPr>
              <w:spacing w:before="40" w:after="40"/>
            </w:pPr>
            <w:r>
              <w:rPr>
                <w:rFonts w:ascii="Calibri" w:hAnsi="Calibri"/>
                <w:sz w:val="19"/>
              </w:rPr>
              <w:t>Yazılı, sözlü ve performans notları mevzuata uygun şekilde işlenmektedir.</w:t>
            </w:r>
          </w:p>
        </w:tc>
        <w:tc>
          <w:tcPr>
            <w:tcW w:w="1440" w:type="dxa"/>
          </w:tcPr>
          <w:p w14:paraId="0BBB04FC" w14:textId="77777777" w:rsidR="00867C21" w:rsidRPr="003C72B7" w:rsidRDefault="00A14E1E">
            <w:pPr>
              <w:spacing w:before="40" w:after="40"/>
              <w:jc w:val="center"/>
            </w:pPr>
            <w:r>
              <w:rPr>
                <w:rFonts w:ascii="Calibri" w:hAnsi="Calibri"/>
              </w:rPr>
              <w:t>☐</w:t>
            </w:r>
          </w:p>
        </w:tc>
        <w:tc>
          <w:tcPr>
            <w:tcW w:w="1440" w:type="dxa"/>
          </w:tcPr>
          <w:p w14:paraId="20BADFDC" w14:textId="77777777" w:rsidR="00867C21" w:rsidRPr="003C72B7" w:rsidRDefault="00A14E1E">
            <w:pPr>
              <w:spacing w:before="40" w:after="40"/>
              <w:jc w:val="center"/>
            </w:pPr>
            <w:r>
              <w:rPr>
                <w:rFonts w:ascii="Calibri" w:hAnsi="Calibri"/>
              </w:rPr>
              <w:t>☐</w:t>
            </w:r>
          </w:p>
        </w:tc>
      </w:tr>
      <w:tr w:rsidR="003C72B7" w:rsidRPr="003C72B7" w14:paraId="0F8F0081" w14:textId="77777777">
        <w:tc>
          <w:tcPr>
            <w:tcW w:w="7200" w:type="dxa"/>
          </w:tcPr>
          <w:p w14:paraId="5098E0E0" w14:textId="77777777" w:rsidR="00867C21" w:rsidRPr="003C72B7" w:rsidRDefault="00A14E1E">
            <w:pPr>
              <w:spacing w:before="40" w:after="40"/>
            </w:pPr>
            <w:r>
              <w:rPr>
                <w:rFonts w:ascii="Calibri" w:hAnsi="Calibri"/>
                <w:sz w:val="19"/>
              </w:rPr>
              <w:t>Ders defteri yıllık planla uyumlu ve düzenli tutulmaktadır.</w:t>
            </w:r>
          </w:p>
        </w:tc>
        <w:tc>
          <w:tcPr>
            <w:tcW w:w="1440" w:type="dxa"/>
          </w:tcPr>
          <w:p w14:paraId="13F7D482" w14:textId="77777777" w:rsidR="00867C21" w:rsidRPr="003C72B7" w:rsidRDefault="00A14E1E">
            <w:pPr>
              <w:spacing w:before="40" w:after="40"/>
              <w:jc w:val="center"/>
            </w:pPr>
            <w:r>
              <w:rPr>
                <w:rFonts w:ascii="Calibri" w:hAnsi="Calibri"/>
              </w:rPr>
              <w:t>☐</w:t>
            </w:r>
          </w:p>
        </w:tc>
        <w:tc>
          <w:tcPr>
            <w:tcW w:w="1440" w:type="dxa"/>
          </w:tcPr>
          <w:p w14:paraId="25A03E9E" w14:textId="77777777" w:rsidR="00867C21" w:rsidRPr="003C72B7" w:rsidRDefault="00A14E1E">
            <w:pPr>
              <w:spacing w:before="40" w:after="40"/>
              <w:jc w:val="center"/>
            </w:pPr>
            <w:r>
              <w:rPr>
                <w:rFonts w:ascii="Calibri" w:hAnsi="Calibri"/>
              </w:rPr>
              <w:t>☐</w:t>
            </w:r>
          </w:p>
        </w:tc>
      </w:tr>
      <w:tr w:rsidR="003C72B7" w:rsidRPr="003C72B7" w14:paraId="79C583A3" w14:textId="77777777">
        <w:tc>
          <w:tcPr>
            <w:tcW w:w="7200" w:type="dxa"/>
          </w:tcPr>
          <w:p w14:paraId="7C1304D0" w14:textId="77777777" w:rsidR="00867C21" w:rsidRPr="003C72B7" w:rsidRDefault="00A14E1E">
            <w:pPr>
              <w:spacing w:before="40" w:after="40"/>
            </w:pPr>
            <w:r>
              <w:rPr>
                <w:rFonts w:ascii="Calibri" w:hAnsi="Calibri"/>
                <w:sz w:val="19"/>
              </w:rPr>
              <w:t>Derslerde öğrenci merkezli öğretim yöntemleri uygulanmaktadır.</w:t>
            </w:r>
          </w:p>
        </w:tc>
        <w:tc>
          <w:tcPr>
            <w:tcW w:w="1440" w:type="dxa"/>
          </w:tcPr>
          <w:p w14:paraId="00ACA95C" w14:textId="77777777" w:rsidR="00867C21" w:rsidRPr="003C72B7" w:rsidRDefault="00A14E1E">
            <w:pPr>
              <w:spacing w:before="40" w:after="40"/>
              <w:jc w:val="center"/>
            </w:pPr>
            <w:r>
              <w:rPr>
                <w:rFonts w:ascii="Calibri" w:hAnsi="Calibri"/>
              </w:rPr>
              <w:t>☐</w:t>
            </w:r>
          </w:p>
        </w:tc>
        <w:tc>
          <w:tcPr>
            <w:tcW w:w="1440" w:type="dxa"/>
          </w:tcPr>
          <w:p w14:paraId="7AE9E365" w14:textId="77777777" w:rsidR="00867C21" w:rsidRPr="003C72B7" w:rsidRDefault="00A14E1E">
            <w:pPr>
              <w:spacing w:before="40" w:after="40"/>
              <w:jc w:val="center"/>
            </w:pPr>
            <w:r>
              <w:rPr>
                <w:rFonts w:ascii="Calibri" w:hAnsi="Calibri"/>
              </w:rPr>
              <w:t>☐</w:t>
            </w:r>
          </w:p>
        </w:tc>
      </w:tr>
      <w:tr w:rsidR="003C72B7" w:rsidRPr="003C72B7" w14:paraId="6C46E22D" w14:textId="77777777">
        <w:tc>
          <w:tcPr>
            <w:tcW w:w="7200" w:type="dxa"/>
          </w:tcPr>
          <w:p w14:paraId="295809D0" w14:textId="77777777" w:rsidR="00867C21" w:rsidRPr="003C72B7" w:rsidRDefault="00A14E1E">
            <w:pPr>
              <w:spacing w:before="40" w:after="40"/>
            </w:pPr>
            <w:r>
              <w:rPr>
                <w:rFonts w:ascii="Calibri" w:hAnsi="Calibri"/>
                <w:sz w:val="19"/>
              </w:rPr>
              <w:t>Velilerle yapılan görüşme ve bilgilendirmeler kayıt altına alınmaktadır.</w:t>
            </w:r>
          </w:p>
        </w:tc>
        <w:tc>
          <w:tcPr>
            <w:tcW w:w="1440" w:type="dxa"/>
          </w:tcPr>
          <w:p w14:paraId="317D454F" w14:textId="77777777" w:rsidR="00867C21" w:rsidRPr="003C72B7" w:rsidRDefault="00A14E1E">
            <w:pPr>
              <w:spacing w:before="40" w:after="40"/>
              <w:jc w:val="center"/>
            </w:pPr>
            <w:r>
              <w:rPr>
                <w:rFonts w:ascii="Calibri" w:hAnsi="Calibri"/>
              </w:rPr>
              <w:t>☐</w:t>
            </w:r>
          </w:p>
        </w:tc>
        <w:tc>
          <w:tcPr>
            <w:tcW w:w="1440" w:type="dxa"/>
          </w:tcPr>
          <w:p w14:paraId="2DD8ABE3" w14:textId="77777777" w:rsidR="00867C21" w:rsidRPr="003C72B7" w:rsidRDefault="00A14E1E">
            <w:pPr>
              <w:spacing w:before="40" w:after="40"/>
              <w:jc w:val="center"/>
            </w:pPr>
            <w:r>
              <w:rPr>
                <w:rFonts w:ascii="Calibri" w:hAnsi="Calibri"/>
              </w:rPr>
              <w:t>☐</w:t>
            </w:r>
          </w:p>
        </w:tc>
      </w:tr>
      <w:tr w:rsidR="003C72B7" w:rsidRPr="003C72B7" w14:paraId="5785D1AC" w14:textId="77777777">
        <w:tc>
          <w:tcPr>
            <w:tcW w:w="7200" w:type="dxa"/>
            <w:shd w:val="clear" w:color="auto" w:fill="F2F4F7"/>
          </w:tcPr>
          <w:p w14:paraId="765FD9D2" w14:textId="77777777" w:rsidR="00867C21" w:rsidRPr="003C72B7" w:rsidRDefault="00A14E1E">
            <w:pPr>
              <w:spacing w:before="40" w:after="40"/>
            </w:pPr>
            <w:r>
              <w:rPr>
                <w:rFonts w:ascii="Calibri" w:hAnsi="Calibri"/>
                <w:b/>
                <w:sz w:val="20"/>
              </w:rPr>
              <w:t>3. ÖLÇME VE DEĞERLENDİRME (TYMM ODAKLI) / ASSESSMENT &amp; EVALUATION</w:t>
            </w:r>
          </w:p>
        </w:tc>
        <w:tc>
          <w:tcPr>
            <w:tcW w:w="1440" w:type="dxa"/>
            <w:shd w:val="clear" w:color="auto" w:fill="F2F4F7"/>
          </w:tcPr>
          <w:p w14:paraId="563448B2" w14:textId="77777777" w:rsidR="00867C21" w:rsidRPr="003C72B7" w:rsidRDefault="00867C21">
            <w:pPr>
              <w:spacing w:before="40" w:after="40"/>
              <w:jc w:val="center"/>
            </w:pPr>
          </w:p>
        </w:tc>
        <w:tc>
          <w:tcPr>
            <w:tcW w:w="1440" w:type="dxa"/>
            <w:shd w:val="clear" w:color="auto" w:fill="F2F4F7"/>
          </w:tcPr>
          <w:p w14:paraId="2ED5B4CC" w14:textId="77777777" w:rsidR="00867C21" w:rsidRPr="003C72B7" w:rsidRDefault="00867C21">
            <w:pPr>
              <w:spacing w:before="40" w:after="40"/>
              <w:jc w:val="center"/>
            </w:pPr>
          </w:p>
        </w:tc>
      </w:tr>
      <w:tr w:rsidR="003C72B7" w:rsidRPr="003C72B7" w14:paraId="43913292" w14:textId="77777777">
        <w:tc>
          <w:tcPr>
            <w:tcW w:w="7200" w:type="dxa"/>
          </w:tcPr>
          <w:p w14:paraId="43C98BFA" w14:textId="77777777" w:rsidR="00867C21" w:rsidRPr="003C72B7" w:rsidRDefault="00A14E1E">
            <w:pPr>
              <w:spacing w:before="40" w:after="40"/>
            </w:pPr>
            <w:r>
              <w:rPr>
                <w:rFonts w:ascii="Calibri" w:hAnsi="Calibri"/>
                <w:sz w:val="19"/>
              </w:rPr>
              <w:t>Sınav soruları bilgi düzeyinin yanı sıra analiz, yorum ve sentez becerilerini ölçmektedir.</w:t>
            </w:r>
          </w:p>
        </w:tc>
        <w:tc>
          <w:tcPr>
            <w:tcW w:w="1440" w:type="dxa"/>
          </w:tcPr>
          <w:p w14:paraId="260BBD27" w14:textId="77777777" w:rsidR="00867C21" w:rsidRPr="003C72B7" w:rsidRDefault="00A14E1E">
            <w:pPr>
              <w:spacing w:before="40" w:after="40"/>
              <w:jc w:val="center"/>
            </w:pPr>
            <w:r>
              <w:rPr>
                <w:rFonts w:ascii="Calibri" w:hAnsi="Calibri"/>
              </w:rPr>
              <w:t>☐</w:t>
            </w:r>
          </w:p>
        </w:tc>
        <w:tc>
          <w:tcPr>
            <w:tcW w:w="1440" w:type="dxa"/>
          </w:tcPr>
          <w:p w14:paraId="2B645803" w14:textId="77777777" w:rsidR="00867C21" w:rsidRPr="003C72B7" w:rsidRDefault="00A14E1E">
            <w:pPr>
              <w:spacing w:before="40" w:after="40"/>
              <w:jc w:val="center"/>
            </w:pPr>
            <w:r>
              <w:rPr>
                <w:rFonts w:ascii="Calibri" w:hAnsi="Calibri"/>
              </w:rPr>
              <w:t>☐</w:t>
            </w:r>
          </w:p>
        </w:tc>
      </w:tr>
      <w:tr w:rsidR="003C72B7" w:rsidRPr="003C72B7" w14:paraId="497B3999" w14:textId="77777777">
        <w:tc>
          <w:tcPr>
            <w:tcW w:w="7200" w:type="dxa"/>
          </w:tcPr>
          <w:p w14:paraId="344DEFD2" w14:textId="77777777" w:rsidR="00867C21" w:rsidRPr="003C72B7" w:rsidRDefault="00A14E1E">
            <w:pPr>
              <w:spacing w:before="40" w:after="40"/>
            </w:pPr>
            <w:r>
              <w:rPr>
                <w:rFonts w:ascii="Calibri" w:hAnsi="Calibri"/>
                <w:sz w:val="19"/>
              </w:rPr>
              <w:t>Sınav sonuçlarına yönelik analiz çalışmaları yapılmıştır.</w:t>
            </w:r>
          </w:p>
        </w:tc>
        <w:tc>
          <w:tcPr>
            <w:tcW w:w="1440" w:type="dxa"/>
          </w:tcPr>
          <w:p w14:paraId="2CF60A88" w14:textId="77777777" w:rsidR="00867C21" w:rsidRPr="003C72B7" w:rsidRDefault="00A14E1E">
            <w:pPr>
              <w:spacing w:before="40" w:after="40"/>
              <w:jc w:val="center"/>
            </w:pPr>
            <w:r>
              <w:rPr>
                <w:rFonts w:ascii="Calibri" w:hAnsi="Calibri"/>
              </w:rPr>
              <w:t>☐</w:t>
            </w:r>
          </w:p>
        </w:tc>
        <w:tc>
          <w:tcPr>
            <w:tcW w:w="1440" w:type="dxa"/>
          </w:tcPr>
          <w:p w14:paraId="75FEC291" w14:textId="77777777" w:rsidR="00867C21" w:rsidRPr="003C72B7" w:rsidRDefault="00A14E1E">
            <w:pPr>
              <w:spacing w:before="40" w:after="40"/>
              <w:jc w:val="center"/>
            </w:pPr>
            <w:r>
              <w:rPr>
                <w:rFonts w:ascii="Calibri" w:hAnsi="Calibri"/>
              </w:rPr>
              <w:t>☐</w:t>
            </w:r>
          </w:p>
        </w:tc>
      </w:tr>
      <w:tr w:rsidR="003C72B7" w:rsidRPr="003C72B7" w14:paraId="7CFEA21D" w14:textId="77777777">
        <w:tc>
          <w:tcPr>
            <w:tcW w:w="7200" w:type="dxa"/>
          </w:tcPr>
          <w:p w14:paraId="175D856A" w14:textId="77777777" w:rsidR="00867C21" w:rsidRPr="003C72B7" w:rsidRDefault="00A14E1E">
            <w:pPr>
              <w:spacing w:before="40" w:after="40"/>
            </w:pPr>
            <w:r>
              <w:rPr>
                <w:rFonts w:ascii="Calibri" w:hAnsi="Calibri"/>
                <w:sz w:val="19"/>
              </w:rPr>
              <w:t>Eksik öğrenmelere yönelik geri bildirim ve iyileştirme çalışmaları uygulanmıştır.</w:t>
            </w:r>
          </w:p>
        </w:tc>
        <w:tc>
          <w:tcPr>
            <w:tcW w:w="1440" w:type="dxa"/>
          </w:tcPr>
          <w:p w14:paraId="79D3FD62" w14:textId="77777777" w:rsidR="00867C21" w:rsidRPr="003C72B7" w:rsidRDefault="00A14E1E">
            <w:pPr>
              <w:spacing w:before="40" w:after="40"/>
              <w:jc w:val="center"/>
            </w:pPr>
            <w:r>
              <w:rPr>
                <w:rFonts w:ascii="Calibri" w:hAnsi="Calibri"/>
              </w:rPr>
              <w:t>☐</w:t>
            </w:r>
          </w:p>
        </w:tc>
        <w:tc>
          <w:tcPr>
            <w:tcW w:w="1440" w:type="dxa"/>
          </w:tcPr>
          <w:p w14:paraId="54AC9C8D" w14:textId="77777777" w:rsidR="00867C21" w:rsidRPr="003C72B7" w:rsidRDefault="00A14E1E">
            <w:pPr>
              <w:spacing w:before="40" w:after="40"/>
              <w:jc w:val="center"/>
            </w:pPr>
            <w:r>
              <w:rPr>
                <w:rFonts w:ascii="Calibri" w:hAnsi="Calibri"/>
              </w:rPr>
              <w:t>☐</w:t>
            </w:r>
          </w:p>
        </w:tc>
      </w:tr>
      <w:tr w:rsidR="003C72B7" w:rsidRPr="003C72B7" w14:paraId="55FA9C68" w14:textId="77777777">
        <w:tc>
          <w:tcPr>
            <w:tcW w:w="7200" w:type="dxa"/>
          </w:tcPr>
          <w:p w14:paraId="4F9E2B05" w14:textId="77777777" w:rsidR="00867C21" w:rsidRPr="003C72B7" w:rsidRDefault="00A14E1E">
            <w:pPr>
              <w:spacing w:before="40" w:after="40"/>
            </w:pPr>
            <w:r>
              <w:rPr>
                <w:rFonts w:ascii="Calibri" w:hAnsi="Calibri"/>
                <w:sz w:val="19"/>
              </w:rPr>
              <w:t>Performans ve proje görevleri süreç ve ürün değerlendirmesiyle izlenmektedir.</w:t>
            </w:r>
          </w:p>
        </w:tc>
        <w:tc>
          <w:tcPr>
            <w:tcW w:w="1440" w:type="dxa"/>
          </w:tcPr>
          <w:p w14:paraId="01E53BA8" w14:textId="77777777" w:rsidR="00867C21" w:rsidRPr="003C72B7" w:rsidRDefault="00A14E1E">
            <w:pPr>
              <w:spacing w:before="40" w:after="40"/>
              <w:jc w:val="center"/>
            </w:pPr>
            <w:r>
              <w:rPr>
                <w:rFonts w:ascii="Calibri" w:hAnsi="Calibri"/>
              </w:rPr>
              <w:t>☐</w:t>
            </w:r>
          </w:p>
        </w:tc>
        <w:tc>
          <w:tcPr>
            <w:tcW w:w="1440" w:type="dxa"/>
          </w:tcPr>
          <w:p w14:paraId="522E5187" w14:textId="77777777" w:rsidR="00867C21" w:rsidRPr="003C72B7" w:rsidRDefault="00A14E1E">
            <w:pPr>
              <w:spacing w:before="40" w:after="40"/>
              <w:jc w:val="center"/>
            </w:pPr>
            <w:r>
              <w:rPr>
                <w:rFonts w:ascii="Calibri" w:hAnsi="Calibri"/>
              </w:rPr>
              <w:t>☐</w:t>
            </w:r>
          </w:p>
        </w:tc>
      </w:tr>
      <w:tr w:rsidR="003C72B7" w:rsidRPr="003C72B7" w14:paraId="18484515" w14:textId="77777777">
        <w:tc>
          <w:tcPr>
            <w:tcW w:w="7200" w:type="dxa"/>
          </w:tcPr>
          <w:p w14:paraId="0A4F3600" w14:textId="77777777" w:rsidR="00867C21" w:rsidRPr="003C72B7" w:rsidRDefault="00A14E1E">
            <w:pPr>
              <w:spacing w:before="40" w:after="40"/>
            </w:pPr>
            <w:r>
              <w:rPr>
                <w:rFonts w:ascii="Calibri" w:hAnsi="Calibri"/>
                <w:sz w:val="19"/>
              </w:rPr>
              <w:t>Öğrenci portfolyoları gelişimi takip edecek şekilde kullanılmaktadır.</w:t>
            </w:r>
          </w:p>
        </w:tc>
        <w:tc>
          <w:tcPr>
            <w:tcW w:w="1440" w:type="dxa"/>
          </w:tcPr>
          <w:p w14:paraId="1BD746EA" w14:textId="77777777" w:rsidR="00867C21" w:rsidRPr="003C72B7" w:rsidRDefault="00A14E1E">
            <w:pPr>
              <w:spacing w:before="40" w:after="40"/>
              <w:jc w:val="center"/>
            </w:pPr>
            <w:r>
              <w:rPr>
                <w:rFonts w:ascii="Calibri" w:hAnsi="Calibri"/>
              </w:rPr>
              <w:t>☐</w:t>
            </w:r>
          </w:p>
        </w:tc>
        <w:tc>
          <w:tcPr>
            <w:tcW w:w="1440" w:type="dxa"/>
          </w:tcPr>
          <w:p w14:paraId="2CC8393B" w14:textId="77777777" w:rsidR="00867C21" w:rsidRPr="003C72B7" w:rsidRDefault="00A14E1E">
            <w:pPr>
              <w:spacing w:before="40" w:after="40"/>
              <w:jc w:val="center"/>
            </w:pPr>
            <w:r>
              <w:rPr>
                <w:rFonts w:ascii="Calibri" w:hAnsi="Calibri"/>
              </w:rPr>
              <w:t>☐</w:t>
            </w:r>
          </w:p>
        </w:tc>
      </w:tr>
      <w:tr w:rsidR="003C72B7" w:rsidRPr="003C72B7" w14:paraId="18014762" w14:textId="77777777">
        <w:tc>
          <w:tcPr>
            <w:tcW w:w="7200" w:type="dxa"/>
          </w:tcPr>
          <w:p w14:paraId="278EF665" w14:textId="77777777" w:rsidR="00867C21" w:rsidRPr="003C72B7" w:rsidRDefault="00A14E1E">
            <w:pPr>
              <w:spacing w:before="40" w:after="40"/>
            </w:pPr>
            <w:r>
              <w:rPr>
                <w:rFonts w:ascii="Calibri" w:hAnsi="Calibri"/>
                <w:sz w:val="19"/>
              </w:rPr>
              <w:t>Öğrencilerin akademik, sosyal ve duygusal gelişimlerine yönelik gözlem kayıtları tutulmaktadır.</w:t>
            </w:r>
          </w:p>
        </w:tc>
        <w:tc>
          <w:tcPr>
            <w:tcW w:w="1440" w:type="dxa"/>
          </w:tcPr>
          <w:p w14:paraId="328F4A46" w14:textId="77777777" w:rsidR="00867C21" w:rsidRPr="003C72B7" w:rsidRDefault="00A14E1E">
            <w:pPr>
              <w:spacing w:before="40" w:after="40"/>
              <w:jc w:val="center"/>
            </w:pPr>
            <w:r>
              <w:rPr>
                <w:rFonts w:ascii="Calibri" w:hAnsi="Calibri"/>
              </w:rPr>
              <w:t>☐</w:t>
            </w:r>
          </w:p>
        </w:tc>
        <w:tc>
          <w:tcPr>
            <w:tcW w:w="1440" w:type="dxa"/>
          </w:tcPr>
          <w:p w14:paraId="3E212124" w14:textId="77777777" w:rsidR="00867C21" w:rsidRPr="003C72B7" w:rsidRDefault="00A14E1E">
            <w:pPr>
              <w:spacing w:before="40" w:after="40"/>
              <w:jc w:val="center"/>
            </w:pPr>
            <w:r>
              <w:rPr>
                <w:rFonts w:ascii="Calibri" w:hAnsi="Calibri"/>
              </w:rPr>
              <w:t>☐</w:t>
            </w:r>
          </w:p>
        </w:tc>
      </w:tr>
      <w:tr w:rsidR="003C72B7" w:rsidRPr="003C72B7" w14:paraId="29727E03" w14:textId="77777777">
        <w:tc>
          <w:tcPr>
            <w:tcW w:w="7200" w:type="dxa"/>
            <w:shd w:val="clear" w:color="auto" w:fill="F2F4F7"/>
          </w:tcPr>
          <w:p w14:paraId="041C4443" w14:textId="77777777" w:rsidR="00867C21" w:rsidRPr="003C72B7" w:rsidRDefault="00A14E1E">
            <w:pPr>
              <w:spacing w:before="40" w:after="40"/>
            </w:pPr>
            <w:r>
              <w:rPr>
                <w:rFonts w:ascii="Calibri" w:hAnsi="Calibri"/>
                <w:b/>
                <w:sz w:val="20"/>
              </w:rPr>
              <w:t>4. MESLEKİ GELİŞİM VE ÖZ YANSITMA / PROFESSIONAL DEVELOPMENT</w:t>
            </w:r>
          </w:p>
        </w:tc>
        <w:tc>
          <w:tcPr>
            <w:tcW w:w="1440" w:type="dxa"/>
            <w:shd w:val="clear" w:color="auto" w:fill="F2F4F7"/>
          </w:tcPr>
          <w:p w14:paraId="4B7360A8" w14:textId="77777777" w:rsidR="00867C21" w:rsidRPr="003C72B7" w:rsidRDefault="00867C21">
            <w:pPr>
              <w:spacing w:before="40" w:after="40"/>
              <w:jc w:val="center"/>
            </w:pPr>
          </w:p>
        </w:tc>
        <w:tc>
          <w:tcPr>
            <w:tcW w:w="1440" w:type="dxa"/>
            <w:shd w:val="clear" w:color="auto" w:fill="F2F4F7"/>
          </w:tcPr>
          <w:p w14:paraId="244FEE37" w14:textId="77777777" w:rsidR="00867C21" w:rsidRPr="003C72B7" w:rsidRDefault="00867C21">
            <w:pPr>
              <w:spacing w:before="40" w:after="40"/>
              <w:jc w:val="center"/>
            </w:pPr>
          </w:p>
        </w:tc>
      </w:tr>
      <w:tr w:rsidR="003C72B7" w:rsidRPr="003C72B7" w14:paraId="6A98125C" w14:textId="77777777">
        <w:tc>
          <w:tcPr>
            <w:tcW w:w="7200" w:type="dxa"/>
          </w:tcPr>
          <w:p w14:paraId="2858FE40" w14:textId="77777777" w:rsidR="00867C21" w:rsidRPr="003C72B7" w:rsidRDefault="00A14E1E">
            <w:pPr>
              <w:spacing w:before="40" w:after="40"/>
            </w:pPr>
            <w:r>
              <w:rPr>
                <w:rFonts w:ascii="Calibri" w:hAnsi="Calibri"/>
                <w:sz w:val="19"/>
              </w:rPr>
              <w:t>Maarif Modeli ve mesleki gelişime yönelik hizmet içi eğitimlere katıldım.</w:t>
            </w:r>
          </w:p>
        </w:tc>
        <w:tc>
          <w:tcPr>
            <w:tcW w:w="1440" w:type="dxa"/>
          </w:tcPr>
          <w:p w14:paraId="791EA9D3" w14:textId="77777777" w:rsidR="00867C21" w:rsidRPr="003C72B7" w:rsidRDefault="00A14E1E">
            <w:pPr>
              <w:spacing w:before="40" w:after="40"/>
              <w:jc w:val="center"/>
            </w:pPr>
            <w:r>
              <w:rPr>
                <w:rFonts w:ascii="Calibri" w:hAnsi="Calibri"/>
              </w:rPr>
              <w:t>☐</w:t>
            </w:r>
          </w:p>
        </w:tc>
        <w:tc>
          <w:tcPr>
            <w:tcW w:w="1440" w:type="dxa"/>
          </w:tcPr>
          <w:p w14:paraId="2865F5EB" w14:textId="77777777" w:rsidR="00867C21" w:rsidRPr="003C72B7" w:rsidRDefault="00A14E1E">
            <w:pPr>
              <w:spacing w:before="40" w:after="40"/>
              <w:jc w:val="center"/>
            </w:pPr>
            <w:r>
              <w:rPr>
                <w:rFonts w:ascii="Calibri" w:hAnsi="Calibri"/>
              </w:rPr>
              <w:t>☐</w:t>
            </w:r>
          </w:p>
        </w:tc>
      </w:tr>
      <w:tr w:rsidR="003C72B7" w:rsidRPr="003C72B7" w14:paraId="54D09585" w14:textId="77777777">
        <w:tc>
          <w:tcPr>
            <w:tcW w:w="7200" w:type="dxa"/>
          </w:tcPr>
          <w:p w14:paraId="67053307" w14:textId="77777777" w:rsidR="00867C21" w:rsidRPr="003C72B7" w:rsidRDefault="00A14E1E">
            <w:pPr>
              <w:spacing w:before="40" w:after="40"/>
            </w:pPr>
            <w:r>
              <w:rPr>
                <w:rFonts w:ascii="Calibri" w:hAnsi="Calibri"/>
                <w:sz w:val="19"/>
              </w:rPr>
              <w:t>Ders uygulamalarımı düzenli olarak öz değerlendirmeye tabi tutuyorum.</w:t>
            </w:r>
          </w:p>
        </w:tc>
        <w:tc>
          <w:tcPr>
            <w:tcW w:w="1440" w:type="dxa"/>
          </w:tcPr>
          <w:p w14:paraId="4D838B0E" w14:textId="77777777" w:rsidR="00867C21" w:rsidRPr="003C72B7" w:rsidRDefault="00A14E1E">
            <w:pPr>
              <w:spacing w:before="40" w:after="40"/>
              <w:jc w:val="center"/>
            </w:pPr>
            <w:r>
              <w:rPr>
                <w:rFonts w:ascii="Calibri" w:hAnsi="Calibri"/>
              </w:rPr>
              <w:t>☐</w:t>
            </w:r>
          </w:p>
        </w:tc>
        <w:tc>
          <w:tcPr>
            <w:tcW w:w="1440" w:type="dxa"/>
          </w:tcPr>
          <w:p w14:paraId="4A7A670F" w14:textId="77777777" w:rsidR="00867C21" w:rsidRPr="003C72B7" w:rsidRDefault="00A14E1E">
            <w:pPr>
              <w:spacing w:before="40" w:after="40"/>
              <w:jc w:val="center"/>
            </w:pPr>
            <w:r>
              <w:rPr>
                <w:rFonts w:ascii="Calibri" w:hAnsi="Calibri"/>
              </w:rPr>
              <w:t>☐</w:t>
            </w:r>
          </w:p>
        </w:tc>
      </w:tr>
      <w:tr w:rsidR="003C72B7" w:rsidRPr="003C72B7" w14:paraId="568B93FB" w14:textId="77777777">
        <w:tc>
          <w:tcPr>
            <w:tcW w:w="7200" w:type="dxa"/>
          </w:tcPr>
          <w:p w14:paraId="6104FECF" w14:textId="77777777" w:rsidR="00867C21" w:rsidRPr="003C72B7" w:rsidRDefault="00A14E1E">
            <w:pPr>
              <w:spacing w:before="40" w:after="40"/>
            </w:pPr>
            <w:r>
              <w:rPr>
                <w:rFonts w:ascii="Calibri" w:hAnsi="Calibri"/>
                <w:sz w:val="19"/>
              </w:rPr>
              <w:t>Güçlü yönlerimi ve geliştirilmesi gereken alanları belirledim.</w:t>
            </w:r>
          </w:p>
        </w:tc>
        <w:tc>
          <w:tcPr>
            <w:tcW w:w="1440" w:type="dxa"/>
          </w:tcPr>
          <w:p w14:paraId="17B02FD5" w14:textId="77777777" w:rsidR="00867C21" w:rsidRPr="003C72B7" w:rsidRDefault="00A14E1E">
            <w:pPr>
              <w:spacing w:before="40" w:after="40"/>
              <w:jc w:val="center"/>
            </w:pPr>
            <w:r>
              <w:rPr>
                <w:rFonts w:ascii="Calibri" w:hAnsi="Calibri"/>
              </w:rPr>
              <w:t>☐</w:t>
            </w:r>
          </w:p>
        </w:tc>
        <w:tc>
          <w:tcPr>
            <w:tcW w:w="1440" w:type="dxa"/>
          </w:tcPr>
          <w:p w14:paraId="5D27AFAE" w14:textId="77777777" w:rsidR="00867C21" w:rsidRPr="003C72B7" w:rsidRDefault="00A14E1E">
            <w:pPr>
              <w:spacing w:before="40" w:after="40"/>
              <w:jc w:val="center"/>
            </w:pPr>
            <w:r>
              <w:rPr>
                <w:rFonts w:ascii="Calibri" w:hAnsi="Calibri"/>
              </w:rPr>
              <w:t>☐</w:t>
            </w:r>
          </w:p>
        </w:tc>
      </w:tr>
      <w:tr w:rsidR="003C72B7" w:rsidRPr="003C72B7" w14:paraId="0BFCDC78" w14:textId="77777777">
        <w:tc>
          <w:tcPr>
            <w:tcW w:w="7200" w:type="dxa"/>
          </w:tcPr>
          <w:p w14:paraId="43B8E1FE" w14:textId="77777777" w:rsidR="00867C21" w:rsidRPr="003C72B7" w:rsidRDefault="00A14E1E">
            <w:pPr>
              <w:spacing w:before="40" w:after="40"/>
            </w:pPr>
            <w:r>
              <w:rPr>
                <w:rFonts w:ascii="Calibri" w:hAnsi="Calibri"/>
                <w:sz w:val="19"/>
              </w:rPr>
              <w:t>Beceri temelli ve özgün ders materyalleri geliştirdim veya uyarladım.</w:t>
            </w:r>
          </w:p>
        </w:tc>
        <w:tc>
          <w:tcPr>
            <w:tcW w:w="1440" w:type="dxa"/>
          </w:tcPr>
          <w:p w14:paraId="26C2B700" w14:textId="77777777" w:rsidR="00867C21" w:rsidRPr="003C72B7" w:rsidRDefault="00A14E1E">
            <w:pPr>
              <w:spacing w:before="40" w:after="40"/>
              <w:jc w:val="center"/>
            </w:pPr>
            <w:r>
              <w:rPr>
                <w:rFonts w:ascii="Calibri" w:hAnsi="Calibri"/>
              </w:rPr>
              <w:t>☐</w:t>
            </w:r>
          </w:p>
        </w:tc>
        <w:tc>
          <w:tcPr>
            <w:tcW w:w="1440" w:type="dxa"/>
          </w:tcPr>
          <w:p w14:paraId="16F339CB" w14:textId="77777777" w:rsidR="00867C21" w:rsidRPr="003C72B7" w:rsidRDefault="00A14E1E">
            <w:pPr>
              <w:spacing w:before="40" w:after="40"/>
              <w:jc w:val="center"/>
            </w:pPr>
            <w:r>
              <w:rPr>
                <w:rFonts w:ascii="Calibri" w:hAnsi="Calibri"/>
              </w:rPr>
              <w:t>☐</w:t>
            </w:r>
          </w:p>
        </w:tc>
      </w:tr>
      <w:tr w:rsidR="003C72B7" w:rsidRPr="003C72B7" w14:paraId="77DFEAB1" w14:textId="77777777">
        <w:tc>
          <w:tcPr>
            <w:tcW w:w="7200" w:type="dxa"/>
          </w:tcPr>
          <w:p w14:paraId="7EA29226" w14:textId="77777777" w:rsidR="00867C21" w:rsidRPr="003C72B7" w:rsidRDefault="00A14E1E">
            <w:pPr>
              <w:spacing w:before="40" w:after="40"/>
            </w:pPr>
            <w:r>
              <w:rPr>
                <w:rFonts w:ascii="Calibri" w:hAnsi="Calibri"/>
                <w:sz w:val="19"/>
              </w:rPr>
              <w:t>Dijital içerik ve e-içerik geliştirme çalışmalarında bulundum.</w:t>
            </w:r>
          </w:p>
        </w:tc>
        <w:tc>
          <w:tcPr>
            <w:tcW w:w="1440" w:type="dxa"/>
          </w:tcPr>
          <w:p w14:paraId="3DCDC29A" w14:textId="77777777" w:rsidR="00867C21" w:rsidRPr="003C72B7" w:rsidRDefault="00A14E1E">
            <w:pPr>
              <w:spacing w:before="40" w:after="40"/>
              <w:jc w:val="center"/>
            </w:pPr>
            <w:r>
              <w:rPr>
                <w:rFonts w:ascii="Calibri" w:hAnsi="Calibri"/>
              </w:rPr>
              <w:t>☐</w:t>
            </w:r>
          </w:p>
        </w:tc>
        <w:tc>
          <w:tcPr>
            <w:tcW w:w="1440" w:type="dxa"/>
          </w:tcPr>
          <w:p w14:paraId="19AF5F18" w14:textId="77777777" w:rsidR="00867C21" w:rsidRPr="003C72B7" w:rsidRDefault="00A14E1E">
            <w:pPr>
              <w:spacing w:before="40" w:after="40"/>
              <w:jc w:val="center"/>
            </w:pPr>
            <w:r>
              <w:rPr>
                <w:rFonts w:ascii="Calibri" w:hAnsi="Calibri"/>
              </w:rPr>
              <w:t>☐</w:t>
            </w:r>
          </w:p>
        </w:tc>
      </w:tr>
    </w:tbl>
    <w:p w14:paraId="643B735F" w14:textId="77777777" w:rsidR="00867C21" w:rsidRPr="003C72B7" w:rsidRDefault="00A14E1E">
      <w:pPr>
        <w:spacing w:after="120"/>
      </w:pPr>
      <w:r>
        <w:rPr>
          <w:rFonts w:ascii="Calibri" w:hAnsi="Calibri"/>
          <w:sz w:val="21"/>
        </w:rPr>
        <w:br/>
        <w:t>Öğretmen İmzası / Signature: .......................................   Tarih / Date: ....../....../202...</w:t>
      </w:r>
    </w:p>
    <w:p w14:paraId="57C5F314" w14:textId="77777777" w:rsidR="00867C21" w:rsidRPr="003C72B7" w:rsidRDefault="00A14E1E">
      <w:r>
        <w:br w:type="page"/>
      </w:r>
    </w:p>
    <w:p w14:paraId="600B31DC" w14:textId="77777777" w:rsidR="00867C21" w:rsidRPr="003C72B7" w:rsidRDefault="00A14E1E">
      <w:pPr>
        <w:keepNext/>
        <w:spacing w:before="360" w:after="120"/>
      </w:pPr>
      <w:r>
        <w:rPr>
          <w:rFonts w:ascii="Arial" w:hAnsi="Arial"/>
          <w:b/>
          <w:sz w:val="32"/>
        </w:rPr>
        <w:t>Bölüm 3. Veli Görüşme Kayıt Formu / Parent Interview Record Form</w:t>
      </w:r>
    </w:p>
    <w:p w14:paraId="2884BED5"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Veli görüşmelerinde öğrencinin sadece not durumunu değil, gelişimsel süreçlerini ve dil becerilerini geliştirmeye yönelik ev destek planlarını ele almak amacıyla kullanılır. Görüşme sonrasında veli ve öğretmen tarafından imzalanarak öğrenci gelişim klasörüne eklenmesi uygun görülmektedir.</w:t>
      </w:r>
    </w:p>
    <w:tbl>
      <w:tblPr>
        <w:tblStyle w:val="TabloKlavuzu"/>
        <w:tblW w:w="0" w:type="auto"/>
        <w:tblLayout w:type="fixed"/>
        <w:tblLook w:val="04A0" w:firstRow="1" w:lastRow="0" w:firstColumn="1" w:lastColumn="0" w:noHBand="0" w:noVBand="1"/>
      </w:tblPr>
      <w:tblGrid>
        <w:gridCol w:w="5040"/>
        <w:gridCol w:w="5040"/>
      </w:tblGrid>
      <w:tr w:rsidR="003C72B7" w:rsidRPr="003C72B7" w14:paraId="3F1BC431" w14:textId="77777777">
        <w:tc>
          <w:tcPr>
            <w:tcW w:w="5040" w:type="dxa"/>
          </w:tcPr>
          <w:p w14:paraId="0799B92A" w14:textId="77777777" w:rsidR="00867C21" w:rsidRPr="003C72B7" w:rsidRDefault="00A14E1E">
            <w:pPr>
              <w:spacing w:before="40" w:after="40"/>
            </w:pPr>
            <w:r>
              <w:rPr>
                <w:rFonts w:ascii="Calibri" w:hAnsi="Calibri"/>
                <w:b/>
                <w:sz w:val="19"/>
              </w:rPr>
              <w:t>Öğrenci Adı Soyadı / Student Name:</w:t>
            </w:r>
            <w:r>
              <w:rPr>
                <w:rFonts w:ascii="Calibri" w:hAnsi="Calibri"/>
                <w:b/>
                <w:sz w:val="19"/>
              </w:rPr>
              <w:br/>
            </w:r>
          </w:p>
        </w:tc>
        <w:tc>
          <w:tcPr>
            <w:tcW w:w="5040" w:type="dxa"/>
          </w:tcPr>
          <w:p w14:paraId="2F61342F" w14:textId="77777777" w:rsidR="00867C21" w:rsidRPr="003C72B7" w:rsidRDefault="00A14E1E">
            <w:pPr>
              <w:spacing w:before="40" w:after="40"/>
            </w:pPr>
            <w:r>
              <w:rPr>
                <w:rFonts w:ascii="Calibri" w:hAnsi="Calibri"/>
                <w:b/>
                <w:sz w:val="19"/>
              </w:rPr>
              <w:t>Veli Adı Soyadı &amp; Yakınlığı / Parent Name:</w:t>
            </w:r>
            <w:r>
              <w:rPr>
                <w:rFonts w:ascii="Calibri" w:hAnsi="Calibri"/>
                <w:b/>
                <w:sz w:val="19"/>
              </w:rPr>
              <w:br/>
            </w:r>
          </w:p>
        </w:tc>
      </w:tr>
      <w:tr w:rsidR="003C72B7" w:rsidRPr="003C72B7" w14:paraId="07C53B66" w14:textId="77777777">
        <w:tc>
          <w:tcPr>
            <w:tcW w:w="5040" w:type="dxa"/>
          </w:tcPr>
          <w:p w14:paraId="47A166EC" w14:textId="77777777" w:rsidR="00413E90" w:rsidRPr="003C72B7" w:rsidRDefault="00A14E1E">
            <w:pPr>
              <w:spacing w:before="40" w:after="40"/>
              <w:rPr>
                <w:rFonts w:ascii="Calibri" w:hAnsi="Calibri"/>
                <w:b/>
                <w:sz w:val="19"/>
              </w:rPr>
            </w:pPr>
            <w:r>
              <w:rPr>
                <w:rFonts w:ascii="Calibri" w:hAnsi="Calibri"/>
                <w:b/>
                <w:sz w:val="19"/>
              </w:rPr>
              <w:t>Görüşme Tarihi &amp; Biçimi* / Date &amp; Type:</w:t>
            </w:r>
          </w:p>
          <w:p w14:paraId="274272D4" w14:textId="200053F3" w:rsidR="00867C21" w:rsidRPr="003C72B7" w:rsidRDefault="00A14E1E">
            <w:pPr>
              <w:spacing w:before="40" w:after="40"/>
            </w:pPr>
            <w:r>
              <w:rPr>
                <w:rFonts w:ascii="Calibri" w:hAnsi="Calibri"/>
                <w:b/>
                <w:sz w:val="19"/>
              </w:rPr>
              <w:br/>
            </w:r>
            <w:r>
              <w:rPr>
                <w:sz w:val="18"/>
                <w:szCs w:val="18"/>
              </w:rPr>
              <w:t>* Yüzyüze- Online Mesajlaşma -Telefon Görüşmesi</w:t>
            </w:r>
          </w:p>
        </w:tc>
        <w:tc>
          <w:tcPr>
            <w:tcW w:w="5040" w:type="dxa"/>
          </w:tcPr>
          <w:p w14:paraId="69D2BE1A" w14:textId="77777777" w:rsidR="00316EB6" w:rsidRPr="003C72B7" w:rsidRDefault="00A14E1E">
            <w:pPr>
              <w:spacing w:before="40" w:after="40"/>
              <w:rPr>
                <w:rFonts w:ascii="Calibri" w:hAnsi="Calibri"/>
                <w:b/>
                <w:sz w:val="19"/>
              </w:rPr>
            </w:pPr>
            <w:r>
              <w:rPr>
                <w:rFonts w:ascii="Calibri" w:hAnsi="Calibri"/>
                <w:b/>
                <w:sz w:val="19"/>
              </w:rPr>
              <w:t>Görüşme Nedeni ve Öğrencinin Gelişim Alanları:</w:t>
            </w:r>
            <w:r>
              <w:rPr>
                <w:rFonts w:ascii="Calibri" w:hAnsi="Calibri"/>
                <w:b/>
                <w:sz w:val="19"/>
              </w:rPr>
              <w:br/>
              <w:t>Reason for Meeting &amp; Student's Growth Areas:</w:t>
            </w:r>
          </w:p>
          <w:p w14:paraId="5D1E9DDA" w14:textId="77777777" w:rsidR="00316EB6" w:rsidRPr="003C72B7" w:rsidRDefault="00316EB6">
            <w:pPr>
              <w:spacing w:before="40" w:after="40"/>
              <w:rPr>
                <w:rFonts w:ascii="Calibri" w:hAnsi="Calibri"/>
                <w:b/>
                <w:sz w:val="19"/>
              </w:rPr>
            </w:pPr>
          </w:p>
          <w:p w14:paraId="17CBCF7C" w14:textId="77777777" w:rsidR="00316EB6" w:rsidRPr="003C72B7" w:rsidRDefault="00316EB6">
            <w:pPr>
              <w:spacing w:before="40" w:after="40"/>
              <w:rPr>
                <w:rFonts w:ascii="Calibri" w:hAnsi="Calibri"/>
                <w:b/>
                <w:sz w:val="19"/>
              </w:rPr>
            </w:pPr>
          </w:p>
          <w:p w14:paraId="34D53505" w14:textId="77777777" w:rsidR="00316EB6" w:rsidRPr="003C72B7" w:rsidRDefault="00316EB6">
            <w:pPr>
              <w:spacing w:before="40" w:after="40"/>
              <w:rPr>
                <w:rFonts w:ascii="Calibri" w:hAnsi="Calibri"/>
                <w:b/>
                <w:sz w:val="19"/>
              </w:rPr>
            </w:pPr>
          </w:p>
          <w:p w14:paraId="6317B369" w14:textId="77777777" w:rsidR="00316EB6" w:rsidRPr="003C72B7" w:rsidRDefault="00316EB6">
            <w:pPr>
              <w:spacing w:before="40" w:after="40"/>
              <w:rPr>
                <w:rFonts w:ascii="Calibri" w:hAnsi="Calibri"/>
                <w:b/>
                <w:sz w:val="19"/>
              </w:rPr>
            </w:pPr>
          </w:p>
          <w:p w14:paraId="0CD6FCD3" w14:textId="77777777" w:rsidR="00316EB6" w:rsidRPr="003C72B7" w:rsidRDefault="00316EB6">
            <w:pPr>
              <w:spacing w:before="40" w:after="40"/>
              <w:rPr>
                <w:rFonts w:ascii="Calibri" w:hAnsi="Calibri"/>
                <w:b/>
                <w:sz w:val="19"/>
              </w:rPr>
            </w:pPr>
          </w:p>
          <w:p w14:paraId="3B3BFF7D" w14:textId="1F4A9F89" w:rsidR="00867C21" w:rsidRPr="003C72B7" w:rsidRDefault="00A14E1E">
            <w:pPr>
              <w:spacing w:before="40" w:after="40"/>
            </w:pPr>
            <w:r>
              <w:rPr>
                <w:rFonts w:ascii="Calibri" w:hAnsi="Calibri"/>
                <w:b/>
                <w:sz w:val="19"/>
              </w:rPr>
              <w:br/>
            </w:r>
          </w:p>
        </w:tc>
      </w:tr>
      <w:tr w:rsidR="003C72B7" w:rsidRPr="003C72B7" w14:paraId="783E7D5D" w14:textId="77777777">
        <w:tc>
          <w:tcPr>
            <w:tcW w:w="5040" w:type="dxa"/>
          </w:tcPr>
          <w:p w14:paraId="34847B7E" w14:textId="77777777" w:rsidR="00867C21" w:rsidRPr="003C72B7" w:rsidRDefault="00A14E1E">
            <w:pPr>
              <w:spacing w:before="40" w:after="40"/>
            </w:pPr>
            <w:r>
              <w:rPr>
                <w:rFonts w:ascii="Calibri" w:hAnsi="Calibri"/>
                <w:b/>
                <w:sz w:val="19"/>
              </w:rPr>
              <w:t>Kararlaştırılan Ev Destek Faaliyetleri ve Kararlar:</w:t>
            </w:r>
            <w:r>
              <w:rPr>
                <w:rFonts w:ascii="Calibri" w:hAnsi="Calibri"/>
                <w:b/>
                <w:sz w:val="19"/>
              </w:rPr>
              <w:br/>
              <w:t>Agreed Home Support Activities &amp; Decisions:</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c>
          <w:tcPr>
            <w:tcW w:w="5040" w:type="dxa"/>
          </w:tcPr>
          <w:p w14:paraId="611DD36A" w14:textId="77777777" w:rsidR="00316EB6" w:rsidRPr="003C72B7" w:rsidRDefault="00A14E1E">
            <w:pPr>
              <w:spacing w:before="40" w:after="40"/>
              <w:rPr>
                <w:rFonts w:ascii="Calibri" w:hAnsi="Calibri"/>
                <w:b/>
                <w:sz w:val="19"/>
              </w:rPr>
            </w:pPr>
            <w:r>
              <w:rPr>
                <w:rFonts w:ascii="Calibri" w:hAnsi="Calibri"/>
                <w:b/>
                <w:sz w:val="19"/>
              </w:rPr>
              <w:t>Öğretmen ve Veli Ortak Değerlendirmesi / Notes:</w:t>
            </w:r>
            <w:r>
              <w:rPr>
                <w:rFonts w:ascii="Calibri" w:hAnsi="Calibri"/>
                <w:b/>
                <w:sz w:val="19"/>
              </w:rPr>
              <w:br/>
            </w:r>
            <w:r>
              <w:rPr>
                <w:rFonts w:ascii="Calibri" w:hAnsi="Calibri"/>
                <w:b/>
                <w:sz w:val="19"/>
              </w:rPr>
              <w:br/>
            </w:r>
          </w:p>
          <w:p w14:paraId="6D953D1E" w14:textId="77777777" w:rsidR="00316EB6" w:rsidRPr="003C72B7" w:rsidRDefault="00316EB6">
            <w:pPr>
              <w:spacing w:before="40" w:after="40"/>
              <w:rPr>
                <w:rFonts w:ascii="Calibri" w:hAnsi="Calibri"/>
                <w:b/>
                <w:sz w:val="19"/>
              </w:rPr>
            </w:pPr>
          </w:p>
          <w:p w14:paraId="4395C98A" w14:textId="77777777" w:rsidR="00316EB6" w:rsidRPr="003C72B7" w:rsidRDefault="00316EB6">
            <w:pPr>
              <w:spacing w:before="40" w:after="40"/>
              <w:rPr>
                <w:rFonts w:ascii="Calibri" w:hAnsi="Calibri"/>
                <w:b/>
                <w:sz w:val="19"/>
              </w:rPr>
            </w:pPr>
          </w:p>
          <w:p w14:paraId="0C0E2DC8" w14:textId="77777777" w:rsidR="00316EB6" w:rsidRPr="003C72B7" w:rsidRDefault="00316EB6">
            <w:pPr>
              <w:spacing w:before="40" w:after="40"/>
              <w:rPr>
                <w:rFonts w:ascii="Calibri" w:hAnsi="Calibri"/>
                <w:b/>
                <w:sz w:val="19"/>
              </w:rPr>
            </w:pPr>
          </w:p>
          <w:p w14:paraId="50609BEE" w14:textId="77777777" w:rsidR="00316EB6" w:rsidRPr="003C72B7" w:rsidRDefault="00316EB6">
            <w:pPr>
              <w:spacing w:before="40" w:after="40"/>
              <w:rPr>
                <w:rFonts w:ascii="Calibri" w:hAnsi="Calibri"/>
                <w:b/>
                <w:sz w:val="19"/>
              </w:rPr>
            </w:pPr>
          </w:p>
          <w:p w14:paraId="411AB3D8" w14:textId="77777777" w:rsidR="00316EB6" w:rsidRPr="003C72B7" w:rsidRDefault="00316EB6">
            <w:pPr>
              <w:spacing w:before="40" w:after="40"/>
              <w:rPr>
                <w:rFonts w:ascii="Calibri" w:hAnsi="Calibri"/>
                <w:b/>
                <w:sz w:val="19"/>
              </w:rPr>
            </w:pPr>
          </w:p>
          <w:p w14:paraId="59825688" w14:textId="254AC956" w:rsidR="00867C21" w:rsidRPr="003C72B7" w:rsidRDefault="00A14E1E">
            <w:pPr>
              <w:spacing w:before="40" w:after="40"/>
            </w:pPr>
            <w:r>
              <w:rPr>
                <w:rFonts w:ascii="Calibri" w:hAnsi="Calibri"/>
                <w:b/>
                <w:sz w:val="19"/>
              </w:rPr>
              <w:br/>
            </w:r>
            <w:r>
              <w:rPr>
                <w:rFonts w:ascii="Calibri" w:hAnsi="Calibri"/>
                <w:b/>
                <w:sz w:val="19"/>
              </w:rPr>
              <w:br/>
            </w:r>
          </w:p>
        </w:tc>
      </w:tr>
    </w:tbl>
    <w:p w14:paraId="5ADAAF98" w14:textId="77777777" w:rsidR="00316EB6" w:rsidRPr="003C72B7" w:rsidRDefault="00A14E1E">
      <w:pPr>
        <w:spacing w:after="120"/>
        <w:rPr>
          <w:rFonts w:ascii="Calibri" w:hAnsi="Calibri"/>
          <w:sz w:val="21"/>
        </w:rPr>
      </w:pPr>
      <w:r>
        <w:rPr>
          <w:rFonts w:ascii="Calibri" w:hAnsi="Calibri"/>
          <w:sz w:val="21"/>
        </w:rPr>
        <w:br/>
      </w:r>
    </w:p>
    <w:p w14:paraId="1CEC3CAE" w14:textId="77777777" w:rsidR="00316EB6" w:rsidRPr="003C72B7" w:rsidRDefault="00316EB6">
      <w:pPr>
        <w:spacing w:after="120"/>
        <w:rPr>
          <w:rFonts w:ascii="Calibri" w:hAnsi="Calibri"/>
          <w:sz w:val="21"/>
        </w:rPr>
      </w:pPr>
    </w:p>
    <w:p w14:paraId="1F592E38" w14:textId="77777777" w:rsidR="00316EB6" w:rsidRPr="003C72B7" w:rsidRDefault="00316EB6">
      <w:pPr>
        <w:spacing w:after="120"/>
        <w:rPr>
          <w:rFonts w:ascii="Calibri" w:hAnsi="Calibri"/>
          <w:sz w:val="21"/>
        </w:rPr>
      </w:pPr>
    </w:p>
    <w:p w14:paraId="5ADB9035" w14:textId="77777777" w:rsidR="00316EB6" w:rsidRPr="003C72B7" w:rsidRDefault="00316EB6">
      <w:pPr>
        <w:spacing w:after="120"/>
        <w:rPr>
          <w:rFonts w:ascii="Calibri" w:hAnsi="Calibri"/>
          <w:sz w:val="21"/>
        </w:rPr>
      </w:pPr>
    </w:p>
    <w:p w14:paraId="105C5073" w14:textId="642DA5E4" w:rsidR="00867C21" w:rsidRPr="003C72B7" w:rsidRDefault="00413E90">
      <w:pPr>
        <w:spacing w:after="120"/>
      </w:pPr>
      <w:r>
        <w:rPr>
          <w:rFonts w:ascii="Calibri" w:hAnsi="Calibri"/>
          <w:sz w:val="21"/>
        </w:rPr>
        <w:tab/>
        <w:t>Veli Adı Soyadı</w:t>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t xml:space="preserve">  İngilizce Öğretmeni                   </w:t>
      </w:r>
      <w:r>
        <w:rPr>
          <w:rFonts w:ascii="Calibri" w:hAnsi="Calibri"/>
          <w:sz w:val="21"/>
        </w:rPr>
        <w:tab/>
        <w:t xml:space="preserve">İmza </w:t>
      </w:r>
      <w:r>
        <w:rPr>
          <w:rFonts w:ascii="Calibri" w:hAnsi="Calibri"/>
          <w:sz w:val="21"/>
        </w:rPr>
        <w:tab/>
        <w:t xml:space="preserve">                   </w:t>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r>
      <w:r>
        <w:rPr>
          <w:rFonts w:ascii="Calibri" w:hAnsi="Calibri"/>
          <w:sz w:val="21"/>
        </w:rPr>
        <w:tab/>
        <w:t xml:space="preserve">  İmza </w:t>
      </w:r>
    </w:p>
    <w:p w14:paraId="40870266" w14:textId="77777777" w:rsidR="00867C21" w:rsidRPr="003C72B7" w:rsidRDefault="00A14E1E">
      <w:r>
        <w:br w:type="page"/>
      </w:r>
    </w:p>
    <w:p w14:paraId="1673ECDB" w14:textId="77777777" w:rsidR="00867C21" w:rsidRPr="003C72B7" w:rsidRDefault="00867C21">
      <w:pPr>
        <w:sectPr w:rsidR="00867C21" w:rsidRPr="003C72B7" w:rsidSect="003C72B7">
          <w:pgSz w:w="12240" w:h="15840"/>
          <w:pgMar w:top="284" w:right="900" w:bottom="567" w:left="1440" w:header="720" w:footer="720" w:gutter="0"/>
          <w:cols w:space="720"/>
          <w:docGrid w:linePitch="360"/>
        </w:sectPr>
      </w:pPr>
    </w:p>
    <w:p w14:paraId="78525350" w14:textId="77777777" w:rsidR="00867C21" w:rsidRPr="003C72B7" w:rsidRDefault="00A14E1E">
      <w:pPr>
        <w:keepNext/>
        <w:spacing w:before="360" w:after="120"/>
      </w:pPr>
      <w:r>
        <w:rPr>
          <w:rFonts w:ascii="Arial" w:hAnsi="Arial"/>
          <w:b/>
          <w:sz w:val="32"/>
        </w:rPr>
        <w:t>Bölüm 4. 45 Kişilik Sınıf Gözlem Logu (Ders İçi Katılım) / Class Roster Observation Log (In-Class Participation)</w:t>
      </w:r>
    </w:p>
    <w:p w14:paraId="09532864" w14:textId="64DFC7D1" w:rsidR="00867C21" w:rsidRPr="003C72B7" w:rsidRDefault="00A14E1E">
      <w:pPr>
        <w:spacing w:before="80" w:after="160"/>
      </w:pPr>
      <w:r>
        <w:rPr>
          <w:rFonts w:ascii="Calibri" w:hAnsi="Calibri"/>
          <w:b/>
          <w:i/>
          <w:sz w:val="19"/>
        </w:rPr>
        <w:t xml:space="preserve">ℹ️ Metodolojik Açıklama: </w:t>
      </w:r>
      <w:r>
        <w:rPr>
          <w:rFonts w:ascii="Calibri" w:hAnsi="Calibri"/>
          <w:i/>
          <w:sz w:val="19"/>
        </w:rPr>
        <w:t xml:space="preserve">Sınıf içi dil etkinliklerinde, ikili veya grup çalışmalarında öğrencilerin 10 gelişim alanındaki performans düzeylerini anlık sembollerle (★, ✔, ✚, ❢) kaydetmek için tasarlanmıştır. Bu </w:t>
      </w:r>
      <w:proofErr w:type="spellStart"/>
      <w:r>
        <w:rPr>
          <w:rFonts w:ascii="Calibri" w:hAnsi="Calibri"/>
          <w:i/>
          <w:sz w:val="19"/>
        </w:rPr>
        <w:t>anlık</w:t>
      </w:r>
      <w:proofErr w:type="spellEnd"/>
      <w:r>
        <w:rPr>
          <w:rFonts w:ascii="Calibri" w:hAnsi="Calibri"/>
          <w:i/>
          <w:sz w:val="19"/>
        </w:rPr>
        <w:t xml:space="preserve"> </w:t>
      </w:r>
      <w:proofErr w:type="spellStart"/>
      <w:r>
        <w:rPr>
          <w:rFonts w:ascii="Calibri" w:hAnsi="Calibri"/>
          <w:i/>
          <w:sz w:val="19"/>
        </w:rPr>
        <w:t>kayıtlar</w:t>
      </w:r>
      <w:proofErr w:type="spellEnd"/>
      <w:r>
        <w:rPr>
          <w:rFonts w:ascii="Calibri" w:hAnsi="Calibri"/>
          <w:i/>
          <w:sz w:val="19"/>
        </w:rPr>
        <w:t xml:space="preserve"> </w:t>
      </w:r>
      <w:proofErr w:type="spellStart"/>
      <w:r>
        <w:rPr>
          <w:rFonts w:ascii="Calibri" w:hAnsi="Calibri"/>
          <w:i/>
          <w:sz w:val="19"/>
        </w:rPr>
        <w:t>süreç</w:t>
      </w:r>
      <w:proofErr w:type="spellEnd"/>
      <w:r>
        <w:rPr>
          <w:rFonts w:ascii="Calibri" w:hAnsi="Calibri"/>
          <w:i/>
          <w:sz w:val="19"/>
        </w:rPr>
        <w:t xml:space="preserve"> </w:t>
      </w:r>
      <w:proofErr w:type="spellStart"/>
      <w:r>
        <w:rPr>
          <w:rFonts w:ascii="Calibri" w:hAnsi="Calibri"/>
          <w:i/>
          <w:sz w:val="19"/>
        </w:rPr>
        <w:t>içindeki</w:t>
      </w:r>
      <w:proofErr w:type="spellEnd"/>
      <w:r>
        <w:rPr>
          <w:rFonts w:ascii="Calibri" w:hAnsi="Calibri"/>
          <w:i/>
          <w:sz w:val="19"/>
        </w:rPr>
        <w:t xml:space="preserve"> </w:t>
      </w:r>
      <w:proofErr w:type="spellStart"/>
      <w:r>
        <w:rPr>
          <w:rFonts w:ascii="Calibri" w:hAnsi="Calibri"/>
          <w:i/>
          <w:sz w:val="19"/>
        </w:rPr>
        <w:t>gelişim</w:t>
      </w:r>
      <w:proofErr w:type="spellEnd"/>
      <w:r>
        <w:rPr>
          <w:rFonts w:ascii="Calibri" w:hAnsi="Calibri"/>
          <w:i/>
          <w:sz w:val="19"/>
        </w:rPr>
        <w:t xml:space="preserve"> </w:t>
      </w:r>
      <w:proofErr w:type="spellStart"/>
      <w:r>
        <w:rPr>
          <w:rFonts w:ascii="Calibri" w:hAnsi="Calibri"/>
          <w:i/>
          <w:sz w:val="19"/>
        </w:rPr>
        <w:t>izleme</w:t>
      </w:r>
      <w:proofErr w:type="spellEnd"/>
      <w:r>
        <w:rPr>
          <w:rFonts w:ascii="Calibri" w:hAnsi="Calibri"/>
          <w:i/>
          <w:sz w:val="19"/>
        </w:rPr>
        <w:t xml:space="preserve"> </w:t>
      </w:r>
      <w:proofErr w:type="spellStart"/>
      <w:r>
        <w:rPr>
          <w:rFonts w:ascii="Calibri" w:hAnsi="Calibri"/>
          <w:i/>
          <w:sz w:val="19"/>
        </w:rPr>
        <w:t>sürecini</w:t>
      </w:r>
      <w:proofErr w:type="spellEnd"/>
      <w:r>
        <w:rPr>
          <w:rFonts w:ascii="Calibri" w:hAnsi="Calibri"/>
          <w:i/>
          <w:sz w:val="19"/>
        </w:rPr>
        <w:t xml:space="preserve"> </w:t>
      </w:r>
      <w:proofErr w:type="spellStart"/>
      <w:r>
        <w:rPr>
          <w:rFonts w:ascii="Calibri" w:hAnsi="Calibri"/>
          <w:i/>
          <w:sz w:val="19"/>
        </w:rPr>
        <w:t>kolaylaştırmaktadır</w:t>
      </w:r>
      <w:proofErr w:type="spellEnd"/>
      <w:r>
        <w:rPr>
          <w:rFonts w:ascii="Calibri" w:hAnsi="Calibri"/>
          <w:i/>
          <w:sz w:val="19"/>
        </w:rPr>
        <w:t>.</w:t>
      </w:r>
      <w:r w:rsidR="00910180">
        <w:rPr>
          <w:rFonts w:ascii="Calibri" w:hAnsi="Calibri"/>
          <w:i/>
          <w:sz w:val="19"/>
        </w:rPr>
        <w:t xml:space="preserve"> </w:t>
      </w:r>
      <w:proofErr w:type="gramStart"/>
      <w:r w:rsidR="00910180">
        <w:rPr>
          <w:rFonts w:ascii="Calibri" w:hAnsi="Calibri"/>
          <w:i/>
          <w:sz w:val="19"/>
        </w:rPr>
        <w:t xml:space="preserve">Her  </w:t>
      </w:r>
      <w:proofErr w:type="spellStart"/>
      <w:r w:rsidR="00910180">
        <w:rPr>
          <w:rFonts w:ascii="Calibri" w:hAnsi="Calibri"/>
          <w:i/>
          <w:sz w:val="19"/>
        </w:rPr>
        <w:t>temada</w:t>
      </w:r>
      <w:proofErr w:type="spellEnd"/>
      <w:proofErr w:type="gramEnd"/>
      <w:r w:rsidR="00910180">
        <w:rPr>
          <w:rFonts w:ascii="Calibri" w:hAnsi="Calibri"/>
          <w:i/>
          <w:sz w:val="19"/>
        </w:rPr>
        <w:t xml:space="preserve"> </w:t>
      </w:r>
      <w:proofErr w:type="spellStart"/>
      <w:r w:rsidR="00910180">
        <w:rPr>
          <w:rFonts w:ascii="Calibri" w:hAnsi="Calibri"/>
          <w:i/>
          <w:sz w:val="19"/>
        </w:rPr>
        <w:t>değil</w:t>
      </w:r>
      <w:proofErr w:type="spellEnd"/>
      <w:r w:rsidR="00910180">
        <w:rPr>
          <w:rFonts w:ascii="Calibri" w:hAnsi="Calibri"/>
          <w:i/>
          <w:sz w:val="19"/>
        </w:rPr>
        <w:t xml:space="preserve"> </w:t>
      </w:r>
      <w:proofErr w:type="spellStart"/>
      <w:r w:rsidR="00910180">
        <w:rPr>
          <w:rFonts w:ascii="Calibri" w:hAnsi="Calibri"/>
          <w:i/>
          <w:sz w:val="19"/>
        </w:rPr>
        <w:t>dönem</w:t>
      </w:r>
      <w:proofErr w:type="spellEnd"/>
      <w:r w:rsidR="00910180">
        <w:rPr>
          <w:rFonts w:ascii="Calibri" w:hAnsi="Calibri"/>
          <w:i/>
          <w:sz w:val="19"/>
        </w:rPr>
        <w:t xml:space="preserve"> </w:t>
      </w:r>
      <w:proofErr w:type="spellStart"/>
      <w:r w:rsidR="00910180">
        <w:rPr>
          <w:rFonts w:ascii="Calibri" w:hAnsi="Calibri"/>
          <w:i/>
          <w:sz w:val="19"/>
        </w:rPr>
        <w:t>içinde</w:t>
      </w:r>
      <w:proofErr w:type="spellEnd"/>
      <w:r w:rsidR="00910180">
        <w:rPr>
          <w:rFonts w:ascii="Calibri" w:hAnsi="Calibri"/>
          <w:i/>
          <w:sz w:val="19"/>
        </w:rPr>
        <w:t xml:space="preserve"> </w:t>
      </w:r>
      <w:proofErr w:type="spellStart"/>
      <w:r w:rsidR="00910180">
        <w:rPr>
          <w:rFonts w:ascii="Calibri" w:hAnsi="Calibri"/>
          <w:i/>
          <w:sz w:val="19"/>
        </w:rPr>
        <w:t>farklı</w:t>
      </w:r>
      <w:proofErr w:type="spellEnd"/>
      <w:r w:rsidR="00910180">
        <w:rPr>
          <w:rFonts w:ascii="Calibri" w:hAnsi="Calibri"/>
          <w:i/>
          <w:sz w:val="19"/>
        </w:rPr>
        <w:t xml:space="preserve"> </w:t>
      </w:r>
      <w:proofErr w:type="spellStart"/>
      <w:r w:rsidR="00910180">
        <w:rPr>
          <w:rFonts w:ascii="Calibri" w:hAnsi="Calibri"/>
          <w:i/>
          <w:sz w:val="19"/>
        </w:rPr>
        <w:t>etkinlikler</w:t>
      </w:r>
      <w:proofErr w:type="spellEnd"/>
      <w:r w:rsidR="00910180">
        <w:rPr>
          <w:rFonts w:ascii="Calibri" w:hAnsi="Calibri"/>
          <w:i/>
          <w:sz w:val="19"/>
        </w:rPr>
        <w:t xml:space="preserve"> </w:t>
      </w:r>
      <w:proofErr w:type="spellStart"/>
      <w:r w:rsidR="00910180">
        <w:rPr>
          <w:rFonts w:ascii="Calibri" w:hAnsi="Calibri"/>
          <w:i/>
          <w:sz w:val="19"/>
        </w:rPr>
        <w:t>sırasında</w:t>
      </w:r>
      <w:proofErr w:type="spellEnd"/>
      <w:r w:rsidR="00910180">
        <w:rPr>
          <w:rFonts w:ascii="Calibri" w:hAnsi="Calibri"/>
          <w:i/>
          <w:sz w:val="19"/>
        </w:rPr>
        <w:t xml:space="preserve"> </w:t>
      </w:r>
      <w:proofErr w:type="spellStart"/>
      <w:r w:rsidR="00910180">
        <w:rPr>
          <w:rFonts w:ascii="Calibri" w:hAnsi="Calibri"/>
          <w:i/>
          <w:sz w:val="19"/>
        </w:rPr>
        <w:t>sürece</w:t>
      </w:r>
      <w:proofErr w:type="spellEnd"/>
      <w:r w:rsidR="00910180">
        <w:rPr>
          <w:rFonts w:ascii="Calibri" w:hAnsi="Calibri"/>
          <w:i/>
          <w:sz w:val="19"/>
        </w:rPr>
        <w:t xml:space="preserve"> </w:t>
      </w:r>
      <w:proofErr w:type="spellStart"/>
      <w:r w:rsidR="00910180">
        <w:rPr>
          <w:rFonts w:ascii="Calibri" w:hAnsi="Calibri"/>
          <w:i/>
          <w:sz w:val="19"/>
        </w:rPr>
        <w:t>yayılarak</w:t>
      </w:r>
      <w:proofErr w:type="spellEnd"/>
      <w:r w:rsidR="00910180">
        <w:rPr>
          <w:rFonts w:ascii="Calibri" w:hAnsi="Calibri"/>
          <w:i/>
          <w:sz w:val="19"/>
        </w:rPr>
        <w:t xml:space="preserve"> </w:t>
      </w:r>
      <w:proofErr w:type="spellStart"/>
      <w:proofErr w:type="gramStart"/>
      <w:r w:rsidR="00910180">
        <w:rPr>
          <w:rFonts w:ascii="Calibri" w:hAnsi="Calibri"/>
          <w:i/>
          <w:sz w:val="19"/>
        </w:rPr>
        <w:t>doldurulmalıdır.</w:t>
      </w:r>
      <w:r w:rsidR="00323B63">
        <w:rPr>
          <w:rFonts w:ascii="Calibri" w:hAnsi="Calibri"/>
          <w:i/>
          <w:sz w:val="19"/>
        </w:rPr>
        <w:t>O</w:t>
      </w:r>
      <w:r w:rsidR="00910180">
        <w:rPr>
          <w:rFonts w:ascii="Calibri" w:hAnsi="Calibri"/>
          <w:i/>
          <w:sz w:val="19"/>
        </w:rPr>
        <w:t>psiyoneldir</w:t>
      </w:r>
      <w:proofErr w:type="gramEnd"/>
      <w:r w:rsidR="00323B63">
        <w:rPr>
          <w:rFonts w:ascii="Calibri" w:hAnsi="Calibri"/>
          <w:i/>
          <w:sz w:val="19"/>
        </w:rPr>
        <w:t>-</w:t>
      </w:r>
      <w:r w:rsidR="00910180">
        <w:rPr>
          <w:rFonts w:ascii="Calibri" w:hAnsi="Calibri"/>
          <w:i/>
          <w:sz w:val="19"/>
        </w:rPr>
        <w:t>Dilerseniz</w:t>
      </w:r>
      <w:proofErr w:type="spellEnd"/>
      <w:r w:rsidR="00910180">
        <w:rPr>
          <w:rFonts w:ascii="Calibri" w:hAnsi="Calibri"/>
          <w:i/>
          <w:sz w:val="19"/>
        </w:rPr>
        <w:t xml:space="preserve"> </w:t>
      </w:r>
      <w:proofErr w:type="spellStart"/>
      <w:r w:rsidR="00910180">
        <w:rPr>
          <w:rFonts w:ascii="Calibri" w:hAnsi="Calibri"/>
          <w:i/>
          <w:sz w:val="19"/>
        </w:rPr>
        <w:t>Bireysel</w:t>
      </w:r>
      <w:proofErr w:type="spellEnd"/>
      <w:r w:rsidR="00910180">
        <w:rPr>
          <w:rFonts w:ascii="Calibri" w:hAnsi="Calibri"/>
          <w:i/>
          <w:sz w:val="19"/>
        </w:rPr>
        <w:t xml:space="preserve"> </w:t>
      </w:r>
      <w:proofErr w:type="spellStart"/>
      <w:r w:rsidR="00910180">
        <w:rPr>
          <w:rFonts w:ascii="Calibri" w:hAnsi="Calibri"/>
          <w:i/>
          <w:sz w:val="19"/>
        </w:rPr>
        <w:t>Formu</w:t>
      </w:r>
      <w:proofErr w:type="spellEnd"/>
      <w:r w:rsidR="007224DA">
        <w:rPr>
          <w:rFonts w:ascii="Calibri" w:hAnsi="Calibri"/>
          <w:i/>
          <w:sz w:val="19"/>
        </w:rPr>
        <w:t xml:space="preserve"> </w:t>
      </w:r>
      <w:proofErr w:type="spellStart"/>
      <w:r w:rsidR="00910180">
        <w:rPr>
          <w:rFonts w:ascii="Calibri" w:hAnsi="Calibri"/>
          <w:i/>
          <w:sz w:val="19"/>
        </w:rPr>
        <w:t>Kullanabilirsiniz</w:t>
      </w:r>
      <w:proofErr w:type="spellEnd"/>
      <w:r w:rsidR="00910180">
        <w:rPr>
          <w:rFonts w:ascii="Calibri" w:hAnsi="Calibri"/>
          <w:i/>
          <w:sz w:val="19"/>
        </w:rPr>
        <w:t>.</w:t>
      </w:r>
    </w:p>
    <w:tbl>
      <w:tblPr>
        <w:tblStyle w:val="TabloKlavuzu"/>
        <w:tblW w:w="14317" w:type="dxa"/>
        <w:tblInd w:w="-34" w:type="dxa"/>
        <w:tblLayout w:type="fixed"/>
        <w:tblLook w:val="04A0" w:firstRow="1" w:lastRow="0" w:firstColumn="1" w:lastColumn="0" w:noHBand="0" w:noVBand="1"/>
      </w:tblPr>
      <w:tblGrid>
        <w:gridCol w:w="432"/>
        <w:gridCol w:w="864"/>
        <w:gridCol w:w="2592"/>
        <w:gridCol w:w="864"/>
        <w:gridCol w:w="864"/>
        <w:gridCol w:w="864"/>
        <w:gridCol w:w="864"/>
        <w:gridCol w:w="864"/>
        <w:gridCol w:w="864"/>
        <w:gridCol w:w="864"/>
        <w:gridCol w:w="1008"/>
        <w:gridCol w:w="864"/>
        <w:gridCol w:w="864"/>
        <w:gridCol w:w="1645"/>
      </w:tblGrid>
      <w:tr w:rsidR="003C72B7" w:rsidRPr="003C72B7" w14:paraId="4BADD3C6" w14:textId="77777777" w:rsidTr="003E6F1C">
        <w:trPr>
          <w:tblHeader/>
        </w:trPr>
        <w:tc>
          <w:tcPr>
            <w:tcW w:w="432" w:type="dxa"/>
            <w:shd w:val="clear" w:color="auto" w:fill="1B365D"/>
          </w:tcPr>
          <w:p w14:paraId="56412F69" w14:textId="77777777" w:rsidR="00867C21" w:rsidRPr="003C72B7" w:rsidRDefault="00A14E1E">
            <w:pPr>
              <w:spacing w:before="40" w:after="40"/>
              <w:jc w:val="center"/>
              <w:rPr>
                <w:sz w:val="14"/>
                <w:szCs w:val="20"/>
              </w:rPr>
            </w:pPr>
            <w:r>
              <w:rPr>
                <w:rFonts w:ascii="Calibri" w:hAnsi="Calibri"/>
                <w:b/>
                <w:sz w:val="14"/>
                <w:szCs w:val="20"/>
              </w:rPr>
              <w:t>No</w:t>
            </w:r>
          </w:p>
        </w:tc>
        <w:tc>
          <w:tcPr>
            <w:tcW w:w="864" w:type="dxa"/>
            <w:shd w:val="clear" w:color="auto" w:fill="1B365D"/>
          </w:tcPr>
          <w:p w14:paraId="1DC4B9FF" w14:textId="77777777" w:rsidR="00867C21" w:rsidRPr="003C72B7" w:rsidRDefault="00A14E1E">
            <w:pPr>
              <w:spacing w:before="40" w:after="40"/>
              <w:jc w:val="center"/>
              <w:rPr>
                <w:sz w:val="14"/>
                <w:szCs w:val="20"/>
              </w:rPr>
            </w:pPr>
            <w:r>
              <w:rPr>
                <w:rFonts w:ascii="Calibri" w:hAnsi="Calibri"/>
                <w:b/>
                <w:sz w:val="14"/>
                <w:szCs w:val="20"/>
              </w:rPr>
              <w:t>Okul No</w:t>
            </w:r>
          </w:p>
        </w:tc>
        <w:tc>
          <w:tcPr>
            <w:tcW w:w="2592" w:type="dxa"/>
            <w:shd w:val="clear" w:color="auto" w:fill="1B365D"/>
          </w:tcPr>
          <w:p w14:paraId="1F201FDD" w14:textId="77777777" w:rsidR="00867C21" w:rsidRPr="003C72B7" w:rsidRDefault="00A14E1E">
            <w:pPr>
              <w:spacing w:before="40" w:after="40"/>
              <w:jc w:val="center"/>
              <w:rPr>
                <w:sz w:val="14"/>
                <w:szCs w:val="20"/>
              </w:rPr>
            </w:pPr>
            <w:r>
              <w:rPr>
                <w:rFonts w:ascii="Calibri" w:hAnsi="Calibri"/>
                <w:b/>
                <w:sz w:val="14"/>
                <w:szCs w:val="20"/>
              </w:rPr>
              <w:t>Öğrenci Adı Soyadı</w:t>
            </w:r>
          </w:p>
        </w:tc>
        <w:tc>
          <w:tcPr>
            <w:tcW w:w="864" w:type="dxa"/>
            <w:shd w:val="clear" w:color="auto" w:fill="1B365D"/>
          </w:tcPr>
          <w:p w14:paraId="2E732BEA" w14:textId="77777777" w:rsidR="00867C21" w:rsidRPr="003C72B7" w:rsidRDefault="00A14E1E">
            <w:pPr>
              <w:spacing w:before="40" w:after="40"/>
              <w:jc w:val="center"/>
              <w:rPr>
                <w:sz w:val="14"/>
                <w:szCs w:val="20"/>
              </w:rPr>
            </w:pPr>
            <w:r>
              <w:rPr>
                <w:rFonts w:ascii="Calibri" w:hAnsi="Calibri"/>
                <w:b/>
                <w:sz w:val="14"/>
                <w:szCs w:val="20"/>
              </w:rPr>
              <w:t>Sp (Speaking)</w:t>
            </w:r>
          </w:p>
        </w:tc>
        <w:tc>
          <w:tcPr>
            <w:tcW w:w="864" w:type="dxa"/>
            <w:shd w:val="clear" w:color="auto" w:fill="1B365D"/>
          </w:tcPr>
          <w:p w14:paraId="1368868E" w14:textId="77777777" w:rsidR="00867C21" w:rsidRPr="003C72B7" w:rsidRDefault="00A14E1E">
            <w:pPr>
              <w:spacing w:before="40" w:after="40"/>
              <w:jc w:val="center"/>
              <w:rPr>
                <w:sz w:val="14"/>
                <w:szCs w:val="20"/>
              </w:rPr>
            </w:pPr>
            <w:r>
              <w:rPr>
                <w:rFonts w:ascii="Calibri" w:hAnsi="Calibri"/>
                <w:b/>
                <w:sz w:val="14"/>
                <w:szCs w:val="20"/>
              </w:rPr>
              <w:t>Li (Listening)</w:t>
            </w:r>
          </w:p>
        </w:tc>
        <w:tc>
          <w:tcPr>
            <w:tcW w:w="864" w:type="dxa"/>
            <w:shd w:val="clear" w:color="auto" w:fill="1B365D"/>
          </w:tcPr>
          <w:p w14:paraId="2BFEA132" w14:textId="77777777" w:rsidR="00867C21" w:rsidRPr="003C72B7" w:rsidRDefault="00A14E1E">
            <w:pPr>
              <w:spacing w:before="40" w:after="40"/>
              <w:jc w:val="center"/>
              <w:rPr>
                <w:sz w:val="14"/>
                <w:szCs w:val="20"/>
              </w:rPr>
            </w:pPr>
            <w:r>
              <w:rPr>
                <w:rFonts w:ascii="Calibri" w:hAnsi="Calibri"/>
                <w:b/>
                <w:sz w:val="14"/>
                <w:szCs w:val="20"/>
              </w:rPr>
              <w:t>Re (Reading)</w:t>
            </w:r>
          </w:p>
        </w:tc>
        <w:tc>
          <w:tcPr>
            <w:tcW w:w="864" w:type="dxa"/>
            <w:shd w:val="clear" w:color="auto" w:fill="1B365D"/>
          </w:tcPr>
          <w:p w14:paraId="627ACA10" w14:textId="77777777" w:rsidR="00867C21" w:rsidRPr="003C72B7" w:rsidRDefault="00A14E1E">
            <w:pPr>
              <w:spacing w:before="40" w:after="40"/>
              <w:jc w:val="center"/>
              <w:rPr>
                <w:sz w:val="14"/>
                <w:szCs w:val="20"/>
              </w:rPr>
            </w:pPr>
            <w:r>
              <w:rPr>
                <w:rFonts w:ascii="Calibri" w:hAnsi="Calibri"/>
                <w:b/>
                <w:sz w:val="14"/>
                <w:szCs w:val="20"/>
              </w:rPr>
              <w:t>Wr (Writing)</w:t>
            </w:r>
          </w:p>
        </w:tc>
        <w:tc>
          <w:tcPr>
            <w:tcW w:w="864" w:type="dxa"/>
            <w:shd w:val="clear" w:color="auto" w:fill="1B365D"/>
          </w:tcPr>
          <w:p w14:paraId="1BA6ABEB" w14:textId="77777777" w:rsidR="00867C21" w:rsidRPr="003C72B7" w:rsidRDefault="00A14E1E">
            <w:pPr>
              <w:spacing w:before="40" w:after="40"/>
              <w:jc w:val="center"/>
              <w:rPr>
                <w:sz w:val="14"/>
                <w:szCs w:val="20"/>
              </w:rPr>
            </w:pPr>
            <w:r>
              <w:rPr>
                <w:rFonts w:ascii="Calibri" w:hAnsi="Calibri"/>
                <w:b/>
                <w:sz w:val="14"/>
                <w:szCs w:val="20"/>
              </w:rPr>
              <w:t>Voc (Vocabulary)</w:t>
            </w:r>
          </w:p>
        </w:tc>
        <w:tc>
          <w:tcPr>
            <w:tcW w:w="864" w:type="dxa"/>
            <w:shd w:val="clear" w:color="auto" w:fill="1B365D"/>
          </w:tcPr>
          <w:p w14:paraId="641E239F" w14:textId="77777777" w:rsidR="00867C21" w:rsidRPr="003C72B7" w:rsidRDefault="00A14E1E">
            <w:pPr>
              <w:spacing w:before="40" w:after="40"/>
              <w:jc w:val="center"/>
              <w:rPr>
                <w:sz w:val="14"/>
                <w:szCs w:val="20"/>
              </w:rPr>
            </w:pPr>
            <w:r>
              <w:rPr>
                <w:rFonts w:ascii="Calibri" w:hAnsi="Calibri"/>
                <w:b/>
                <w:sz w:val="14"/>
                <w:szCs w:val="20"/>
              </w:rPr>
              <w:t>Pr (Pronunciation)</w:t>
            </w:r>
          </w:p>
        </w:tc>
        <w:tc>
          <w:tcPr>
            <w:tcW w:w="864" w:type="dxa"/>
            <w:shd w:val="clear" w:color="auto" w:fill="1B365D"/>
          </w:tcPr>
          <w:p w14:paraId="73496F03" w14:textId="77777777" w:rsidR="00867C21" w:rsidRPr="003C72B7" w:rsidRDefault="00A14E1E">
            <w:pPr>
              <w:spacing w:before="40" w:after="40"/>
              <w:jc w:val="center"/>
              <w:rPr>
                <w:sz w:val="14"/>
                <w:szCs w:val="20"/>
              </w:rPr>
            </w:pPr>
            <w:r>
              <w:rPr>
                <w:rFonts w:ascii="Calibri" w:hAnsi="Calibri"/>
                <w:b/>
                <w:sz w:val="14"/>
                <w:szCs w:val="20"/>
              </w:rPr>
              <w:t>Gr (Grammar)</w:t>
            </w:r>
          </w:p>
        </w:tc>
        <w:tc>
          <w:tcPr>
            <w:tcW w:w="1008" w:type="dxa"/>
            <w:shd w:val="clear" w:color="auto" w:fill="1B365D"/>
          </w:tcPr>
          <w:p w14:paraId="6334C7A4" w14:textId="77777777" w:rsidR="00867C21" w:rsidRPr="003C72B7" w:rsidRDefault="00A14E1E">
            <w:pPr>
              <w:spacing w:before="40" w:after="40"/>
              <w:jc w:val="center"/>
              <w:rPr>
                <w:sz w:val="14"/>
                <w:szCs w:val="20"/>
              </w:rPr>
            </w:pPr>
            <w:r>
              <w:rPr>
                <w:rFonts w:ascii="Calibri" w:hAnsi="Calibri"/>
                <w:b/>
                <w:sz w:val="14"/>
                <w:szCs w:val="20"/>
              </w:rPr>
              <w:t>SELS (Sosyal-Duygusal)</w:t>
            </w:r>
          </w:p>
        </w:tc>
        <w:tc>
          <w:tcPr>
            <w:tcW w:w="864" w:type="dxa"/>
            <w:shd w:val="clear" w:color="auto" w:fill="1B365D"/>
          </w:tcPr>
          <w:p w14:paraId="7ADBBAA9" w14:textId="77777777" w:rsidR="00867C21" w:rsidRPr="003C72B7" w:rsidRDefault="00A14E1E">
            <w:pPr>
              <w:spacing w:before="40" w:after="40"/>
              <w:jc w:val="center"/>
              <w:rPr>
                <w:sz w:val="14"/>
                <w:szCs w:val="20"/>
              </w:rPr>
            </w:pPr>
            <w:r>
              <w:rPr>
                <w:rFonts w:ascii="Calibri" w:hAnsi="Calibri"/>
                <w:b/>
                <w:sz w:val="14"/>
                <w:szCs w:val="20"/>
              </w:rPr>
              <w:t>Val (Değerler)</w:t>
            </w:r>
          </w:p>
        </w:tc>
        <w:tc>
          <w:tcPr>
            <w:tcW w:w="864" w:type="dxa"/>
            <w:shd w:val="clear" w:color="auto" w:fill="1B365D"/>
          </w:tcPr>
          <w:p w14:paraId="5A94EEA9" w14:textId="77777777" w:rsidR="00867C21" w:rsidRPr="003C72B7" w:rsidRDefault="00A14E1E">
            <w:pPr>
              <w:spacing w:before="40" w:after="40"/>
              <w:jc w:val="center"/>
              <w:rPr>
                <w:sz w:val="14"/>
                <w:szCs w:val="20"/>
              </w:rPr>
            </w:pPr>
            <w:r>
              <w:rPr>
                <w:rFonts w:ascii="Calibri" w:hAnsi="Calibri"/>
                <w:b/>
                <w:sz w:val="14"/>
                <w:szCs w:val="20"/>
              </w:rPr>
              <w:t>Res (Sorumluluk/Effort)</w:t>
            </w:r>
          </w:p>
        </w:tc>
        <w:tc>
          <w:tcPr>
            <w:tcW w:w="1645" w:type="dxa"/>
            <w:shd w:val="clear" w:color="auto" w:fill="1B365D"/>
          </w:tcPr>
          <w:p w14:paraId="1E94C09C" w14:textId="77777777" w:rsidR="00867C21" w:rsidRPr="003C72B7" w:rsidRDefault="00A14E1E">
            <w:pPr>
              <w:spacing w:before="40" w:after="40"/>
              <w:jc w:val="center"/>
              <w:rPr>
                <w:sz w:val="14"/>
                <w:szCs w:val="20"/>
              </w:rPr>
            </w:pPr>
            <w:r>
              <w:rPr>
                <w:rFonts w:ascii="Calibri" w:hAnsi="Calibri"/>
                <w:b/>
                <w:sz w:val="14"/>
                <w:szCs w:val="20"/>
              </w:rPr>
              <w:t>Gözlemler / Observations</w:t>
            </w:r>
          </w:p>
        </w:tc>
      </w:tr>
      <w:tr w:rsidR="003C72B7" w:rsidRPr="003C72B7" w14:paraId="2FDD1F54" w14:textId="77777777" w:rsidTr="003E6F1C">
        <w:tc>
          <w:tcPr>
            <w:tcW w:w="432" w:type="dxa"/>
          </w:tcPr>
          <w:p w14:paraId="66A2281F" w14:textId="77777777" w:rsidR="00867C21" w:rsidRPr="003C72B7" w:rsidRDefault="00A14E1E">
            <w:pPr>
              <w:spacing w:before="40" w:after="40"/>
              <w:jc w:val="center"/>
            </w:pPr>
            <w:r>
              <w:rPr>
                <w:rFonts w:ascii="Calibri" w:hAnsi="Calibri"/>
                <w:sz w:val="16"/>
              </w:rPr>
              <w:t>1</w:t>
            </w:r>
          </w:p>
        </w:tc>
        <w:tc>
          <w:tcPr>
            <w:tcW w:w="864" w:type="dxa"/>
          </w:tcPr>
          <w:p w14:paraId="75EA1B41" w14:textId="4A6450F1" w:rsidR="00867C21" w:rsidRPr="003C72B7" w:rsidRDefault="00867C21">
            <w:pPr>
              <w:spacing w:before="40" w:after="40"/>
              <w:jc w:val="center"/>
            </w:pPr>
          </w:p>
        </w:tc>
        <w:tc>
          <w:tcPr>
            <w:tcW w:w="2592" w:type="dxa"/>
          </w:tcPr>
          <w:p w14:paraId="31247F54" w14:textId="05820778" w:rsidR="00867C21" w:rsidRPr="003C72B7" w:rsidRDefault="00867C21">
            <w:pPr>
              <w:spacing w:before="40" w:after="40"/>
            </w:pPr>
          </w:p>
        </w:tc>
        <w:tc>
          <w:tcPr>
            <w:tcW w:w="864" w:type="dxa"/>
          </w:tcPr>
          <w:p w14:paraId="603596F3" w14:textId="77777777" w:rsidR="00867C21" w:rsidRPr="003C72B7" w:rsidRDefault="00A14E1E">
            <w:pPr>
              <w:spacing w:before="40" w:after="40"/>
              <w:jc w:val="center"/>
            </w:pPr>
            <w:r>
              <w:rPr>
                <w:rFonts w:ascii="Calibri" w:hAnsi="Calibri"/>
                <w:sz w:val="14"/>
              </w:rPr>
              <w:t>★  ✔  ✚  ❢</w:t>
            </w:r>
          </w:p>
        </w:tc>
        <w:tc>
          <w:tcPr>
            <w:tcW w:w="864" w:type="dxa"/>
          </w:tcPr>
          <w:p w14:paraId="02ECD587" w14:textId="77777777" w:rsidR="00867C21" w:rsidRPr="003C72B7" w:rsidRDefault="00A14E1E">
            <w:pPr>
              <w:spacing w:before="40" w:after="40"/>
              <w:jc w:val="center"/>
            </w:pPr>
            <w:r>
              <w:rPr>
                <w:rFonts w:ascii="Calibri" w:hAnsi="Calibri"/>
                <w:sz w:val="14"/>
              </w:rPr>
              <w:t>★  ✔  ✚  ❢</w:t>
            </w:r>
          </w:p>
        </w:tc>
        <w:tc>
          <w:tcPr>
            <w:tcW w:w="864" w:type="dxa"/>
          </w:tcPr>
          <w:p w14:paraId="52C84913" w14:textId="77777777" w:rsidR="00867C21" w:rsidRPr="003C72B7" w:rsidRDefault="00A14E1E">
            <w:pPr>
              <w:spacing w:before="40" w:after="40"/>
              <w:jc w:val="center"/>
            </w:pPr>
            <w:r>
              <w:rPr>
                <w:rFonts w:ascii="Calibri" w:hAnsi="Calibri"/>
                <w:sz w:val="14"/>
              </w:rPr>
              <w:t>★  ✔  ✚  ❢</w:t>
            </w:r>
          </w:p>
        </w:tc>
        <w:tc>
          <w:tcPr>
            <w:tcW w:w="864" w:type="dxa"/>
          </w:tcPr>
          <w:p w14:paraId="68A83E1C" w14:textId="77777777" w:rsidR="00867C21" w:rsidRPr="003C72B7" w:rsidRDefault="00A14E1E">
            <w:pPr>
              <w:spacing w:before="40" w:after="40"/>
              <w:jc w:val="center"/>
            </w:pPr>
            <w:r>
              <w:rPr>
                <w:rFonts w:ascii="Calibri" w:hAnsi="Calibri"/>
                <w:sz w:val="14"/>
              </w:rPr>
              <w:t>★  ✔  ✚  ❢</w:t>
            </w:r>
          </w:p>
        </w:tc>
        <w:tc>
          <w:tcPr>
            <w:tcW w:w="864" w:type="dxa"/>
          </w:tcPr>
          <w:p w14:paraId="1963B1B5" w14:textId="77777777" w:rsidR="00867C21" w:rsidRPr="003C72B7" w:rsidRDefault="00A14E1E">
            <w:pPr>
              <w:spacing w:before="40" w:after="40"/>
              <w:jc w:val="center"/>
            </w:pPr>
            <w:r>
              <w:rPr>
                <w:rFonts w:ascii="Calibri" w:hAnsi="Calibri"/>
                <w:sz w:val="14"/>
              </w:rPr>
              <w:t>★  ✔  ✚  ❢</w:t>
            </w:r>
          </w:p>
        </w:tc>
        <w:tc>
          <w:tcPr>
            <w:tcW w:w="864" w:type="dxa"/>
          </w:tcPr>
          <w:p w14:paraId="20A5380F" w14:textId="77777777" w:rsidR="00867C21" w:rsidRPr="003C72B7" w:rsidRDefault="00A14E1E">
            <w:pPr>
              <w:spacing w:before="40" w:after="40"/>
              <w:jc w:val="center"/>
            </w:pPr>
            <w:r>
              <w:rPr>
                <w:rFonts w:ascii="Calibri" w:hAnsi="Calibri"/>
                <w:sz w:val="14"/>
              </w:rPr>
              <w:t>★  ✔  ✚  ❢</w:t>
            </w:r>
          </w:p>
        </w:tc>
        <w:tc>
          <w:tcPr>
            <w:tcW w:w="864" w:type="dxa"/>
          </w:tcPr>
          <w:p w14:paraId="7D645FFA" w14:textId="77777777" w:rsidR="00867C21" w:rsidRPr="003C72B7" w:rsidRDefault="00A14E1E">
            <w:pPr>
              <w:spacing w:before="40" w:after="40"/>
              <w:jc w:val="center"/>
            </w:pPr>
            <w:r>
              <w:rPr>
                <w:rFonts w:ascii="Calibri" w:hAnsi="Calibri"/>
                <w:sz w:val="14"/>
              </w:rPr>
              <w:t>★  ✔  ✚  ❢</w:t>
            </w:r>
          </w:p>
        </w:tc>
        <w:tc>
          <w:tcPr>
            <w:tcW w:w="1008" w:type="dxa"/>
          </w:tcPr>
          <w:p w14:paraId="0EC2F36F" w14:textId="77777777" w:rsidR="00867C21" w:rsidRPr="003C72B7" w:rsidRDefault="00A14E1E">
            <w:pPr>
              <w:spacing w:before="40" w:after="40"/>
              <w:jc w:val="center"/>
            </w:pPr>
            <w:r>
              <w:rPr>
                <w:rFonts w:ascii="Calibri" w:hAnsi="Calibri"/>
                <w:sz w:val="14"/>
              </w:rPr>
              <w:t>★  ✔  ✚  ❢</w:t>
            </w:r>
          </w:p>
        </w:tc>
        <w:tc>
          <w:tcPr>
            <w:tcW w:w="864" w:type="dxa"/>
          </w:tcPr>
          <w:p w14:paraId="6801954E" w14:textId="77777777" w:rsidR="00867C21" w:rsidRPr="003C72B7" w:rsidRDefault="00A14E1E">
            <w:pPr>
              <w:spacing w:before="40" w:after="40"/>
              <w:jc w:val="center"/>
            </w:pPr>
            <w:r>
              <w:rPr>
                <w:rFonts w:ascii="Calibri" w:hAnsi="Calibri"/>
                <w:sz w:val="14"/>
              </w:rPr>
              <w:t>★  ✔  ✚  ❢</w:t>
            </w:r>
          </w:p>
        </w:tc>
        <w:tc>
          <w:tcPr>
            <w:tcW w:w="864" w:type="dxa"/>
          </w:tcPr>
          <w:p w14:paraId="1FC9C314" w14:textId="77777777" w:rsidR="00867C21" w:rsidRPr="003C72B7" w:rsidRDefault="00A14E1E">
            <w:pPr>
              <w:spacing w:before="40" w:after="40"/>
              <w:jc w:val="center"/>
            </w:pPr>
            <w:r>
              <w:rPr>
                <w:rFonts w:ascii="Calibri" w:hAnsi="Calibri"/>
                <w:sz w:val="14"/>
              </w:rPr>
              <w:t>★  ✔  ✚  ❢</w:t>
            </w:r>
          </w:p>
        </w:tc>
        <w:tc>
          <w:tcPr>
            <w:tcW w:w="1645" w:type="dxa"/>
          </w:tcPr>
          <w:p w14:paraId="1A4DA5C4" w14:textId="77777777" w:rsidR="00867C21" w:rsidRPr="003C72B7" w:rsidRDefault="00867C21">
            <w:pPr>
              <w:spacing w:before="40" w:after="40"/>
            </w:pPr>
          </w:p>
        </w:tc>
      </w:tr>
      <w:tr w:rsidR="003C72B7" w:rsidRPr="003C72B7" w14:paraId="2CA2DE01" w14:textId="77777777" w:rsidTr="003E6F1C">
        <w:tc>
          <w:tcPr>
            <w:tcW w:w="432" w:type="dxa"/>
            <w:shd w:val="clear" w:color="auto" w:fill="F2F4F7"/>
          </w:tcPr>
          <w:p w14:paraId="5107AC29" w14:textId="77777777" w:rsidR="00867C21" w:rsidRPr="003C72B7" w:rsidRDefault="00A14E1E">
            <w:pPr>
              <w:spacing w:before="40" w:after="40"/>
              <w:jc w:val="center"/>
            </w:pPr>
            <w:r>
              <w:rPr>
                <w:rFonts w:ascii="Calibri" w:hAnsi="Calibri"/>
                <w:sz w:val="16"/>
              </w:rPr>
              <w:t>2</w:t>
            </w:r>
          </w:p>
        </w:tc>
        <w:tc>
          <w:tcPr>
            <w:tcW w:w="864" w:type="dxa"/>
            <w:shd w:val="clear" w:color="auto" w:fill="F2F4F7"/>
          </w:tcPr>
          <w:p w14:paraId="2E648826" w14:textId="686538DE" w:rsidR="00867C21" w:rsidRPr="003C72B7" w:rsidRDefault="00867C21">
            <w:pPr>
              <w:spacing w:before="40" w:after="40"/>
              <w:jc w:val="center"/>
            </w:pPr>
          </w:p>
        </w:tc>
        <w:tc>
          <w:tcPr>
            <w:tcW w:w="2592" w:type="dxa"/>
            <w:shd w:val="clear" w:color="auto" w:fill="F2F4F7"/>
          </w:tcPr>
          <w:p w14:paraId="61C7D8D1" w14:textId="0E439849" w:rsidR="00867C21" w:rsidRPr="003C72B7" w:rsidRDefault="00867C21">
            <w:pPr>
              <w:spacing w:before="40" w:after="40"/>
            </w:pPr>
          </w:p>
        </w:tc>
        <w:tc>
          <w:tcPr>
            <w:tcW w:w="864" w:type="dxa"/>
            <w:shd w:val="clear" w:color="auto" w:fill="F2F4F7"/>
          </w:tcPr>
          <w:p w14:paraId="4AD5C0E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556959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5B4BD3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CC6D4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A8A204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0042C1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B1B428B"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3FD4BB7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F27BBE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261B085"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8BD98FC" w14:textId="77777777" w:rsidR="00867C21" w:rsidRPr="003C72B7" w:rsidRDefault="00867C21">
            <w:pPr>
              <w:spacing w:before="40" w:after="40"/>
            </w:pPr>
          </w:p>
        </w:tc>
      </w:tr>
      <w:tr w:rsidR="003C72B7" w:rsidRPr="003C72B7" w14:paraId="7F23BEA1" w14:textId="77777777" w:rsidTr="003E6F1C">
        <w:tc>
          <w:tcPr>
            <w:tcW w:w="432" w:type="dxa"/>
          </w:tcPr>
          <w:p w14:paraId="7F2B99C3" w14:textId="77777777" w:rsidR="00867C21" w:rsidRPr="003C72B7" w:rsidRDefault="00A14E1E">
            <w:pPr>
              <w:spacing w:before="40" w:after="40"/>
              <w:jc w:val="center"/>
            </w:pPr>
            <w:r>
              <w:rPr>
                <w:rFonts w:ascii="Calibri" w:hAnsi="Calibri"/>
                <w:sz w:val="16"/>
              </w:rPr>
              <w:t>3</w:t>
            </w:r>
          </w:p>
        </w:tc>
        <w:tc>
          <w:tcPr>
            <w:tcW w:w="864" w:type="dxa"/>
          </w:tcPr>
          <w:p w14:paraId="46B6C008" w14:textId="02D6693D" w:rsidR="00867C21" w:rsidRPr="003C72B7" w:rsidRDefault="00867C21">
            <w:pPr>
              <w:spacing w:before="40" w:after="40"/>
              <w:jc w:val="center"/>
            </w:pPr>
          </w:p>
        </w:tc>
        <w:tc>
          <w:tcPr>
            <w:tcW w:w="2592" w:type="dxa"/>
          </w:tcPr>
          <w:p w14:paraId="6BF1C5D9" w14:textId="5235D0C1" w:rsidR="00867C21" w:rsidRPr="003C72B7" w:rsidRDefault="00867C21">
            <w:pPr>
              <w:spacing w:before="40" w:after="40"/>
            </w:pPr>
          </w:p>
        </w:tc>
        <w:tc>
          <w:tcPr>
            <w:tcW w:w="864" w:type="dxa"/>
          </w:tcPr>
          <w:p w14:paraId="354018F5" w14:textId="77777777" w:rsidR="00867C21" w:rsidRPr="003C72B7" w:rsidRDefault="00A14E1E">
            <w:pPr>
              <w:spacing w:before="40" w:after="40"/>
              <w:jc w:val="center"/>
            </w:pPr>
            <w:r>
              <w:rPr>
                <w:rFonts w:ascii="Calibri" w:hAnsi="Calibri"/>
                <w:sz w:val="14"/>
              </w:rPr>
              <w:t>★  ✔  ✚  ❢</w:t>
            </w:r>
          </w:p>
        </w:tc>
        <w:tc>
          <w:tcPr>
            <w:tcW w:w="864" w:type="dxa"/>
          </w:tcPr>
          <w:p w14:paraId="770A440B" w14:textId="77777777" w:rsidR="00867C21" w:rsidRPr="003C72B7" w:rsidRDefault="00A14E1E">
            <w:pPr>
              <w:spacing w:before="40" w:after="40"/>
              <w:jc w:val="center"/>
            </w:pPr>
            <w:r>
              <w:rPr>
                <w:rFonts w:ascii="Calibri" w:hAnsi="Calibri"/>
                <w:sz w:val="14"/>
              </w:rPr>
              <w:t>★  ✔  ✚  ❢</w:t>
            </w:r>
          </w:p>
        </w:tc>
        <w:tc>
          <w:tcPr>
            <w:tcW w:w="864" w:type="dxa"/>
          </w:tcPr>
          <w:p w14:paraId="5FE1606A" w14:textId="77777777" w:rsidR="00867C21" w:rsidRPr="003C72B7" w:rsidRDefault="00A14E1E">
            <w:pPr>
              <w:spacing w:before="40" w:after="40"/>
              <w:jc w:val="center"/>
            </w:pPr>
            <w:r>
              <w:rPr>
                <w:rFonts w:ascii="Calibri" w:hAnsi="Calibri"/>
                <w:sz w:val="14"/>
              </w:rPr>
              <w:t>★  ✔  ✚  ❢</w:t>
            </w:r>
          </w:p>
        </w:tc>
        <w:tc>
          <w:tcPr>
            <w:tcW w:w="864" w:type="dxa"/>
          </w:tcPr>
          <w:p w14:paraId="643CBD9D" w14:textId="77777777" w:rsidR="00867C21" w:rsidRPr="003C72B7" w:rsidRDefault="00A14E1E">
            <w:pPr>
              <w:spacing w:before="40" w:after="40"/>
              <w:jc w:val="center"/>
            </w:pPr>
            <w:r>
              <w:rPr>
                <w:rFonts w:ascii="Calibri" w:hAnsi="Calibri"/>
                <w:sz w:val="14"/>
              </w:rPr>
              <w:t>★  ✔  ✚  ❢</w:t>
            </w:r>
          </w:p>
        </w:tc>
        <w:tc>
          <w:tcPr>
            <w:tcW w:w="864" w:type="dxa"/>
          </w:tcPr>
          <w:p w14:paraId="09431A96" w14:textId="77777777" w:rsidR="00867C21" w:rsidRPr="003C72B7" w:rsidRDefault="00A14E1E">
            <w:pPr>
              <w:spacing w:before="40" w:after="40"/>
              <w:jc w:val="center"/>
            </w:pPr>
            <w:r>
              <w:rPr>
                <w:rFonts w:ascii="Calibri" w:hAnsi="Calibri"/>
                <w:sz w:val="14"/>
              </w:rPr>
              <w:t>★  ✔  ✚  ❢</w:t>
            </w:r>
          </w:p>
        </w:tc>
        <w:tc>
          <w:tcPr>
            <w:tcW w:w="864" w:type="dxa"/>
          </w:tcPr>
          <w:p w14:paraId="6E5FAB34" w14:textId="77777777" w:rsidR="00867C21" w:rsidRPr="003C72B7" w:rsidRDefault="00A14E1E">
            <w:pPr>
              <w:spacing w:before="40" w:after="40"/>
              <w:jc w:val="center"/>
            </w:pPr>
            <w:r>
              <w:rPr>
                <w:rFonts w:ascii="Calibri" w:hAnsi="Calibri"/>
                <w:sz w:val="14"/>
              </w:rPr>
              <w:t>★  ✔  ✚  ❢</w:t>
            </w:r>
          </w:p>
        </w:tc>
        <w:tc>
          <w:tcPr>
            <w:tcW w:w="864" w:type="dxa"/>
          </w:tcPr>
          <w:p w14:paraId="6737EB5D" w14:textId="77777777" w:rsidR="00867C21" w:rsidRPr="003C72B7" w:rsidRDefault="00A14E1E">
            <w:pPr>
              <w:spacing w:before="40" w:after="40"/>
              <w:jc w:val="center"/>
            </w:pPr>
            <w:r>
              <w:rPr>
                <w:rFonts w:ascii="Calibri" w:hAnsi="Calibri"/>
                <w:sz w:val="14"/>
              </w:rPr>
              <w:t>★  ✔  ✚  ❢</w:t>
            </w:r>
          </w:p>
        </w:tc>
        <w:tc>
          <w:tcPr>
            <w:tcW w:w="1008" w:type="dxa"/>
          </w:tcPr>
          <w:p w14:paraId="674D4A31" w14:textId="77777777" w:rsidR="00867C21" w:rsidRPr="003C72B7" w:rsidRDefault="00A14E1E">
            <w:pPr>
              <w:spacing w:before="40" w:after="40"/>
              <w:jc w:val="center"/>
            </w:pPr>
            <w:r>
              <w:rPr>
                <w:rFonts w:ascii="Calibri" w:hAnsi="Calibri"/>
                <w:sz w:val="14"/>
              </w:rPr>
              <w:t>★  ✔  ✚  ❢</w:t>
            </w:r>
          </w:p>
        </w:tc>
        <w:tc>
          <w:tcPr>
            <w:tcW w:w="864" w:type="dxa"/>
          </w:tcPr>
          <w:p w14:paraId="1B2419DD" w14:textId="77777777" w:rsidR="00867C21" w:rsidRPr="003C72B7" w:rsidRDefault="00A14E1E">
            <w:pPr>
              <w:spacing w:before="40" w:after="40"/>
              <w:jc w:val="center"/>
            </w:pPr>
            <w:r>
              <w:rPr>
                <w:rFonts w:ascii="Calibri" w:hAnsi="Calibri"/>
                <w:sz w:val="14"/>
              </w:rPr>
              <w:t>★  ✔  ✚  ❢</w:t>
            </w:r>
          </w:p>
        </w:tc>
        <w:tc>
          <w:tcPr>
            <w:tcW w:w="864" w:type="dxa"/>
          </w:tcPr>
          <w:p w14:paraId="5300E184" w14:textId="77777777" w:rsidR="00867C21" w:rsidRPr="003C72B7" w:rsidRDefault="00A14E1E">
            <w:pPr>
              <w:spacing w:before="40" w:after="40"/>
              <w:jc w:val="center"/>
            </w:pPr>
            <w:r>
              <w:rPr>
                <w:rFonts w:ascii="Calibri" w:hAnsi="Calibri"/>
                <w:sz w:val="14"/>
              </w:rPr>
              <w:t>★  ✔  ✚  ❢</w:t>
            </w:r>
          </w:p>
        </w:tc>
        <w:tc>
          <w:tcPr>
            <w:tcW w:w="1645" w:type="dxa"/>
          </w:tcPr>
          <w:p w14:paraId="63D86190" w14:textId="77777777" w:rsidR="00867C21" w:rsidRPr="003C72B7" w:rsidRDefault="00867C21">
            <w:pPr>
              <w:spacing w:before="40" w:after="40"/>
            </w:pPr>
          </w:p>
        </w:tc>
      </w:tr>
      <w:tr w:rsidR="003C72B7" w:rsidRPr="003C72B7" w14:paraId="7D98BA30" w14:textId="77777777" w:rsidTr="003E6F1C">
        <w:tc>
          <w:tcPr>
            <w:tcW w:w="432" w:type="dxa"/>
            <w:shd w:val="clear" w:color="auto" w:fill="F2F4F7"/>
          </w:tcPr>
          <w:p w14:paraId="19552738" w14:textId="77777777" w:rsidR="00867C21" w:rsidRPr="003C72B7" w:rsidRDefault="00A14E1E">
            <w:pPr>
              <w:spacing w:before="40" w:after="40"/>
              <w:jc w:val="center"/>
            </w:pPr>
            <w:r>
              <w:rPr>
                <w:rFonts w:ascii="Calibri" w:hAnsi="Calibri"/>
                <w:sz w:val="16"/>
              </w:rPr>
              <w:t>4</w:t>
            </w:r>
          </w:p>
        </w:tc>
        <w:tc>
          <w:tcPr>
            <w:tcW w:w="864" w:type="dxa"/>
            <w:shd w:val="clear" w:color="auto" w:fill="F2F4F7"/>
          </w:tcPr>
          <w:p w14:paraId="72CE4537" w14:textId="768FF0CB" w:rsidR="00867C21" w:rsidRPr="003C72B7" w:rsidRDefault="00867C21">
            <w:pPr>
              <w:spacing w:before="40" w:after="40"/>
              <w:jc w:val="center"/>
            </w:pPr>
          </w:p>
        </w:tc>
        <w:tc>
          <w:tcPr>
            <w:tcW w:w="2592" w:type="dxa"/>
            <w:shd w:val="clear" w:color="auto" w:fill="F2F4F7"/>
          </w:tcPr>
          <w:p w14:paraId="6E423FD2" w14:textId="75966AB4" w:rsidR="00867C21" w:rsidRPr="003C72B7" w:rsidRDefault="00867C21">
            <w:pPr>
              <w:spacing w:before="40" w:after="40"/>
            </w:pPr>
          </w:p>
        </w:tc>
        <w:tc>
          <w:tcPr>
            <w:tcW w:w="864" w:type="dxa"/>
            <w:shd w:val="clear" w:color="auto" w:fill="F2F4F7"/>
          </w:tcPr>
          <w:p w14:paraId="7E974A6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D0E600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B85F9A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DC8509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8C89CA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2F814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0802265"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EB431D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1E7F07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0042B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270B751E" w14:textId="77777777" w:rsidR="00867C21" w:rsidRPr="003C72B7" w:rsidRDefault="00867C21">
            <w:pPr>
              <w:spacing w:before="40" w:after="40"/>
            </w:pPr>
          </w:p>
        </w:tc>
      </w:tr>
      <w:tr w:rsidR="003C72B7" w:rsidRPr="003C72B7" w14:paraId="60246B43" w14:textId="77777777" w:rsidTr="003E6F1C">
        <w:tc>
          <w:tcPr>
            <w:tcW w:w="432" w:type="dxa"/>
          </w:tcPr>
          <w:p w14:paraId="672BCFC7" w14:textId="77777777" w:rsidR="00867C21" w:rsidRPr="003C72B7" w:rsidRDefault="00A14E1E">
            <w:pPr>
              <w:spacing w:before="40" w:after="40"/>
              <w:jc w:val="center"/>
            </w:pPr>
            <w:r>
              <w:rPr>
                <w:rFonts w:ascii="Calibri" w:hAnsi="Calibri"/>
                <w:sz w:val="16"/>
              </w:rPr>
              <w:t>5</w:t>
            </w:r>
          </w:p>
        </w:tc>
        <w:tc>
          <w:tcPr>
            <w:tcW w:w="864" w:type="dxa"/>
          </w:tcPr>
          <w:p w14:paraId="16CEE760" w14:textId="0B159F53" w:rsidR="00867C21" w:rsidRPr="003C72B7" w:rsidRDefault="00867C21">
            <w:pPr>
              <w:spacing w:before="40" w:after="40"/>
              <w:jc w:val="center"/>
            </w:pPr>
          </w:p>
        </w:tc>
        <w:tc>
          <w:tcPr>
            <w:tcW w:w="2592" w:type="dxa"/>
          </w:tcPr>
          <w:p w14:paraId="1A8F1ECD" w14:textId="26887F7E" w:rsidR="00867C21" w:rsidRPr="003C72B7" w:rsidRDefault="00867C21">
            <w:pPr>
              <w:spacing w:before="40" w:after="40"/>
            </w:pPr>
          </w:p>
        </w:tc>
        <w:tc>
          <w:tcPr>
            <w:tcW w:w="864" w:type="dxa"/>
          </w:tcPr>
          <w:p w14:paraId="7F9D588A" w14:textId="77777777" w:rsidR="00867C21" w:rsidRPr="003C72B7" w:rsidRDefault="00A14E1E">
            <w:pPr>
              <w:spacing w:before="40" w:after="40"/>
              <w:jc w:val="center"/>
            </w:pPr>
            <w:r>
              <w:rPr>
                <w:rFonts w:ascii="Calibri" w:hAnsi="Calibri"/>
                <w:sz w:val="14"/>
              </w:rPr>
              <w:t>★  ✔  ✚  ❢</w:t>
            </w:r>
          </w:p>
        </w:tc>
        <w:tc>
          <w:tcPr>
            <w:tcW w:w="864" w:type="dxa"/>
          </w:tcPr>
          <w:p w14:paraId="525A9D91" w14:textId="77777777" w:rsidR="00867C21" w:rsidRPr="003C72B7" w:rsidRDefault="00A14E1E">
            <w:pPr>
              <w:spacing w:before="40" w:after="40"/>
              <w:jc w:val="center"/>
            </w:pPr>
            <w:r>
              <w:rPr>
                <w:rFonts w:ascii="Calibri" w:hAnsi="Calibri"/>
                <w:sz w:val="14"/>
              </w:rPr>
              <w:t>★  ✔  ✚  ❢</w:t>
            </w:r>
          </w:p>
        </w:tc>
        <w:tc>
          <w:tcPr>
            <w:tcW w:w="864" w:type="dxa"/>
          </w:tcPr>
          <w:p w14:paraId="795BB231" w14:textId="77777777" w:rsidR="00867C21" w:rsidRPr="003C72B7" w:rsidRDefault="00A14E1E">
            <w:pPr>
              <w:spacing w:before="40" w:after="40"/>
              <w:jc w:val="center"/>
            </w:pPr>
            <w:r>
              <w:rPr>
                <w:rFonts w:ascii="Calibri" w:hAnsi="Calibri"/>
                <w:sz w:val="14"/>
              </w:rPr>
              <w:t>★  ✔  ✚  ❢</w:t>
            </w:r>
          </w:p>
        </w:tc>
        <w:tc>
          <w:tcPr>
            <w:tcW w:w="864" w:type="dxa"/>
          </w:tcPr>
          <w:p w14:paraId="4DCFFEEE" w14:textId="77777777" w:rsidR="00867C21" w:rsidRPr="003C72B7" w:rsidRDefault="00A14E1E">
            <w:pPr>
              <w:spacing w:before="40" w:after="40"/>
              <w:jc w:val="center"/>
            </w:pPr>
            <w:r>
              <w:rPr>
                <w:rFonts w:ascii="Calibri" w:hAnsi="Calibri"/>
                <w:sz w:val="14"/>
              </w:rPr>
              <w:t>★  ✔  ✚  ❢</w:t>
            </w:r>
          </w:p>
        </w:tc>
        <w:tc>
          <w:tcPr>
            <w:tcW w:w="864" w:type="dxa"/>
          </w:tcPr>
          <w:p w14:paraId="3F73D77D" w14:textId="77777777" w:rsidR="00867C21" w:rsidRPr="003C72B7" w:rsidRDefault="00A14E1E">
            <w:pPr>
              <w:spacing w:before="40" w:after="40"/>
              <w:jc w:val="center"/>
            </w:pPr>
            <w:r>
              <w:rPr>
                <w:rFonts w:ascii="Calibri" w:hAnsi="Calibri"/>
                <w:sz w:val="14"/>
              </w:rPr>
              <w:t>★  ✔  ✚  ❢</w:t>
            </w:r>
          </w:p>
        </w:tc>
        <w:tc>
          <w:tcPr>
            <w:tcW w:w="864" w:type="dxa"/>
          </w:tcPr>
          <w:p w14:paraId="5A1EA6E2" w14:textId="77777777" w:rsidR="00867C21" w:rsidRPr="003C72B7" w:rsidRDefault="00A14E1E">
            <w:pPr>
              <w:spacing w:before="40" w:after="40"/>
              <w:jc w:val="center"/>
            </w:pPr>
            <w:r>
              <w:rPr>
                <w:rFonts w:ascii="Calibri" w:hAnsi="Calibri"/>
                <w:sz w:val="14"/>
              </w:rPr>
              <w:t>★  ✔  ✚  ❢</w:t>
            </w:r>
          </w:p>
        </w:tc>
        <w:tc>
          <w:tcPr>
            <w:tcW w:w="864" w:type="dxa"/>
          </w:tcPr>
          <w:p w14:paraId="64F50916" w14:textId="77777777" w:rsidR="00867C21" w:rsidRPr="003C72B7" w:rsidRDefault="00A14E1E">
            <w:pPr>
              <w:spacing w:before="40" w:after="40"/>
              <w:jc w:val="center"/>
            </w:pPr>
            <w:r>
              <w:rPr>
                <w:rFonts w:ascii="Calibri" w:hAnsi="Calibri"/>
                <w:sz w:val="14"/>
              </w:rPr>
              <w:t>★  ✔  ✚  ❢</w:t>
            </w:r>
          </w:p>
        </w:tc>
        <w:tc>
          <w:tcPr>
            <w:tcW w:w="1008" w:type="dxa"/>
          </w:tcPr>
          <w:p w14:paraId="276A7ACB" w14:textId="77777777" w:rsidR="00867C21" w:rsidRPr="003C72B7" w:rsidRDefault="00A14E1E">
            <w:pPr>
              <w:spacing w:before="40" w:after="40"/>
              <w:jc w:val="center"/>
            </w:pPr>
            <w:r>
              <w:rPr>
                <w:rFonts w:ascii="Calibri" w:hAnsi="Calibri"/>
                <w:sz w:val="14"/>
              </w:rPr>
              <w:t>★  ✔  ✚  ❢</w:t>
            </w:r>
          </w:p>
        </w:tc>
        <w:tc>
          <w:tcPr>
            <w:tcW w:w="864" w:type="dxa"/>
          </w:tcPr>
          <w:p w14:paraId="3AF58381" w14:textId="77777777" w:rsidR="00867C21" w:rsidRPr="003C72B7" w:rsidRDefault="00A14E1E">
            <w:pPr>
              <w:spacing w:before="40" w:after="40"/>
              <w:jc w:val="center"/>
            </w:pPr>
            <w:r>
              <w:rPr>
                <w:rFonts w:ascii="Calibri" w:hAnsi="Calibri"/>
                <w:sz w:val="14"/>
              </w:rPr>
              <w:t>★  ✔  ✚  ❢</w:t>
            </w:r>
          </w:p>
        </w:tc>
        <w:tc>
          <w:tcPr>
            <w:tcW w:w="864" w:type="dxa"/>
          </w:tcPr>
          <w:p w14:paraId="77C2C9D2" w14:textId="77777777" w:rsidR="00867C21" w:rsidRPr="003C72B7" w:rsidRDefault="00A14E1E">
            <w:pPr>
              <w:spacing w:before="40" w:after="40"/>
              <w:jc w:val="center"/>
            </w:pPr>
            <w:r>
              <w:rPr>
                <w:rFonts w:ascii="Calibri" w:hAnsi="Calibri"/>
                <w:sz w:val="14"/>
              </w:rPr>
              <w:t>★  ✔  ✚  ❢</w:t>
            </w:r>
          </w:p>
        </w:tc>
        <w:tc>
          <w:tcPr>
            <w:tcW w:w="1645" w:type="dxa"/>
          </w:tcPr>
          <w:p w14:paraId="06C574F4" w14:textId="77777777" w:rsidR="00867C21" w:rsidRPr="003C72B7" w:rsidRDefault="00867C21">
            <w:pPr>
              <w:spacing w:before="40" w:after="40"/>
            </w:pPr>
          </w:p>
        </w:tc>
      </w:tr>
      <w:tr w:rsidR="003C72B7" w:rsidRPr="003C72B7" w14:paraId="1E89FCC4" w14:textId="77777777" w:rsidTr="003E6F1C">
        <w:tc>
          <w:tcPr>
            <w:tcW w:w="432" w:type="dxa"/>
            <w:shd w:val="clear" w:color="auto" w:fill="F2F4F7"/>
          </w:tcPr>
          <w:p w14:paraId="7033D323" w14:textId="77777777" w:rsidR="00867C21" w:rsidRPr="003C72B7" w:rsidRDefault="00A14E1E">
            <w:pPr>
              <w:spacing w:before="40" w:after="40"/>
              <w:jc w:val="center"/>
            </w:pPr>
            <w:r>
              <w:rPr>
                <w:rFonts w:ascii="Calibri" w:hAnsi="Calibri"/>
                <w:sz w:val="16"/>
              </w:rPr>
              <w:t>6</w:t>
            </w:r>
          </w:p>
        </w:tc>
        <w:tc>
          <w:tcPr>
            <w:tcW w:w="864" w:type="dxa"/>
            <w:shd w:val="clear" w:color="auto" w:fill="F2F4F7"/>
          </w:tcPr>
          <w:p w14:paraId="0F37D1D7" w14:textId="578DFC35" w:rsidR="00867C21" w:rsidRPr="003C72B7" w:rsidRDefault="00867C21">
            <w:pPr>
              <w:spacing w:before="40" w:after="40"/>
              <w:jc w:val="center"/>
            </w:pPr>
          </w:p>
        </w:tc>
        <w:tc>
          <w:tcPr>
            <w:tcW w:w="2592" w:type="dxa"/>
            <w:shd w:val="clear" w:color="auto" w:fill="F2F4F7"/>
          </w:tcPr>
          <w:p w14:paraId="6B79DCC6" w14:textId="5D8FC13D" w:rsidR="00867C21" w:rsidRPr="003C72B7" w:rsidRDefault="00867C21">
            <w:pPr>
              <w:spacing w:before="40" w:after="40"/>
            </w:pPr>
          </w:p>
        </w:tc>
        <w:tc>
          <w:tcPr>
            <w:tcW w:w="864" w:type="dxa"/>
            <w:shd w:val="clear" w:color="auto" w:fill="F2F4F7"/>
          </w:tcPr>
          <w:p w14:paraId="3D17968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F7C4E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849299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9CE03C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F74261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5E6F62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87F4622"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75B2771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A90A1E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99FD2E3"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036A429C" w14:textId="77777777" w:rsidR="00867C21" w:rsidRPr="003C72B7" w:rsidRDefault="00867C21">
            <w:pPr>
              <w:spacing w:before="40" w:after="40"/>
            </w:pPr>
          </w:p>
        </w:tc>
      </w:tr>
      <w:tr w:rsidR="003C72B7" w:rsidRPr="003C72B7" w14:paraId="30F81771" w14:textId="77777777" w:rsidTr="003E6F1C">
        <w:tc>
          <w:tcPr>
            <w:tcW w:w="432" w:type="dxa"/>
          </w:tcPr>
          <w:p w14:paraId="2EB2B77B" w14:textId="77777777" w:rsidR="00867C21" w:rsidRPr="003C72B7" w:rsidRDefault="00A14E1E">
            <w:pPr>
              <w:spacing w:before="40" w:after="40"/>
              <w:jc w:val="center"/>
            </w:pPr>
            <w:r>
              <w:rPr>
                <w:rFonts w:ascii="Calibri" w:hAnsi="Calibri"/>
                <w:sz w:val="16"/>
              </w:rPr>
              <w:t>7</w:t>
            </w:r>
          </w:p>
        </w:tc>
        <w:tc>
          <w:tcPr>
            <w:tcW w:w="864" w:type="dxa"/>
          </w:tcPr>
          <w:p w14:paraId="1935C014" w14:textId="7D115AE9" w:rsidR="00867C21" w:rsidRPr="003C72B7" w:rsidRDefault="00867C21">
            <w:pPr>
              <w:spacing w:before="40" w:after="40"/>
              <w:jc w:val="center"/>
            </w:pPr>
          </w:p>
        </w:tc>
        <w:tc>
          <w:tcPr>
            <w:tcW w:w="2592" w:type="dxa"/>
          </w:tcPr>
          <w:p w14:paraId="3E16834D" w14:textId="6EF53166" w:rsidR="00867C21" w:rsidRPr="003C72B7" w:rsidRDefault="00867C21">
            <w:pPr>
              <w:spacing w:before="40" w:after="40"/>
            </w:pPr>
          </w:p>
        </w:tc>
        <w:tc>
          <w:tcPr>
            <w:tcW w:w="864" w:type="dxa"/>
          </w:tcPr>
          <w:p w14:paraId="00B7F81E" w14:textId="77777777" w:rsidR="00867C21" w:rsidRPr="003C72B7" w:rsidRDefault="00A14E1E">
            <w:pPr>
              <w:spacing w:before="40" w:after="40"/>
              <w:jc w:val="center"/>
            </w:pPr>
            <w:r>
              <w:rPr>
                <w:rFonts w:ascii="Calibri" w:hAnsi="Calibri"/>
                <w:sz w:val="14"/>
              </w:rPr>
              <w:t>★  ✔  ✚  ❢</w:t>
            </w:r>
          </w:p>
        </w:tc>
        <w:tc>
          <w:tcPr>
            <w:tcW w:w="864" w:type="dxa"/>
          </w:tcPr>
          <w:p w14:paraId="2CB653E4" w14:textId="77777777" w:rsidR="00867C21" w:rsidRPr="003C72B7" w:rsidRDefault="00A14E1E">
            <w:pPr>
              <w:spacing w:before="40" w:after="40"/>
              <w:jc w:val="center"/>
            </w:pPr>
            <w:r>
              <w:rPr>
                <w:rFonts w:ascii="Calibri" w:hAnsi="Calibri"/>
                <w:sz w:val="14"/>
              </w:rPr>
              <w:t>★  ✔  ✚  ❢</w:t>
            </w:r>
          </w:p>
        </w:tc>
        <w:tc>
          <w:tcPr>
            <w:tcW w:w="864" w:type="dxa"/>
          </w:tcPr>
          <w:p w14:paraId="69BD261F" w14:textId="77777777" w:rsidR="00867C21" w:rsidRPr="003C72B7" w:rsidRDefault="00A14E1E">
            <w:pPr>
              <w:spacing w:before="40" w:after="40"/>
              <w:jc w:val="center"/>
            </w:pPr>
            <w:r>
              <w:rPr>
                <w:rFonts w:ascii="Calibri" w:hAnsi="Calibri"/>
                <w:sz w:val="14"/>
              </w:rPr>
              <w:t>★  ✔  ✚  ❢</w:t>
            </w:r>
          </w:p>
        </w:tc>
        <w:tc>
          <w:tcPr>
            <w:tcW w:w="864" w:type="dxa"/>
          </w:tcPr>
          <w:p w14:paraId="186C65DE" w14:textId="77777777" w:rsidR="00867C21" w:rsidRPr="003C72B7" w:rsidRDefault="00A14E1E">
            <w:pPr>
              <w:spacing w:before="40" w:after="40"/>
              <w:jc w:val="center"/>
            </w:pPr>
            <w:r>
              <w:rPr>
                <w:rFonts w:ascii="Calibri" w:hAnsi="Calibri"/>
                <w:sz w:val="14"/>
              </w:rPr>
              <w:t>★  ✔  ✚  ❢</w:t>
            </w:r>
          </w:p>
        </w:tc>
        <w:tc>
          <w:tcPr>
            <w:tcW w:w="864" w:type="dxa"/>
          </w:tcPr>
          <w:p w14:paraId="118CB557" w14:textId="77777777" w:rsidR="00867C21" w:rsidRPr="003C72B7" w:rsidRDefault="00A14E1E">
            <w:pPr>
              <w:spacing w:before="40" w:after="40"/>
              <w:jc w:val="center"/>
            </w:pPr>
            <w:r>
              <w:rPr>
                <w:rFonts w:ascii="Calibri" w:hAnsi="Calibri"/>
                <w:sz w:val="14"/>
              </w:rPr>
              <w:t>★  ✔  ✚  ❢</w:t>
            </w:r>
          </w:p>
        </w:tc>
        <w:tc>
          <w:tcPr>
            <w:tcW w:w="864" w:type="dxa"/>
          </w:tcPr>
          <w:p w14:paraId="5E158D37" w14:textId="77777777" w:rsidR="00867C21" w:rsidRPr="003C72B7" w:rsidRDefault="00A14E1E">
            <w:pPr>
              <w:spacing w:before="40" w:after="40"/>
              <w:jc w:val="center"/>
            </w:pPr>
            <w:r>
              <w:rPr>
                <w:rFonts w:ascii="Calibri" w:hAnsi="Calibri"/>
                <w:sz w:val="14"/>
              </w:rPr>
              <w:t>★  ✔  ✚  ❢</w:t>
            </w:r>
          </w:p>
        </w:tc>
        <w:tc>
          <w:tcPr>
            <w:tcW w:w="864" w:type="dxa"/>
          </w:tcPr>
          <w:p w14:paraId="7BD7632C" w14:textId="77777777" w:rsidR="00867C21" w:rsidRPr="003C72B7" w:rsidRDefault="00A14E1E">
            <w:pPr>
              <w:spacing w:before="40" w:after="40"/>
              <w:jc w:val="center"/>
            </w:pPr>
            <w:r>
              <w:rPr>
                <w:rFonts w:ascii="Calibri" w:hAnsi="Calibri"/>
                <w:sz w:val="14"/>
              </w:rPr>
              <w:t>★  ✔  ✚  ❢</w:t>
            </w:r>
          </w:p>
        </w:tc>
        <w:tc>
          <w:tcPr>
            <w:tcW w:w="1008" w:type="dxa"/>
          </w:tcPr>
          <w:p w14:paraId="11049A47" w14:textId="77777777" w:rsidR="00867C21" w:rsidRPr="003C72B7" w:rsidRDefault="00A14E1E">
            <w:pPr>
              <w:spacing w:before="40" w:after="40"/>
              <w:jc w:val="center"/>
            </w:pPr>
            <w:r>
              <w:rPr>
                <w:rFonts w:ascii="Calibri" w:hAnsi="Calibri"/>
                <w:sz w:val="14"/>
              </w:rPr>
              <w:t>★  ✔  ✚  ❢</w:t>
            </w:r>
          </w:p>
        </w:tc>
        <w:tc>
          <w:tcPr>
            <w:tcW w:w="864" w:type="dxa"/>
          </w:tcPr>
          <w:p w14:paraId="789F630A" w14:textId="77777777" w:rsidR="00867C21" w:rsidRPr="003C72B7" w:rsidRDefault="00A14E1E">
            <w:pPr>
              <w:spacing w:before="40" w:after="40"/>
              <w:jc w:val="center"/>
            </w:pPr>
            <w:r>
              <w:rPr>
                <w:rFonts w:ascii="Calibri" w:hAnsi="Calibri"/>
                <w:sz w:val="14"/>
              </w:rPr>
              <w:t>★  ✔  ✚  ❢</w:t>
            </w:r>
          </w:p>
        </w:tc>
        <w:tc>
          <w:tcPr>
            <w:tcW w:w="864" w:type="dxa"/>
          </w:tcPr>
          <w:p w14:paraId="15A78141" w14:textId="77777777" w:rsidR="00867C21" w:rsidRPr="003C72B7" w:rsidRDefault="00A14E1E">
            <w:pPr>
              <w:spacing w:before="40" w:after="40"/>
              <w:jc w:val="center"/>
            </w:pPr>
            <w:r>
              <w:rPr>
                <w:rFonts w:ascii="Calibri" w:hAnsi="Calibri"/>
                <w:sz w:val="14"/>
              </w:rPr>
              <w:t>★  ✔  ✚  ❢</w:t>
            </w:r>
          </w:p>
        </w:tc>
        <w:tc>
          <w:tcPr>
            <w:tcW w:w="1645" w:type="dxa"/>
          </w:tcPr>
          <w:p w14:paraId="56164F96" w14:textId="77777777" w:rsidR="00867C21" w:rsidRPr="003C72B7" w:rsidRDefault="00867C21">
            <w:pPr>
              <w:spacing w:before="40" w:after="40"/>
            </w:pPr>
          </w:p>
        </w:tc>
      </w:tr>
      <w:tr w:rsidR="003C72B7" w:rsidRPr="003C72B7" w14:paraId="4871E25F" w14:textId="77777777" w:rsidTr="003E6F1C">
        <w:tc>
          <w:tcPr>
            <w:tcW w:w="432" w:type="dxa"/>
            <w:shd w:val="clear" w:color="auto" w:fill="F2F4F7"/>
          </w:tcPr>
          <w:p w14:paraId="38A81DBF" w14:textId="77777777" w:rsidR="00867C21" w:rsidRPr="003C72B7" w:rsidRDefault="00A14E1E">
            <w:pPr>
              <w:spacing w:before="40" w:after="40"/>
              <w:jc w:val="center"/>
            </w:pPr>
            <w:r>
              <w:rPr>
                <w:rFonts w:ascii="Calibri" w:hAnsi="Calibri"/>
                <w:sz w:val="16"/>
              </w:rPr>
              <w:t>8</w:t>
            </w:r>
          </w:p>
        </w:tc>
        <w:tc>
          <w:tcPr>
            <w:tcW w:w="864" w:type="dxa"/>
            <w:shd w:val="clear" w:color="auto" w:fill="F2F4F7"/>
          </w:tcPr>
          <w:p w14:paraId="2489FE1B" w14:textId="1DD99ECC" w:rsidR="00867C21" w:rsidRPr="003C72B7" w:rsidRDefault="00867C21">
            <w:pPr>
              <w:spacing w:before="40" w:after="40"/>
              <w:jc w:val="center"/>
            </w:pPr>
          </w:p>
        </w:tc>
        <w:tc>
          <w:tcPr>
            <w:tcW w:w="2592" w:type="dxa"/>
            <w:shd w:val="clear" w:color="auto" w:fill="F2F4F7"/>
          </w:tcPr>
          <w:p w14:paraId="5CE623DB" w14:textId="4F751A01" w:rsidR="00867C21" w:rsidRPr="003C72B7" w:rsidRDefault="00867C21">
            <w:pPr>
              <w:spacing w:before="40" w:after="40"/>
            </w:pPr>
          </w:p>
        </w:tc>
        <w:tc>
          <w:tcPr>
            <w:tcW w:w="864" w:type="dxa"/>
            <w:shd w:val="clear" w:color="auto" w:fill="F2F4F7"/>
          </w:tcPr>
          <w:p w14:paraId="03FA5E6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7055B9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39730C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A363CD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DC9176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6941B6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EBBC05"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7098ECD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5C3235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A307B3B"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50F4551C" w14:textId="77777777" w:rsidR="00867C21" w:rsidRPr="003C72B7" w:rsidRDefault="00867C21">
            <w:pPr>
              <w:spacing w:before="40" w:after="40"/>
            </w:pPr>
          </w:p>
        </w:tc>
      </w:tr>
      <w:tr w:rsidR="003C72B7" w:rsidRPr="003C72B7" w14:paraId="39ECD0DA" w14:textId="77777777" w:rsidTr="003E6F1C">
        <w:tc>
          <w:tcPr>
            <w:tcW w:w="432" w:type="dxa"/>
          </w:tcPr>
          <w:p w14:paraId="54063020" w14:textId="77777777" w:rsidR="00867C21" w:rsidRPr="003C72B7" w:rsidRDefault="00A14E1E">
            <w:pPr>
              <w:spacing w:before="40" w:after="40"/>
              <w:jc w:val="center"/>
            </w:pPr>
            <w:r>
              <w:rPr>
                <w:rFonts w:ascii="Calibri" w:hAnsi="Calibri"/>
                <w:sz w:val="16"/>
              </w:rPr>
              <w:t>9</w:t>
            </w:r>
          </w:p>
        </w:tc>
        <w:tc>
          <w:tcPr>
            <w:tcW w:w="864" w:type="dxa"/>
          </w:tcPr>
          <w:p w14:paraId="0C711EC2" w14:textId="40ADBF37" w:rsidR="00867C21" w:rsidRPr="003C72B7" w:rsidRDefault="00867C21">
            <w:pPr>
              <w:spacing w:before="40" w:after="40"/>
              <w:jc w:val="center"/>
            </w:pPr>
          </w:p>
        </w:tc>
        <w:tc>
          <w:tcPr>
            <w:tcW w:w="2592" w:type="dxa"/>
          </w:tcPr>
          <w:p w14:paraId="6AB5B7DD" w14:textId="5A736D41" w:rsidR="00867C21" w:rsidRPr="003C72B7" w:rsidRDefault="00867C21">
            <w:pPr>
              <w:spacing w:before="40" w:after="40"/>
            </w:pPr>
          </w:p>
        </w:tc>
        <w:tc>
          <w:tcPr>
            <w:tcW w:w="864" w:type="dxa"/>
          </w:tcPr>
          <w:p w14:paraId="585B8CC0" w14:textId="77777777" w:rsidR="00867C21" w:rsidRPr="003C72B7" w:rsidRDefault="00A14E1E">
            <w:pPr>
              <w:spacing w:before="40" w:after="40"/>
              <w:jc w:val="center"/>
            </w:pPr>
            <w:r>
              <w:rPr>
                <w:rFonts w:ascii="Calibri" w:hAnsi="Calibri"/>
                <w:sz w:val="14"/>
              </w:rPr>
              <w:t>★  ✔  ✚  ❢</w:t>
            </w:r>
          </w:p>
        </w:tc>
        <w:tc>
          <w:tcPr>
            <w:tcW w:w="864" w:type="dxa"/>
          </w:tcPr>
          <w:p w14:paraId="4B337811" w14:textId="77777777" w:rsidR="00867C21" w:rsidRPr="003C72B7" w:rsidRDefault="00A14E1E">
            <w:pPr>
              <w:spacing w:before="40" w:after="40"/>
              <w:jc w:val="center"/>
            </w:pPr>
            <w:r>
              <w:rPr>
                <w:rFonts w:ascii="Calibri" w:hAnsi="Calibri"/>
                <w:sz w:val="14"/>
              </w:rPr>
              <w:t>★  ✔  ✚  ❢</w:t>
            </w:r>
          </w:p>
        </w:tc>
        <w:tc>
          <w:tcPr>
            <w:tcW w:w="864" w:type="dxa"/>
          </w:tcPr>
          <w:p w14:paraId="1092079C" w14:textId="77777777" w:rsidR="00867C21" w:rsidRPr="003C72B7" w:rsidRDefault="00A14E1E">
            <w:pPr>
              <w:spacing w:before="40" w:after="40"/>
              <w:jc w:val="center"/>
            </w:pPr>
            <w:r>
              <w:rPr>
                <w:rFonts w:ascii="Calibri" w:hAnsi="Calibri"/>
                <w:sz w:val="14"/>
              </w:rPr>
              <w:t>★  ✔  ✚  ❢</w:t>
            </w:r>
          </w:p>
        </w:tc>
        <w:tc>
          <w:tcPr>
            <w:tcW w:w="864" w:type="dxa"/>
          </w:tcPr>
          <w:p w14:paraId="4D3AA092" w14:textId="77777777" w:rsidR="00867C21" w:rsidRPr="003C72B7" w:rsidRDefault="00A14E1E">
            <w:pPr>
              <w:spacing w:before="40" w:after="40"/>
              <w:jc w:val="center"/>
            </w:pPr>
            <w:r>
              <w:rPr>
                <w:rFonts w:ascii="Calibri" w:hAnsi="Calibri"/>
                <w:sz w:val="14"/>
              </w:rPr>
              <w:t>★  ✔  ✚  ❢</w:t>
            </w:r>
          </w:p>
        </w:tc>
        <w:tc>
          <w:tcPr>
            <w:tcW w:w="864" w:type="dxa"/>
          </w:tcPr>
          <w:p w14:paraId="5D2EE405" w14:textId="77777777" w:rsidR="00867C21" w:rsidRPr="003C72B7" w:rsidRDefault="00A14E1E">
            <w:pPr>
              <w:spacing w:before="40" w:after="40"/>
              <w:jc w:val="center"/>
            </w:pPr>
            <w:r>
              <w:rPr>
                <w:rFonts w:ascii="Calibri" w:hAnsi="Calibri"/>
                <w:sz w:val="14"/>
              </w:rPr>
              <w:t>★  ✔  ✚  ❢</w:t>
            </w:r>
          </w:p>
        </w:tc>
        <w:tc>
          <w:tcPr>
            <w:tcW w:w="864" w:type="dxa"/>
          </w:tcPr>
          <w:p w14:paraId="6AEE6BA1" w14:textId="77777777" w:rsidR="00867C21" w:rsidRPr="003C72B7" w:rsidRDefault="00A14E1E">
            <w:pPr>
              <w:spacing w:before="40" w:after="40"/>
              <w:jc w:val="center"/>
            </w:pPr>
            <w:r>
              <w:rPr>
                <w:rFonts w:ascii="Calibri" w:hAnsi="Calibri"/>
                <w:sz w:val="14"/>
              </w:rPr>
              <w:t>★  ✔  ✚  ❢</w:t>
            </w:r>
          </w:p>
        </w:tc>
        <w:tc>
          <w:tcPr>
            <w:tcW w:w="864" w:type="dxa"/>
          </w:tcPr>
          <w:p w14:paraId="57A3FB32" w14:textId="77777777" w:rsidR="00867C21" w:rsidRPr="003C72B7" w:rsidRDefault="00A14E1E">
            <w:pPr>
              <w:spacing w:before="40" w:after="40"/>
              <w:jc w:val="center"/>
            </w:pPr>
            <w:r>
              <w:rPr>
                <w:rFonts w:ascii="Calibri" w:hAnsi="Calibri"/>
                <w:sz w:val="14"/>
              </w:rPr>
              <w:t>★  ✔  ✚  ❢</w:t>
            </w:r>
          </w:p>
        </w:tc>
        <w:tc>
          <w:tcPr>
            <w:tcW w:w="1008" w:type="dxa"/>
          </w:tcPr>
          <w:p w14:paraId="48E882CF" w14:textId="77777777" w:rsidR="00867C21" w:rsidRPr="003C72B7" w:rsidRDefault="00A14E1E">
            <w:pPr>
              <w:spacing w:before="40" w:after="40"/>
              <w:jc w:val="center"/>
            </w:pPr>
            <w:r>
              <w:rPr>
                <w:rFonts w:ascii="Calibri" w:hAnsi="Calibri"/>
                <w:sz w:val="14"/>
              </w:rPr>
              <w:t>★  ✔  ✚  ❢</w:t>
            </w:r>
          </w:p>
        </w:tc>
        <w:tc>
          <w:tcPr>
            <w:tcW w:w="864" w:type="dxa"/>
          </w:tcPr>
          <w:p w14:paraId="1AEF0A48" w14:textId="77777777" w:rsidR="00867C21" w:rsidRPr="003C72B7" w:rsidRDefault="00A14E1E">
            <w:pPr>
              <w:spacing w:before="40" w:after="40"/>
              <w:jc w:val="center"/>
            </w:pPr>
            <w:r>
              <w:rPr>
                <w:rFonts w:ascii="Calibri" w:hAnsi="Calibri"/>
                <w:sz w:val="14"/>
              </w:rPr>
              <w:t>★  ✔  ✚  ❢</w:t>
            </w:r>
          </w:p>
        </w:tc>
        <w:tc>
          <w:tcPr>
            <w:tcW w:w="864" w:type="dxa"/>
          </w:tcPr>
          <w:p w14:paraId="5F6A1FC8" w14:textId="77777777" w:rsidR="00867C21" w:rsidRPr="003C72B7" w:rsidRDefault="00A14E1E">
            <w:pPr>
              <w:spacing w:before="40" w:after="40"/>
              <w:jc w:val="center"/>
            </w:pPr>
            <w:r>
              <w:rPr>
                <w:rFonts w:ascii="Calibri" w:hAnsi="Calibri"/>
                <w:sz w:val="14"/>
              </w:rPr>
              <w:t>★  ✔  ✚  ❢</w:t>
            </w:r>
          </w:p>
        </w:tc>
        <w:tc>
          <w:tcPr>
            <w:tcW w:w="1645" w:type="dxa"/>
          </w:tcPr>
          <w:p w14:paraId="05521B45" w14:textId="77777777" w:rsidR="00867C21" w:rsidRPr="003C72B7" w:rsidRDefault="00867C21">
            <w:pPr>
              <w:spacing w:before="40" w:after="40"/>
            </w:pPr>
          </w:p>
        </w:tc>
      </w:tr>
      <w:tr w:rsidR="003C72B7" w:rsidRPr="003C72B7" w14:paraId="4206AC75" w14:textId="77777777" w:rsidTr="003E6F1C">
        <w:tc>
          <w:tcPr>
            <w:tcW w:w="432" w:type="dxa"/>
            <w:shd w:val="clear" w:color="auto" w:fill="F2F4F7"/>
          </w:tcPr>
          <w:p w14:paraId="4D150A2B" w14:textId="77777777" w:rsidR="00867C21" w:rsidRPr="003C72B7" w:rsidRDefault="00A14E1E">
            <w:pPr>
              <w:spacing w:before="40" w:after="40"/>
              <w:jc w:val="center"/>
            </w:pPr>
            <w:r>
              <w:rPr>
                <w:rFonts w:ascii="Calibri" w:hAnsi="Calibri"/>
                <w:sz w:val="16"/>
              </w:rPr>
              <w:t>10</w:t>
            </w:r>
          </w:p>
        </w:tc>
        <w:tc>
          <w:tcPr>
            <w:tcW w:w="864" w:type="dxa"/>
            <w:shd w:val="clear" w:color="auto" w:fill="F2F4F7"/>
          </w:tcPr>
          <w:p w14:paraId="3B33FEB2" w14:textId="648D8947" w:rsidR="00867C21" w:rsidRPr="003C72B7" w:rsidRDefault="00867C21">
            <w:pPr>
              <w:spacing w:before="40" w:after="40"/>
              <w:jc w:val="center"/>
            </w:pPr>
          </w:p>
        </w:tc>
        <w:tc>
          <w:tcPr>
            <w:tcW w:w="2592" w:type="dxa"/>
            <w:shd w:val="clear" w:color="auto" w:fill="F2F4F7"/>
          </w:tcPr>
          <w:p w14:paraId="54BEBBCB" w14:textId="19334F1A" w:rsidR="00867C21" w:rsidRPr="003C72B7" w:rsidRDefault="00867C21">
            <w:pPr>
              <w:spacing w:before="40" w:after="40"/>
            </w:pPr>
          </w:p>
        </w:tc>
        <w:tc>
          <w:tcPr>
            <w:tcW w:w="864" w:type="dxa"/>
            <w:shd w:val="clear" w:color="auto" w:fill="F2F4F7"/>
          </w:tcPr>
          <w:p w14:paraId="34373F6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6871D8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88524E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6E58FB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FC7BC4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8F6E6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58B2123"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35830CA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F88A9A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8E1166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2E244F65" w14:textId="77777777" w:rsidR="00867C21" w:rsidRPr="003C72B7" w:rsidRDefault="00867C21">
            <w:pPr>
              <w:spacing w:before="40" w:after="40"/>
            </w:pPr>
          </w:p>
        </w:tc>
      </w:tr>
      <w:tr w:rsidR="003C72B7" w:rsidRPr="003C72B7" w14:paraId="4DB8C674" w14:textId="77777777" w:rsidTr="003E6F1C">
        <w:tc>
          <w:tcPr>
            <w:tcW w:w="432" w:type="dxa"/>
          </w:tcPr>
          <w:p w14:paraId="1512EB62" w14:textId="77777777" w:rsidR="00867C21" w:rsidRPr="003C72B7" w:rsidRDefault="00A14E1E">
            <w:pPr>
              <w:spacing w:before="40" w:after="40"/>
              <w:jc w:val="center"/>
            </w:pPr>
            <w:r>
              <w:rPr>
                <w:rFonts w:ascii="Calibri" w:hAnsi="Calibri"/>
                <w:sz w:val="16"/>
              </w:rPr>
              <w:t>11</w:t>
            </w:r>
          </w:p>
        </w:tc>
        <w:tc>
          <w:tcPr>
            <w:tcW w:w="864" w:type="dxa"/>
          </w:tcPr>
          <w:p w14:paraId="11DCD124" w14:textId="24D86301" w:rsidR="00867C21" w:rsidRPr="003C72B7" w:rsidRDefault="00867C21">
            <w:pPr>
              <w:spacing w:before="40" w:after="40"/>
              <w:jc w:val="center"/>
            </w:pPr>
          </w:p>
        </w:tc>
        <w:tc>
          <w:tcPr>
            <w:tcW w:w="2592" w:type="dxa"/>
          </w:tcPr>
          <w:p w14:paraId="5F5010F1" w14:textId="606E4EEB" w:rsidR="00867C21" w:rsidRPr="003C72B7" w:rsidRDefault="00867C21">
            <w:pPr>
              <w:spacing w:before="40" w:after="40"/>
            </w:pPr>
          </w:p>
        </w:tc>
        <w:tc>
          <w:tcPr>
            <w:tcW w:w="864" w:type="dxa"/>
          </w:tcPr>
          <w:p w14:paraId="1DA6D69A" w14:textId="77777777" w:rsidR="00867C21" w:rsidRPr="003C72B7" w:rsidRDefault="00A14E1E">
            <w:pPr>
              <w:spacing w:before="40" w:after="40"/>
              <w:jc w:val="center"/>
            </w:pPr>
            <w:r>
              <w:rPr>
                <w:rFonts w:ascii="Calibri" w:hAnsi="Calibri"/>
                <w:sz w:val="14"/>
              </w:rPr>
              <w:t>★  ✔  ✚  ❢</w:t>
            </w:r>
          </w:p>
        </w:tc>
        <w:tc>
          <w:tcPr>
            <w:tcW w:w="864" w:type="dxa"/>
          </w:tcPr>
          <w:p w14:paraId="24839EC0" w14:textId="77777777" w:rsidR="00867C21" w:rsidRPr="003C72B7" w:rsidRDefault="00A14E1E">
            <w:pPr>
              <w:spacing w:before="40" w:after="40"/>
              <w:jc w:val="center"/>
            </w:pPr>
            <w:r>
              <w:rPr>
                <w:rFonts w:ascii="Calibri" w:hAnsi="Calibri"/>
                <w:sz w:val="14"/>
              </w:rPr>
              <w:t>★  ✔  ✚  ❢</w:t>
            </w:r>
          </w:p>
        </w:tc>
        <w:tc>
          <w:tcPr>
            <w:tcW w:w="864" w:type="dxa"/>
          </w:tcPr>
          <w:p w14:paraId="686DE631" w14:textId="77777777" w:rsidR="00867C21" w:rsidRPr="003C72B7" w:rsidRDefault="00A14E1E">
            <w:pPr>
              <w:spacing w:before="40" w:after="40"/>
              <w:jc w:val="center"/>
            </w:pPr>
            <w:r>
              <w:rPr>
                <w:rFonts w:ascii="Calibri" w:hAnsi="Calibri"/>
                <w:sz w:val="14"/>
              </w:rPr>
              <w:t>★  ✔  ✚  ❢</w:t>
            </w:r>
          </w:p>
        </w:tc>
        <w:tc>
          <w:tcPr>
            <w:tcW w:w="864" w:type="dxa"/>
          </w:tcPr>
          <w:p w14:paraId="5B24D9B7" w14:textId="77777777" w:rsidR="00867C21" w:rsidRPr="003C72B7" w:rsidRDefault="00A14E1E">
            <w:pPr>
              <w:spacing w:before="40" w:after="40"/>
              <w:jc w:val="center"/>
            </w:pPr>
            <w:r>
              <w:rPr>
                <w:rFonts w:ascii="Calibri" w:hAnsi="Calibri"/>
                <w:sz w:val="14"/>
              </w:rPr>
              <w:t>★  ✔  ✚  ❢</w:t>
            </w:r>
          </w:p>
        </w:tc>
        <w:tc>
          <w:tcPr>
            <w:tcW w:w="864" w:type="dxa"/>
          </w:tcPr>
          <w:p w14:paraId="2FC11B3F" w14:textId="77777777" w:rsidR="00867C21" w:rsidRPr="003C72B7" w:rsidRDefault="00A14E1E">
            <w:pPr>
              <w:spacing w:before="40" w:after="40"/>
              <w:jc w:val="center"/>
            </w:pPr>
            <w:r>
              <w:rPr>
                <w:rFonts w:ascii="Calibri" w:hAnsi="Calibri"/>
                <w:sz w:val="14"/>
              </w:rPr>
              <w:t>★  ✔  ✚  ❢</w:t>
            </w:r>
          </w:p>
        </w:tc>
        <w:tc>
          <w:tcPr>
            <w:tcW w:w="864" w:type="dxa"/>
          </w:tcPr>
          <w:p w14:paraId="1E3F0A98" w14:textId="77777777" w:rsidR="00867C21" w:rsidRPr="003C72B7" w:rsidRDefault="00A14E1E">
            <w:pPr>
              <w:spacing w:before="40" w:after="40"/>
              <w:jc w:val="center"/>
            </w:pPr>
            <w:r>
              <w:rPr>
                <w:rFonts w:ascii="Calibri" w:hAnsi="Calibri"/>
                <w:sz w:val="14"/>
              </w:rPr>
              <w:t>★  ✔  ✚  ❢</w:t>
            </w:r>
          </w:p>
        </w:tc>
        <w:tc>
          <w:tcPr>
            <w:tcW w:w="864" w:type="dxa"/>
          </w:tcPr>
          <w:p w14:paraId="7386205D" w14:textId="77777777" w:rsidR="00867C21" w:rsidRPr="003C72B7" w:rsidRDefault="00A14E1E">
            <w:pPr>
              <w:spacing w:before="40" w:after="40"/>
              <w:jc w:val="center"/>
            </w:pPr>
            <w:r>
              <w:rPr>
                <w:rFonts w:ascii="Calibri" w:hAnsi="Calibri"/>
                <w:sz w:val="14"/>
              </w:rPr>
              <w:t>★  ✔  ✚  ❢</w:t>
            </w:r>
          </w:p>
        </w:tc>
        <w:tc>
          <w:tcPr>
            <w:tcW w:w="1008" w:type="dxa"/>
          </w:tcPr>
          <w:p w14:paraId="7B9483FF" w14:textId="77777777" w:rsidR="00867C21" w:rsidRPr="003C72B7" w:rsidRDefault="00A14E1E">
            <w:pPr>
              <w:spacing w:before="40" w:after="40"/>
              <w:jc w:val="center"/>
            </w:pPr>
            <w:r>
              <w:rPr>
                <w:rFonts w:ascii="Calibri" w:hAnsi="Calibri"/>
                <w:sz w:val="14"/>
              </w:rPr>
              <w:t>★  ✔  ✚  ❢</w:t>
            </w:r>
          </w:p>
        </w:tc>
        <w:tc>
          <w:tcPr>
            <w:tcW w:w="864" w:type="dxa"/>
          </w:tcPr>
          <w:p w14:paraId="0B98C35A" w14:textId="77777777" w:rsidR="00867C21" w:rsidRPr="003C72B7" w:rsidRDefault="00A14E1E">
            <w:pPr>
              <w:spacing w:before="40" w:after="40"/>
              <w:jc w:val="center"/>
            </w:pPr>
            <w:r>
              <w:rPr>
                <w:rFonts w:ascii="Calibri" w:hAnsi="Calibri"/>
                <w:sz w:val="14"/>
              </w:rPr>
              <w:t>★  ✔  ✚  ❢</w:t>
            </w:r>
          </w:p>
        </w:tc>
        <w:tc>
          <w:tcPr>
            <w:tcW w:w="864" w:type="dxa"/>
          </w:tcPr>
          <w:p w14:paraId="7E8B14F4" w14:textId="77777777" w:rsidR="00867C21" w:rsidRPr="003C72B7" w:rsidRDefault="00A14E1E">
            <w:pPr>
              <w:spacing w:before="40" w:after="40"/>
              <w:jc w:val="center"/>
            </w:pPr>
            <w:r>
              <w:rPr>
                <w:rFonts w:ascii="Calibri" w:hAnsi="Calibri"/>
                <w:sz w:val="14"/>
              </w:rPr>
              <w:t>★  ✔  ✚  ❢</w:t>
            </w:r>
          </w:p>
        </w:tc>
        <w:tc>
          <w:tcPr>
            <w:tcW w:w="1645" w:type="dxa"/>
          </w:tcPr>
          <w:p w14:paraId="38AFDCDC" w14:textId="77777777" w:rsidR="00867C21" w:rsidRPr="003C72B7" w:rsidRDefault="00867C21">
            <w:pPr>
              <w:spacing w:before="40" w:after="40"/>
            </w:pPr>
          </w:p>
        </w:tc>
      </w:tr>
      <w:tr w:rsidR="003C72B7" w:rsidRPr="003C72B7" w14:paraId="0B6FA584" w14:textId="77777777" w:rsidTr="003E6F1C">
        <w:tc>
          <w:tcPr>
            <w:tcW w:w="432" w:type="dxa"/>
            <w:shd w:val="clear" w:color="auto" w:fill="F2F4F7"/>
          </w:tcPr>
          <w:p w14:paraId="44A22483" w14:textId="77777777" w:rsidR="00867C21" w:rsidRPr="003C72B7" w:rsidRDefault="00A14E1E">
            <w:pPr>
              <w:spacing w:before="40" w:after="40"/>
              <w:jc w:val="center"/>
            </w:pPr>
            <w:r>
              <w:rPr>
                <w:rFonts w:ascii="Calibri" w:hAnsi="Calibri"/>
                <w:sz w:val="16"/>
              </w:rPr>
              <w:t>12</w:t>
            </w:r>
          </w:p>
        </w:tc>
        <w:tc>
          <w:tcPr>
            <w:tcW w:w="864" w:type="dxa"/>
            <w:shd w:val="clear" w:color="auto" w:fill="F2F4F7"/>
          </w:tcPr>
          <w:p w14:paraId="1B5F7D4C" w14:textId="1C5ADAA8" w:rsidR="00867C21" w:rsidRPr="003C72B7" w:rsidRDefault="00867C21">
            <w:pPr>
              <w:spacing w:before="40" w:after="40"/>
              <w:jc w:val="center"/>
            </w:pPr>
          </w:p>
        </w:tc>
        <w:tc>
          <w:tcPr>
            <w:tcW w:w="2592" w:type="dxa"/>
            <w:shd w:val="clear" w:color="auto" w:fill="F2F4F7"/>
          </w:tcPr>
          <w:p w14:paraId="39569FEE" w14:textId="64436CCA" w:rsidR="00867C21" w:rsidRPr="003C72B7" w:rsidRDefault="00867C21">
            <w:pPr>
              <w:spacing w:before="40" w:after="40"/>
            </w:pPr>
          </w:p>
        </w:tc>
        <w:tc>
          <w:tcPr>
            <w:tcW w:w="864" w:type="dxa"/>
            <w:shd w:val="clear" w:color="auto" w:fill="F2F4F7"/>
          </w:tcPr>
          <w:p w14:paraId="4B4246B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89F27A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CC2123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C41467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F39C49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6386C0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D958D87"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1D63626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C3456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64AC33B"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3D309277" w14:textId="77777777" w:rsidR="00867C21" w:rsidRPr="003C72B7" w:rsidRDefault="00867C21">
            <w:pPr>
              <w:spacing w:before="40" w:after="40"/>
            </w:pPr>
          </w:p>
        </w:tc>
      </w:tr>
      <w:tr w:rsidR="003C72B7" w:rsidRPr="003C72B7" w14:paraId="66D66106" w14:textId="77777777" w:rsidTr="003E6F1C">
        <w:tc>
          <w:tcPr>
            <w:tcW w:w="432" w:type="dxa"/>
          </w:tcPr>
          <w:p w14:paraId="552D7AF7" w14:textId="77777777" w:rsidR="00867C21" w:rsidRPr="003C72B7" w:rsidRDefault="00A14E1E">
            <w:pPr>
              <w:spacing w:before="40" w:after="40"/>
              <w:jc w:val="center"/>
            </w:pPr>
            <w:r>
              <w:rPr>
                <w:rFonts w:ascii="Calibri" w:hAnsi="Calibri"/>
                <w:sz w:val="16"/>
              </w:rPr>
              <w:t>13</w:t>
            </w:r>
          </w:p>
        </w:tc>
        <w:tc>
          <w:tcPr>
            <w:tcW w:w="864" w:type="dxa"/>
          </w:tcPr>
          <w:p w14:paraId="4CD3308B" w14:textId="648328D5" w:rsidR="00867C21" w:rsidRPr="003C72B7" w:rsidRDefault="00867C21">
            <w:pPr>
              <w:spacing w:before="40" w:after="40"/>
              <w:jc w:val="center"/>
            </w:pPr>
          </w:p>
        </w:tc>
        <w:tc>
          <w:tcPr>
            <w:tcW w:w="2592" w:type="dxa"/>
          </w:tcPr>
          <w:p w14:paraId="5CFA2407" w14:textId="09B1717B" w:rsidR="00867C21" w:rsidRPr="003C72B7" w:rsidRDefault="00867C21">
            <w:pPr>
              <w:spacing w:before="40" w:after="40"/>
            </w:pPr>
          </w:p>
        </w:tc>
        <w:tc>
          <w:tcPr>
            <w:tcW w:w="864" w:type="dxa"/>
          </w:tcPr>
          <w:p w14:paraId="03451117" w14:textId="77777777" w:rsidR="00867C21" w:rsidRPr="003C72B7" w:rsidRDefault="00A14E1E">
            <w:pPr>
              <w:spacing w:before="40" w:after="40"/>
              <w:jc w:val="center"/>
            </w:pPr>
            <w:r>
              <w:rPr>
                <w:rFonts w:ascii="Calibri" w:hAnsi="Calibri"/>
                <w:sz w:val="14"/>
              </w:rPr>
              <w:t>★  ✔  ✚  ❢</w:t>
            </w:r>
          </w:p>
        </w:tc>
        <w:tc>
          <w:tcPr>
            <w:tcW w:w="864" w:type="dxa"/>
          </w:tcPr>
          <w:p w14:paraId="0BAD4C17" w14:textId="77777777" w:rsidR="00867C21" w:rsidRPr="003C72B7" w:rsidRDefault="00A14E1E">
            <w:pPr>
              <w:spacing w:before="40" w:after="40"/>
              <w:jc w:val="center"/>
            </w:pPr>
            <w:r>
              <w:rPr>
                <w:rFonts w:ascii="Calibri" w:hAnsi="Calibri"/>
                <w:sz w:val="14"/>
              </w:rPr>
              <w:t>★  ✔  ✚  ❢</w:t>
            </w:r>
          </w:p>
        </w:tc>
        <w:tc>
          <w:tcPr>
            <w:tcW w:w="864" w:type="dxa"/>
          </w:tcPr>
          <w:p w14:paraId="124CD2B2" w14:textId="77777777" w:rsidR="00867C21" w:rsidRPr="003C72B7" w:rsidRDefault="00A14E1E">
            <w:pPr>
              <w:spacing w:before="40" w:after="40"/>
              <w:jc w:val="center"/>
            </w:pPr>
            <w:r>
              <w:rPr>
                <w:rFonts w:ascii="Calibri" w:hAnsi="Calibri"/>
                <w:sz w:val="14"/>
              </w:rPr>
              <w:t>★  ✔  ✚  ❢</w:t>
            </w:r>
          </w:p>
        </w:tc>
        <w:tc>
          <w:tcPr>
            <w:tcW w:w="864" w:type="dxa"/>
          </w:tcPr>
          <w:p w14:paraId="283BB3F3" w14:textId="77777777" w:rsidR="00867C21" w:rsidRPr="003C72B7" w:rsidRDefault="00A14E1E">
            <w:pPr>
              <w:spacing w:before="40" w:after="40"/>
              <w:jc w:val="center"/>
            </w:pPr>
            <w:r>
              <w:rPr>
                <w:rFonts w:ascii="Calibri" w:hAnsi="Calibri"/>
                <w:sz w:val="14"/>
              </w:rPr>
              <w:t>★  ✔  ✚  ❢</w:t>
            </w:r>
          </w:p>
        </w:tc>
        <w:tc>
          <w:tcPr>
            <w:tcW w:w="864" w:type="dxa"/>
          </w:tcPr>
          <w:p w14:paraId="15732BD6" w14:textId="77777777" w:rsidR="00867C21" w:rsidRPr="003C72B7" w:rsidRDefault="00A14E1E">
            <w:pPr>
              <w:spacing w:before="40" w:after="40"/>
              <w:jc w:val="center"/>
            </w:pPr>
            <w:r>
              <w:rPr>
                <w:rFonts w:ascii="Calibri" w:hAnsi="Calibri"/>
                <w:sz w:val="14"/>
              </w:rPr>
              <w:t>★  ✔  ✚  ❢</w:t>
            </w:r>
          </w:p>
        </w:tc>
        <w:tc>
          <w:tcPr>
            <w:tcW w:w="864" w:type="dxa"/>
          </w:tcPr>
          <w:p w14:paraId="7E65758F" w14:textId="77777777" w:rsidR="00867C21" w:rsidRPr="003C72B7" w:rsidRDefault="00A14E1E">
            <w:pPr>
              <w:spacing w:before="40" w:after="40"/>
              <w:jc w:val="center"/>
            </w:pPr>
            <w:r>
              <w:rPr>
                <w:rFonts w:ascii="Calibri" w:hAnsi="Calibri"/>
                <w:sz w:val="14"/>
              </w:rPr>
              <w:t>★  ✔  ✚  ❢</w:t>
            </w:r>
          </w:p>
        </w:tc>
        <w:tc>
          <w:tcPr>
            <w:tcW w:w="864" w:type="dxa"/>
          </w:tcPr>
          <w:p w14:paraId="155BFC14" w14:textId="77777777" w:rsidR="00867C21" w:rsidRPr="003C72B7" w:rsidRDefault="00A14E1E">
            <w:pPr>
              <w:spacing w:before="40" w:after="40"/>
              <w:jc w:val="center"/>
            </w:pPr>
            <w:r>
              <w:rPr>
                <w:rFonts w:ascii="Calibri" w:hAnsi="Calibri"/>
                <w:sz w:val="14"/>
              </w:rPr>
              <w:t>★  ✔  ✚  ❢</w:t>
            </w:r>
          </w:p>
        </w:tc>
        <w:tc>
          <w:tcPr>
            <w:tcW w:w="1008" w:type="dxa"/>
          </w:tcPr>
          <w:p w14:paraId="04E25693" w14:textId="77777777" w:rsidR="00867C21" w:rsidRPr="003C72B7" w:rsidRDefault="00A14E1E">
            <w:pPr>
              <w:spacing w:before="40" w:after="40"/>
              <w:jc w:val="center"/>
            </w:pPr>
            <w:r>
              <w:rPr>
                <w:rFonts w:ascii="Calibri" w:hAnsi="Calibri"/>
                <w:sz w:val="14"/>
              </w:rPr>
              <w:t>★  ✔  ✚  ❢</w:t>
            </w:r>
          </w:p>
        </w:tc>
        <w:tc>
          <w:tcPr>
            <w:tcW w:w="864" w:type="dxa"/>
          </w:tcPr>
          <w:p w14:paraId="7A1FE791" w14:textId="77777777" w:rsidR="00867C21" w:rsidRPr="003C72B7" w:rsidRDefault="00A14E1E">
            <w:pPr>
              <w:spacing w:before="40" w:after="40"/>
              <w:jc w:val="center"/>
            </w:pPr>
            <w:r>
              <w:rPr>
                <w:rFonts w:ascii="Calibri" w:hAnsi="Calibri"/>
                <w:sz w:val="14"/>
              </w:rPr>
              <w:t>★  ✔  ✚  ❢</w:t>
            </w:r>
          </w:p>
        </w:tc>
        <w:tc>
          <w:tcPr>
            <w:tcW w:w="864" w:type="dxa"/>
          </w:tcPr>
          <w:p w14:paraId="35039F49" w14:textId="77777777" w:rsidR="00867C21" w:rsidRPr="003C72B7" w:rsidRDefault="00A14E1E">
            <w:pPr>
              <w:spacing w:before="40" w:after="40"/>
              <w:jc w:val="center"/>
            </w:pPr>
            <w:r>
              <w:rPr>
                <w:rFonts w:ascii="Calibri" w:hAnsi="Calibri"/>
                <w:sz w:val="14"/>
              </w:rPr>
              <w:t>★  ✔  ✚  ❢</w:t>
            </w:r>
          </w:p>
        </w:tc>
        <w:tc>
          <w:tcPr>
            <w:tcW w:w="1645" w:type="dxa"/>
          </w:tcPr>
          <w:p w14:paraId="670285DD" w14:textId="77777777" w:rsidR="00867C21" w:rsidRPr="003C72B7" w:rsidRDefault="00867C21">
            <w:pPr>
              <w:spacing w:before="40" w:after="40"/>
            </w:pPr>
          </w:p>
        </w:tc>
      </w:tr>
      <w:tr w:rsidR="003C72B7" w:rsidRPr="003C72B7" w14:paraId="61EC2F9F" w14:textId="77777777" w:rsidTr="003E6F1C">
        <w:tc>
          <w:tcPr>
            <w:tcW w:w="432" w:type="dxa"/>
            <w:shd w:val="clear" w:color="auto" w:fill="F2F4F7"/>
          </w:tcPr>
          <w:p w14:paraId="4955190B" w14:textId="77777777" w:rsidR="00867C21" w:rsidRPr="003C72B7" w:rsidRDefault="00A14E1E">
            <w:pPr>
              <w:spacing w:before="40" w:after="40"/>
              <w:jc w:val="center"/>
            </w:pPr>
            <w:r>
              <w:rPr>
                <w:rFonts w:ascii="Calibri" w:hAnsi="Calibri"/>
                <w:sz w:val="16"/>
              </w:rPr>
              <w:t>14</w:t>
            </w:r>
          </w:p>
        </w:tc>
        <w:tc>
          <w:tcPr>
            <w:tcW w:w="864" w:type="dxa"/>
            <w:shd w:val="clear" w:color="auto" w:fill="F2F4F7"/>
          </w:tcPr>
          <w:p w14:paraId="60AE8A1E" w14:textId="16C2705D" w:rsidR="00867C21" w:rsidRPr="003C72B7" w:rsidRDefault="00867C21">
            <w:pPr>
              <w:spacing w:before="40" w:after="40"/>
              <w:jc w:val="center"/>
            </w:pPr>
          </w:p>
        </w:tc>
        <w:tc>
          <w:tcPr>
            <w:tcW w:w="2592" w:type="dxa"/>
            <w:shd w:val="clear" w:color="auto" w:fill="F2F4F7"/>
          </w:tcPr>
          <w:p w14:paraId="22F599E9" w14:textId="775B24F7" w:rsidR="00867C21" w:rsidRPr="003C72B7" w:rsidRDefault="00867C21">
            <w:pPr>
              <w:spacing w:before="40" w:after="40"/>
            </w:pPr>
          </w:p>
        </w:tc>
        <w:tc>
          <w:tcPr>
            <w:tcW w:w="864" w:type="dxa"/>
            <w:shd w:val="clear" w:color="auto" w:fill="F2F4F7"/>
          </w:tcPr>
          <w:p w14:paraId="431E408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A9E86C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EA59DA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29D878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0641B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B6ED4F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5EC91EC"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2FA6D93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EE6C0B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57CABE9"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ADBEBA6" w14:textId="77777777" w:rsidR="00867C21" w:rsidRPr="003C72B7" w:rsidRDefault="00867C21">
            <w:pPr>
              <w:spacing w:before="40" w:after="40"/>
            </w:pPr>
          </w:p>
        </w:tc>
      </w:tr>
      <w:tr w:rsidR="003C72B7" w:rsidRPr="003C72B7" w14:paraId="16951BD6" w14:textId="77777777" w:rsidTr="003E6F1C">
        <w:tc>
          <w:tcPr>
            <w:tcW w:w="432" w:type="dxa"/>
          </w:tcPr>
          <w:p w14:paraId="3CEBCB64" w14:textId="77777777" w:rsidR="00867C21" w:rsidRPr="003C72B7" w:rsidRDefault="00A14E1E">
            <w:pPr>
              <w:spacing w:before="40" w:after="40"/>
              <w:jc w:val="center"/>
            </w:pPr>
            <w:r>
              <w:rPr>
                <w:rFonts w:ascii="Calibri" w:hAnsi="Calibri"/>
                <w:sz w:val="16"/>
              </w:rPr>
              <w:t>15</w:t>
            </w:r>
          </w:p>
        </w:tc>
        <w:tc>
          <w:tcPr>
            <w:tcW w:w="864" w:type="dxa"/>
          </w:tcPr>
          <w:p w14:paraId="3CE692FF" w14:textId="3C5D525D" w:rsidR="00867C21" w:rsidRPr="003C72B7" w:rsidRDefault="00867C21">
            <w:pPr>
              <w:spacing w:before="40" w:after="40"/>
              <w:jc w:val="center"/>
            </w:pPr>
          </w:p>
        </w:tc>
        <w:tc>
          <w:tcPr>
            <w:tcW w:w="2592" w:type="dxa"/>
          </w:tcPr>
          <w:p w14:paraId="74A2080A" w14:textId="7EA61B27" w:rsidR="00867C21" w:rsidRPr="003C72B7" w:rsidRDefault="00867C21">
            <w:pPr>
              <w:spacing w:before="40" w:after="40"/>
            </w:pPr>
          </w:p>
        </w:tc>
        <w:tc>
          <w:tcPr>
            <w:tcW w:w="864" w:type="dxa"/>
          </w:tcPr>
          <w:p w14:paraId="071B6BCF" w14:textId="77777777" w:rsidR="00867C21" w:rsidRPr="003C72B7" w:rsidRDefault="00A14E1E">
            <w:pPr>
              <w:spacing w:before="40" w:after="40"/>
              <w:jc w:val="center"/>
            </w:pPr>
            <w:r>
              <w:rPr>
                <w:rFonts w:ascii="Calibri" w:hAnsi="Calibri"/>
                <w:sz w:val="14"/>
              </w:rPr>
              <w:t>★  ✔  ✚  ❢</w:t>
            </w:r>
          </w:p>
        </w:tc>
        <w:tc>
          <w:tcPr>
            <w:tcW w:w="864" w:type="dxa"/>
          </w:tcPr>
          <w:p w14:paraId="4203A78F" w14:textId="77777777" w:rsidR="00867C21" w:rsidRPr="003C72B7" w:rsidRDefault="00A14E1E">
            <w:pPr>
              <w:spacing w:before="40" w:after="40"/>
              <w:jc w:val="center"/>
            </w:pPr>
            <w:r>
              <w:rPr>
                <w:rFonts w:ascii="Calibri" w:hAnsi="Calibri"/>
                <w:sz w:val="14"/>
              </w:rPr>
              <w:t>★  ✔  ✚  ❢</w:t>
            </w:r>
          </w:p>
        </w:tc>
        <w:tc>
          <w:tcPr>
            <w:tcW w:w="864" w:type="dxa"/>
          </w:tcPr>
          <w:p w14:paraId="213FFE1B" w14:textId="77777777" w:rsidR="00867C21" w:rsidRPr="003C72B7" w:rsidRDefault="00A14E1E">
            <w:pPr>
              <w:spacing w:before="40" w:after="40"/>
              <w:jc w:val="center"/>
            </w:pPr>
            <w:r>
              <w:rPr>
                <w:rFonts w:ascii="Calibri" w:hAnsi="Calibri"/>
                <w:sz w:val="14"/>
              </w:rPr>
              <w:t>★  ✔  ✚  ❢</w:t>
            </w:r>
          </w:p>
        </w:tc>
        <w:tc>
          <w:tcPr>
            <w:tcW w:w="864" w:type="dxa"/>
          </w:tcPr>
          <w:p w14:paraId="2F040D87" w14:textId="77777777" w:rsidR="00867C21" w:rsidRPr="003C72B7" w:rsidRDefault="00A14E1E">
            <w:pPr>
              <w:spacing w:before="40" w:after="40"/>
              <w:jc w:val="center"/>
            </w:pPr>
            <w:r>
              <w:rPr>
                <w:rFonts w:ascii="Calibri" w:hAnsi="Calibri"/>
                <w:sz w:val="14"/>
              </w:rPr>
              <w:t>★  ✔  ✚  ❢</w:t>
            </w:r>
          </w:p>
        </w:tc>
        <w:tc>
          <w:tcPr>
            <w:tcW w:w="864" w:type="dxa"/>
          </w:tcPr>
          <w:p w14:paraId="4987C4F7" w14:textId="77777777" w:rsidR="00867C21" w:rsidRPr="003C72B7" w:rsidRDefault="00A14E1E">
            <w:pPr>
              <w:spacing w:before="40" w:after="40"/>
              <w:jc w:val="center"/>
            </w:pPr>
            <w:r>
              <w:rPr>
                <w:rFonts w:ascii="Calibri" w:hAnsi="Calibri"/>
                <w:sz w:val="14"/>
              </w:rPr>
              <w:t>★  ✔  ✚  ❢</w:t>
            </w:r>
          </w:p>
        </w:tc>
        <w:tc>
          <w:tcPr>
            <w:tcW w:w="864" w:type="dxa"/>
          </w:tcPr>
          <w:p w14:paraId="789C1829" w14:textId="77777777" w:rsidR="00867C21" w:rsidRPr="003C72B7" w:rsidRDefault="00A14E1E">
            <w:pPr>
              <w:spacing w:before="40" w:after="40"/>
              <w:jc w:val="center"/>
            </w:pPr>
            <w:r>
              <w:rPr>
                <w:rFonts w:ascii="Calibri" w:hAnsi="Calibri"/>
                <w:sz w:val="14"/>
              </w:rPr>
              <w:t>★  ✔  ✚  ❢</w:t>
            </w:r>
          </w:p>
        </w:tc>
        <w:tc>
          <w:tcPr>
            <w:tcW w:w="864" w:type="dxa"/>
          </w:tcPr>
          <w:p w14:paraId="1757D455" w14:textId="77777777" w:rsidR="00867C21" w:rsidRPr="003C72B7" w:rsidRDefault="00A14E1E">
            <w:pPr>
              <w:spacing w:before="40" w:after="40"/>
              <w:jc w:val="center"/>
            </w:pPr>
            <w:r>
              <w:rPr>
                <w:rFonts w:ascii="Calibri" w:hAnsi="Calibri"/>
                <w:sz w:val="14"/>
              </w:rPr>
              <w:t>★  ✔  ✚  ❢</w:t>
            </w:r>
          </w:p>
        </w:tc>
        <w:tc>
          <w:tcPr>
            <w:tcW w:w="1008" w:type="dxa"/>
          </w:tcPr>
          <w:p w14:paraId="1F79890A" w14:textId="77777777" w:rsidR="00867C21" w:rsidRPr="003C72B7" w:rsidRDefault="00A14E1E">
            <w:pPr>
              <w:spacing w:before="40" w:after="40"/>
              <w:jc w:val="center"/>
            </w:pPr>
            <w:r>
              <w:rPr>
                <w:rFonts w:ascii="Calibri" w:hAnsi="Calibri"/>
                <w:sz w:val="14"/>
              </w:rPr>
              <w:t>★  ✔  ✚  ❢</w:t>
            </w:r>
          </w:p>
        </w:tc>
        <w:tc>
          <w:tcPr>
            <w:tcW w:w="864" w:type="dxa"/>
          </w:tcPr>
          <w:p w14:paraId="148AF50A" w14:textId="77777777" w:rsidR="00867C21" w:rsidRPr="003C72B7" w:rsidRDefault="00A14E1E">
            <w:pPr>
              <w:spacing w:before="40" w:after="40"/>
              <w:jc w:val="center"/>
            </w:pPr>
            <w:r>
              <w:rPr>
                <w:rFonts w:ascii="Calibri" w:hAnsi="Calibri"/>
                <w:sz w:val="14"/>
              </w:rPr>
              <w:t>★  ✔  ✚  ❢</w:t>
            </w:r>
          </w:p>
        </w:tc>
        <w:tc>
          <w:tcPr>
            <w:tcW w:w="864" w:type="dxa"/>
          </w:tcPr>
          <w:p w14:paraId="31E74126" w14:textId="77777777" w:rsidR="00867C21" w:rsidRPr="003C72B7" w:rsidRDefault="00A14E1E">
            <w:pPr>
              <w:spacing w:before="40" w:after="40"/>
              <w:jc w:val="center"/>
            </w:pPr>
            <w:r>
              <w:rPr>
                <w:rFonts w:ascii="Calibri" w:hAnsi="Calibri"/>
                <w:sz w:val="14"/>
              </w:rPr>
              <w:t>★  ✔  ✚  ❢</w:t>
            </w:r>
          </w:p>
        </w:tc>
        <w:tc>
          <w:tcPr>
            <w:tcW w:w="1645" w:type="dxa"/>
          </w:tcPr>
          <w:p w14:paraId="0FBB1158" w14:textId="77777777" w:rsidR="00867C21" w:rsidRPr="003C72B7" w:rsidRDefault="00867C21">
            <w:pPr>
              <w:spacing w:before="40" w:after="40"/>
            </w:pPr>
          </w:p>
        </w:tc>
      </w:tr>
      <w:tr w:rsidR="003C72B7" w:rsidRPr="003C72B7" w14:paraId="52096440" w14:textId="77777777" w:rsidTr="003E6F1C">
        <w:tc>
          <w:tcPr>
            <w:tcW w:w="432" w:type="dxa"/>
            <w:shd w:val="clear" w:color="auto" w:fill="F2F4F7"/>
          </w:tcPr>
          <w:p w14:paraId="7159A36D" w14:textId="77777777" w:rsidR="00867C21" w:rsidRPr="003C72B7" w:rsidRDefault="00A14E1E">
            <w:pPr>
              <w:spacing w:before="40" w:after="40"/>
              <w:jc w:val="center"/>
            </w:pPr>
            <w:r>
              <w:rPr>
                <w:rFonts w:ascii="Calibri" w:hAnsi="Calibri"/>
                <w:sz w:val="16"/>
              </w:rPr>
              <w:t>16</w:t>
            </w:r>
          </w:p>
        </w:tc>
        <w:tc>
          <w:tcPr>
            <w:tcW w:w="864" w:type="dxa"/>
            <w:shd w:val="clear" w:color="auto" w:fill="F2F4F7"/>
          </w:tcPr>
          <w:p w14:paraId="16DF7FC4" w14:textId="632D8490" w:rsidR="00867C21" w:rsidRPr="003C72B7" w:rsidRDefault="00867C21">
            <w:pPr>
              <w:spacing w:before="40" w:after="40"/>
              <w:jc w:val="center"/>
            </w:pPr>
          </w:p>
        </w:tc>
        <w:tc>
          <w:tcPr>
            <w:tcW w:w="2592" w:type="dxa"/>
            <w:shd w:val="clear" w:color="auto" w:fill="F2F4F7"/>
          </w:tcPr>
          <w:p w14:paraId="17353CBA" w14:textId="456C9816" w:rsidR="00867C21" w:rsidRPr="003C72B7" w:rsidRDefault="00867C21">
            <w:pPr>
              <w:spacing w:before="40" w:after="40"/>
            </w:pPr>
          </w:p>
        </w:tc>
        <w:tc>
          <w:tcPr>
            <w:tcW w:w="864" w:type="dxa"/>
            <w:shd w:val="clear" w:color="auto" w:fill="F2F4F7"/>
          </w:tcPr>
          <w:p w14:paraId="706759B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7EA0A3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896AB2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730184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B216A5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BF944B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4CD709A"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68659B3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D013E1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3B7C468"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BF6B1A2" w14:textId="77777777" w:rsidR="00867C21" w:rsidRPr="003C72B7" w:rsidRDefault="00867C21">
            <w:pPr>
              <w:spacing w:before="40" w:after="40"/>
            </w:pPr>
          </w:p>
        </w:tc>
      </w:tr>
      <w:tr w:rsidR="003C72B7" w:rsidRPr="003C72B7" w14:paraId="53B2863E" w14:textId="77777777" w:rsidTr="003E6F1C">
        <w:tc>
          <w:tcPr>
            <w:tcW w:w="432" w:type="dxa"/>
          </w:tcPr>
          <w:p w14:paraId="4D57C144" w14:textId="77777777" w:rsidR="00867C21" w:rsidRPr="003C72B7" w:rsidRDefault="00A14E1E">
            <w:pPr>
              <w:spacing w:before="40" w:after="40"/>
              <w:jc w:val="center"/>
            </w:pPr>
            <w:r>
              <w:rPr>
                <w:rFonts w:ascii="Calibri" w:hAnsi="Calibri"/>
                <w:sz w:val="16"/>
              </w:rPr>
              <w:t>17</w:t>
            </w:r>
          </w:p>
        </w:tc>
        <w:tc>
          <w:tcPr>
            <w:tcW w:w="864" w:type="dxa"/>
          </w:tcPr>
          <w:p w14:paraId="3A9E3BA0" w14:textId="1E3D5454" w:rsidR="00867C21" w:rsidRPr="003C72B7" w:rsidRDefault="00867C21">
            <w:pPr>
              <w:spacing w:before="40" w:after="40"/>
              <w:jc w:val="center"/>
            </w:pPr>
          </w:p>
        </w:tc>
        <w:tc>
          <w:tcPr>
            <w:tcW w:w="2592" w:type="dxa"/>
          </w:tcPr>
          <w:p w14:paraId="63622E82" w14:textId="721353A3" w:rsidR="00867C21" w:rsidRPr="003C72B7" w:rsidRDefault="00867C21">
            <w:pPr>
              <w:spacing w:before="40" w:after="40"/>
            </w:pPr>
          </w:p>
        </w:tc>
        <w:tc>
          <w:tcPr>
            <w:tcW w:w="864" w:type="dxa"/>
          </w:tcPr>
          <w:p w14:paraId="489F12B5" w14:textId="77777777" w:rsidR="00867C21" w:rsidRPr="003C72B7" w:rsidRDefault="00A14E1E">
            <w:pPr>
              <w:spacing w:before="40" w:after="40"/>
              <w:jc w:val="center"/>
            </w:pPr>
            <w:r>
              <w:rPr>
                <w:rFonts w:ascii="Calibri" w:hAnsi="Calibri"/>
                <w:sz w:val="14"/>
              </w:rPr>
              <w:t>★  ✔  ✚  ❢</w:t>
            </w:r>
          </w:p>
        </w:tc>
        <w:tc>
          <w:tcPr>
            <w:tcW w:w="864" w:type="dxa"/>
          </w:tcPr>
          <w:p w14:paraId="199D8FA9" w14:textId="77777777" w:rsidR="00867C21" w:rsidRPr="003C72B7" w:rsidRDefault="00A14E1E">
            <w:pPr>
              <w:spacing w:before="40" w:after="40"/>
              <w:jc w:val="center"/>
            </w:pPr>
            <w:r>
              <w:rPr>
                <w:rFonts w:ascii="Calibri" w:hAnsi="Calibri"/>
                <w:sz w:val="14"/>
              </w:rPr>
              <w:t>★  ✔  ✚  ❢</w:t>
            </w:r>
          </w:p>
        </w:tc>
        <w:tc>
          <w:tcPr>
            <w:tcW w:w="864" w:type="dxa"/>
          </w:tcPr>
          <w:p w14:paraId="4C9CFB12" w14:textId="77777777" w:rsidR="00867C21" w:rsidRPr="003C72B7" w:rsidRDefault="00A14E1E">
            <w:pPr>
              <w:spacing w:before="40" w:after="40"/>
              <w:jc w:val="center"/>
            </w:pPr>
            <w:r>
              <w:rPr>
                <w:rFonts w:ascii="Calibri" w:hAnsi="Calibri"/>
                <w:sz w:val="14"/>
              </w:rPr>
              <w:t>★  ✔  ✚  ❢</w:t>
            </w:r>
          </w:p>
        </w:tc>
        <w:tc>
          <w:tcPr>
            <w:tcW w:w="864" w:type="dxa"/>
          </w:tcPr>
          <w:p w14:paraId="3D58AF9D" w14:textId="77777777" w:rsidR="00867C21" w:rsidRPr="003C72B7" w:rsidRDefault="00A14E1E">
            <w:pPr>
              <w:spacing w:before="40" w:after="40"/>
              <w:jc w:val="center"/>
            </w:pPr>
            <w:r>
              <w:rPr>
                <w:rFonts w:ascii="Calibri" w:hAnsi="Calibri"/>
                <w:sz w:val="14"/>
              </w:rPr>
              <w:t>★  ✔  ✚  ❢</w:t>
            </w:r>
          </w:p>
        </w:tc>
        <w:tc>
          <w:tcPr>
            <w:tcW w:w="864" w:type="dxa"/>
          </w:tcPr>
          <w:p w14:paraId="0E55FE38" w14:textId="77777777" w:rsidR="00867C21" w:rsidRPr="003C72B7" w:rsidRDefault="00A14E1E">
            <w:pPr>
              <w:spacing w:before="40" w:after="40"/>
              <w:jc w:val="center"/>
            </w:pPr>
            <w:r>
              <w:rPr>
                <w:rFonts w:ascii="Calibri" w:hAnsi="Calibri"/>
                <w:sz w:val="14"/>
              </w:rPr>
              <w:t>★  ✔  ✚  ❢</w:t>
            </w:r>
          </w:p>
        </w:tc>
        <w:tc>
          <w:tcPr>
            <w:tcW w:w="864" w:type="dxa"/>
          </w:tcPr>
          <w:p w14:paraId="14065834" w14:textId="77777777" w:rsidR="00867C21" w:rsidRPr="003C72B7" w:rsidRDefault="00A14E1E">
            <w:pPr>
              <w:spacing w:before="40" w:after="40"/>
              <w:jc w:val="center"/>
            </w:pPr>
            <w:r>
              <w:rPr>
                <w:rFonts w:ascii="Calibri" w:hAnsi="Calibri"/>
                <w:sz w:val="14"/>
              </w:rPr>
              <w:t>★  ✔  ✚  ❢</w:t>
            </w:r>
          </w:p>
        </w:tc>
        <w:tc>
          <w:tcPr>
            <w:tcW w:w="864" w:type="dxa"/>
          </w:tcPr>
          <w:p w14:paraId="52727CA9" w14:textId="77777777" w:rsidR="00867C21" w:rsidRPr="003C72B7" w:rsidRDefault="00A14E1E">
            <w:pPr>
              <w:spacing w:before="40" w:after="40"/>
              <w:jc w:val="center"/>
            </w:pPr>
            <w:r>
              <w:rPr>
                <w:rFonts w:ascii="Calibri" w:hAnsi="Calibri"/>
                <w:sz w:val="14"/>
              </w:rPr>
              <w:t>★  ✔  ✚  ❢</w:t>
            </w:r>
          </w:p>
        </w:tc>
        <w:tc>
          <w:tcPr>
            <w:tcW w:w="1008" w:type="dxa"/>
          </w:tcPr>
          <w:p w14:paraId="0D253AF6" w14:textId="77777777" w:rsidR="00867C21" w:rsidRPr="003C72B7" w:rsidRDefault="00A14E1E">
            <w:pPr>
              <w:spacing w:before="40" w:after="40"/>
              <w:jc w:val="center"/>
            </w:pPr>
            <w:r>
              <w:rPr>
                <w:rFonts w:ascii="Calibri" w:hAnsi="Calibri"/>
                <w:sz w:val="14"/>
              </w:rPr>
              <w:t>★  ✔  ✚  ❢</w:t>
            </w:r>
          </w:p>
        </w:tc>
        <w:tc>
          <w:tcPr>
            <w:tcW w:w="864" w:type="dxa"/>
          </w:tcPr>
          <w:p w14:paraId="6853A17E" w14:textId="77777777" w:rsidR="00867C21" w:rsidRPr="003C72B7" w:rsidRDefault="00A14E1E">
            <w:pPr>
              <w:spacing w:before="40" w:after="40"/>
              <w:jc w:val="center"/>
            </w:pPr>
            <w:r>
              <w:rPr>
                <w:rFonts w:ascii="Calibri" w:hAnsi="Calibri"/>
                <w:sz w:val="14"/>
              </w:rPr>
              <w:t>★  ✔  ✚  ❢</w:t>
            </w:r>
          </w:p>
        </w:tc>
        <w:tc>
          <w:tcPr>
            <w:tcW w:w="864" w:type="dxa"/>
          </w:tcPr>
          <w:p w14:paraId="6B674C77" w14:textId="77777777" w:rsidR="00867C21" w:rsidRPr="003C72B7" w:rsidRDefault="00A14E1E">
            <w:pPr>
              <w:spacing w:before="40" w:after="40"/>
              <w:jc w:val="center"/>
            </w:pPr>
            <w:r>
              <w:rPr>
                <w:rFonts w:ascii="Calibri" w:hAnsi="Calibri"/>
                <w:sz w:val="14"/>
              </w:rPr>
              <w:t>★  ✔  ✚  ❢</w:t>
            </w:r>
          </w:p>
        </w:tc>
        <w:tc>
          <w:tcPr>
            <w:tcW w:w="1645" w:type="dxa"/>
          </w:tcPr>
          <w:p w14:paraId="74ED6E6F" w14:textId="77777777" w:rsidR="00867C21" w:rsidRPr="003C72B7" w:rsidRDefault="00867C21">
            <w:pPr>
              <w:spacing w:before="40" w:after="40"/>
            </w:pPr>
          </w:p>
        </w:tc>
      </w:tr>
      <w:tr w:rsidR="003C72B7" w:rsidRPr="003C72B7" w14:paraId="3FD76DE0" w14:textId="77777777" w:rsidTr="003E6F1C">
        <w:tc>
          <w:tcPr>
            <w:tcW w:w="432" w:type="dxa"/>
            <w:shd w:val="clear" w:color="auto" w:fill="F2F4F7"/>
          </w:tcPr>
          <w:p w14:paraId="02D4E459" w14:textId="77777777" w:rsidR="00867C21" w:rsidRPr="003C72B7" w:rsidRDefault="00A14E1E">
            <w:pPr>
              <w:spacing w:before="40" w:after="40"/>
              <w:jc w:val="center"/>
            </w:pPr>
            <w:r>
              <w:rPr>
                <w:rFonts w:ascii="Calibri" w:hAnsi="Calibri"/>
                <w:sz w:val="16"/>
              </w:rPr>
              <w:t>18</w:t>
            </w:r>
          </w:p>
        </w:tc>
        <w:tc>
          <w:tcPr>
            <w:tcW w:w="864" w:type="dxa"/>
            <w:shd w:val="clear" w:color="auto" w:fill="F2F4F7"/>
          </w:tcPr>
          <w:p w14:paraId="3C48EC6B" w14:textId="31D8DBC8" w:rsidR="00867C21" w:rsidRPr="003C72B7" w:rsidRDefault="00867C21">
            <w:pPr>
              <w:spacing w:before="40" w:after="40"/>
              <w:jc w:val="center"/>
            </w:pPr>
          </w:p>
        </w:tc>
        <w:tc>
          <w:tcPr>
            <w:tcW w:w="2592" w:type="dxa"/>
            <w:shd w:val="clear" w:color="auto" w:fill="F2F4F7"/>
          </w:tcPr>
          <w:p w14:paraId="54A2A6A7" w14:textId="6A7C97A3" w:rsidR="00867C21" w:rsidRPr="003C72B7" w:rsidRDefault="00867C21">
            <w:pPr>
              <w:spacing w:before="40" w:after="40"/>
            </w:pPr>
          </w:p>
        </w:tc>
        <w:tc>
          <w:tcPr>
            <w:tcW w:w="864" w:type="dxa"/>
            <w:shd w:val="clear" w:color="auto" w:fill="F2F4F7"/>
          </w:tcPr>
          <w:p w14:paraId="7EE0471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13D87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64B73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BD6367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3F4399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B521ED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875CE70"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A7D583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5AEBC7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B8092FE"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6E9406D8" w14:textId="77777777" w:rsidR="00867C21" w:rsidRPr="003C72B7" w:rsidRDefault="00867C21">
            <w:pPr>
              <w:spacing w:before="40" w:after="40"/>
            </w:pPr>
          </w:p>
        </w:tc>
      </w:tr>
      <w:tr w:rsidR="003C72B7" w:rsidRPr="003C72B7" w14:paraId="64029286" w14:textId="77777777" w:rsidTr="003E6F1C">
        <w:tc>
          <w:tcPr>
            <w:tcW w:w="432" w:type="dxa"/>
          </w:tcPr>
          <w:p w14:paraId="469F094F" w14:textId="77777777" w:rsidR="00867C21" w:rsidRPr="003C72B7" w:rsidRDefault="00A14E1E">
            <w:pPr>
              <w:spacing w:before="40" w:after="40"/>
              <w:jc w:val="center"/>
            </w:pPr>
            <w:r>
              <w:rPr>
                <w:rFonts w:ascii="Calibri" w:hAnsi="Calibri"/>
                <w:sz w:val="16"/>
              </w:rPr>
              <w:t>19</w:t>
            </w:r>
          </w:p>
        </w:tc>
        <w:tc>
          <w:tcPr>
            <w:tcW w:w="864" w:type="dxa"/>
          </w:tcPr>
          <w:p w14:paraId="5E34FADB" w14:textId="67744EA6" w:rsidR="00867C21" w:rsidRPr="003C72B7" w:rsidRDefault="00867C21">
            <w:pPr>
              <w:spacing w:before="40" w:after="40"/>
              <w:jc w:val="center"/>
            </w:pPr>
          </w:p>
        </w:tc>
        <w:tc>
          <w:tcPr>
            <w:tcW w:w="2592" w:type="dxa"/>
          </w:tcPr>
          <w:p w14:paraId="318897A0" w14:textId="48D23922" w:rsidR="00867C21" w:rsidRPr="003C72B7" w:rsidRDefault="00867C21">
            <w:pPr>
              <w:spacing w:before="40" w:after="40"/>
            </w:pPr>
          </w:p>
        </w:tc>
        <w:tc>
          <w:tcPr>
            <w:tcW w:w="864" w:type="dxa"/>
          </w:tcPr>
          <w:p w14:paraId="602D9676" w14:textId="77777777" w:rsidR="00867C21" w:rsidRPr="003C72B7" w:rsidRDefault="00A14E1E">
            <w:pPr>
              <w:spacing w:before="40" w:after="40"/>
              <w:jc w:val="center"/>
            </w:pPr>
            <w:r>
              <w:rPr>
                <w:rFonts w:ascii="Calibri" w:hAnsi="Calibri"/>
                <w:sz w:val="14"/>
              </w:rPr>
              <w:t>★  ✔  ✚  ❢</w:t>
            </w:r>
          </w:p>
        </w:tc>
        <w:tc>
          <w:tcPr>
            <w:tcW w:w="864" w:type="dxa"/>
          </w:tcPr>
          <w:p w14:paraId="4FF215B1" w14:textId="77777777" w:rsidR="00867C21" w:rsidRPr="003C72B7" w:rsidRDefault="00A14E1E">
            <w:pPr>
              <w:spacing w:before="40" w:after="40"/>
              <w:jc w:val="center"/>
            </w:pPr>
            <w:r>
              <w:rPr>
                <w:rFonts w:ascii="Calibri" w:hAnsi="Calibri"/>
                <w:sz w:val="14"/>
              </w:rPr>
              <w:t>★  ✔  ✚  ❢</w:t>
            </w:r>
          </w:p>
        </w:tc>
        <w:tc>
          <w:tcPr>
            <w:tcW w:w="864" w:type="dxa"/>
          </w:tcPr>
          <w:p w14:paraId="15370590" w14:textId="77777777" w:rsidR="00867C21" w:rsidRPr="003C72B7" w:rsidRDefault="00A14E1E">
            <w:pPr>
              <w:spacing w:before="40" w:after="40"/>
              <w:jc w:val="center"/>
            </w:pPr>
            <w:r>
              <w:rPr>
                <w:rFonts w:ascii="Calibri" w:hAnsi="Calibri"/>
                <w:sz w:val="14"/>
              </w:rPr>
              <w:t>★  ✔  ✚  ❢</w:t>
            </w:r>
          </w:p>
        </w:tc>
        <w:tc>
          <w:tcPr>
            <w:tcW w:w="864" w:type="dxa"/>
          </w:tcPr>
          <w:p w14:paraId="7ADD2C1E" w14:textId="77777777" w:rsidR="00867C21" w:rsidRPr="003C72B7" w:rsidRDefault="00A14E1E">
            <w:pPr>
              <w:spacing w:before="40" w:after="40"/>
              <w:jc w:val="center"/>
            </w:pPr>
            <w:r>
              <w:rPr>
                <w:rFonts w:ascii="Calibri" w:hAnsi="Calibri"/>
                <w:sz w:val="14"/>
              </w:rPr>
              <w:t>★  ✔  ✚  ❢</w:t>
            </w:r>
          </w:p>
        </w:tc>
        <w:tc>
          <w:tcPr>
            <w:tcW w:w="864" w:type="dxa"/>
          </w:tcPr>
          <w:p w14:paraId="11F26DB1" w14:textId="77777777" w:rsidR="00867C21" w:rsidRPr="003C72B7" w:rsidRDefault="00A14E1E">
            <w:pPr>
              <w:spacing w:before="40" w:after="40"/>
              <w:jc w:val="center"/>
            </w:pPr>
            <w:r>
              <w:rPr>
                <w:rFonts w:ascii="Calibri" w:hAnsi="Calibri"/>
                <w:sz w:val="14"/>
              </w:rPr>
              <w:t>★  ✔  ✚  ❢</w:t>
            </w:r>
          </w:p>
        </w:tc>
        <w:tc>
          <w:tcPr>
            <w:tcW w:w="864" w:type="dxa"/>
          </w:tcPr>
          <w:p w14:paraId="1C66DD45" w14:textId="77777777" w:rsidR="00867C21" w:rsidRPr="003C72B7" w:rsidRDefault="00A14E1E">
            <w:pPr>
              <w:spacing w:before="40" w:after="40"/>
              <w:jc w:val="center"/>
            </w:pPr>
            <w:r>
              <w:rPr>
                <w:rFonts w:ascii="Calibri" w:hAnsi="Calibri"/>
                <w:sz w:val="14"/>
              </w:rPr>
              <w:t>★  ✔  ✚  ❢</w:t>
            </w:r>
          </w:p>
        </w:tc>
        <w:tc>
          <w:tcPr>
            <w:tcW w:w="864" w:type="dxa"/>
          </w:tcPr>
          <w:p w14:paraId="31435BDC" w14:textId="77777777" w:rsidR="00867C21" w:rsidRPr="003C72B7" w:rsidRDefault="00A14E1E">
            <w:pPr>
              <w:spacing w:before="40" w:after="40"/>
              <w:jc w:val="center"/>
            </w:pPr>
            <w:r>
              <w:rPr>
                <w:rFonts w:ascii="Calibri" w:hAnsi="Calibri"/>
                <w:sz w:val="14"/>
              </w:rPr>
              <w:t>★  ✔  ✚  ❢</w:t>
            </w:r>
          </w:p>
        </w:tc>
        <w:tc>
          <w:tcPr>
            <w:tcW w:w="1008" w:type="dxa"/>
          </w:tcPr>
          <w:p w14:paraId="0027DED1" w14:textId="77777777" w:rsidR="00867C21" w:rsidRPr="003C72B7" w:rsidRDefault="00A14E1E">
            <w:pPr>
              <w:spacing w:before="40" w:after="40"/>
              <w:jc w:val="center"/>
            </w:pPr>
            <w:r>
              <w:rPr>
                <w:rFonts w:ascii="Calibri" w:hAnsi="Calibri"/>
                <w:sz w:val="14"/>
              </w:rPr>
              <w:t>★  ✔  ✚  ❢</w:t>
            </w:r>
          </w:p>
        </w:tc>
        <w:tc>
          <w:tcPr>
            <w:tcW w:w="864" w:type="dxa"/>
          </w:tcPr>
          <w:p w14:paraId="149BADE1" w14:textId="77777777" w:rsidR="00867C21" w:rsidRPr="003C72B7" w:rsidRDefault="00A14E1E">
            <w:pPr>
              <w:spacing w:before="40" w:after="40"/>
              <w:jc w:val="center"/>
            </w:pPr>
            <w:r>
              <w:rPr>
                <w:rFonts w:ascii="Calibri" w:hAnsi="Calibri"/>
                <w:sz w:val="14"/>
              </w:rPr>
              <w:t>★  ✔  ✚  ❢</w:t>
            </w:r>
          </w:p>
        </w:tc>
        <w:tc>
          <w:tcPr>
            <w:tcW w:w="864" w:type="dxa"/>
          </w:tcPr>
          <w:p w14:paraId="336A3BD3" w14:textId="77777777" w:rsidR="00867C21" w:rsidRPr="003C72B7" w:rsidRDefault="00A14E1E">
            <w:pPr>
              <w:spacing w:before="40" w:after="40"/>
              <w:jc w:val="center"/>
            </w:pPr>
            <w:r>
              <w:rPr>
                <w:rFonts w:ascii="Calibri" w:hAnsi="Calibri"/>
                <w:sz w:val="14"/>
              </w:rPr>
              <w:t>★  ✔  ✚  ❢</w:t>
            </w:r>
          </w:p>
        </w:tc>
        <w:tc>
          <w:tcPr>
            <w:tcW w:w="1645" w:type="dxa"/>
          </w:tcPr>
          <w:p w14:paraId="0D85E082" w14:textId="77777777" w:rsidR="00867C21" w:rsidRPr="003C72B7" w:rsidRDefault="00867C21">
            <w:pPr>
              <w:spacing w:before="40" w:after="40"/>
            </w:pPr>
          </w:p>
        </w:tc>
      </w:tr>
      <w:tr w:rsidR="003C72B7" w:rsidRPr="003C72B7" w14:paraId="3D5EDAA7" w14:textId="77777777" w:rsidTr="003E6F1C">
        <w:tc>
          <w:tcPr>
            <w:tcW w:w="432" w:type="dxa"/>
            <w:shd w:val="clear" w:color="auto" w:fill="F2F4F7"/>
          </w:tcPr>
          <w:p w14:paraId="51BBFA77" w14:textId="77777777" w:rsidR="00867C21" w:rsidRPr="003C72B7" w:rsidRDefault="00A14E1E">
            <w:pPr>
              <w:spacing w:before="40" w:after="40"/>
              <w:jc w:val="center"/>
            </w:pPr>
            <w:r>
              <w:rPr>
                <w:rFonts w:ascii="Calibri" w:hAnsi="Calibri"/>
                <w:sz w:val="16"/>
              </w:rPr>
              <w:t>20</w:t>
            </w:r>
          </w:p>
        </w:tc>
        <w:tc>
          <w:tcPr>
            <w:tcW w:w="864" w:type="dxa"/>
            <w:shd w:val="clear" w:color="auto" w:fill="F2F4F7"/>
          </w:tcPr>
          <w:p w14:paraId="338494A0" w14:textId="73FA2755" w:rsidR="00867C21" w:rsidRPr="003C72B7" w:rsidRDefault="00867C21">
            <w:pPr>
              <w:spacing w:before="40" w:after="40"/>
              <w:jc w:val="center"/>
            </w:pPr>
          </w:p>
        </w:tc>
        <w:tc>
          <w:tcPr>
            <w:tcW w:w="2592" w:type="dxa"/>
            <w:shd w:val="clear" w:color="auto" w:fill="F2F4F7"/>
          </w:tcPr>
          <w:p w14:paraId="00469F76" w14:textId="43E69CED" w:rsidR="00867C21" w:rsidRPr="003C72B7" w:rsidRDefault="00867C21">
            <w:pPr>
              <w:spacing w:before="40" w:after="40"/>
            </w:pPr>
          </w:p>
        </w:tc>
        <w:tc>
          <w:tcPr>
            <w:tcW w:w="864" w:type="dxa"/>
            <w:shd w:val="clear" w:color="auto" w:fill="F2F4F7"/>
          </w:tcPr>
          <w:p w14:paraId="3060237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3D95D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CAB8E1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C76C86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F3965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2DAC5E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E6B0A3"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1613643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0F937E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3E348AD"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167FCEC" w14:textId="77777777" w:rsidR="00867C21" w:rsidRPr="003C72B7" w:rsidRDefault="00867C21">
            <w:pPr>
              <w:spacing w:before="40" w:after="40"/>
            </w:pPr>
          </w:p>
        </w:tc>
      </w:tr>
      <w:tr w:rsidR="003C72B7" w:rsidRPr="003C72B7" w14:paraId="2D795F1E" w14:textId="77777777" w:rsidTr="003E6F1C">
        <w:tc>
          <w:tcPr>
            <w:tcW w:w="432" w:type="dxa"/>
          </w:tcPr>
          <w:p w14:paraId="7AF70850" w14:textId="77777777" w:rsidR="00867C21" w:rsidRPr="003C72B7" w:rsidRDefault="00A14E1E">
            <w:pPr>
              <w:spacing w:before="40" w:after="40"/>
              <w:jc w:val="center"/>
            </w:pPr>
            <w:r>
              <w:rPr>
                <w:rFonts w:ascii="Calibri" w:hAnsi="Calibri"/>
                <w:sz w:val="16"/>
              </w:rPr>
              <w:t>21</w:t>
            </w:r>
          </w:p>
        </w:tc>
        <w:tc>
          <w:tcPr>
            <w:tcW w:w="864" w:type="dxa"/>
          </w:tcPr>
          <w:p w14:paraId="7206E87C" w14:textId="5EC3D51F" w:rsidR="00867C21" w:rsidRPr="003C72B7" w:rsidRDefault="00867C21">
            <w:pPr>
              <w:spacing w:before="40" w:after="40"/>
              <w:jc w:val="center"/>
            </w:pPr>
          </w:p>
        </w:tc>
        <w:tc>
          <w:tcPr>
            <w:tcW w:w="2592" w:type="dxa"/>
          </w:tcPr>
          <w:p w14:paraId="0E11CDF8" w14:textId="011F0632" w:rsidR="00867C21" w:rsidRPr="003C72B7" w:rsidRDefault="00867C21">
            <w:pPr>
              <w:spacing w:before="40" w:after="40"/>
            </w:pPr>
          </w:p>
        </w:tc>
        <w:tc>
          <w:tcPr>
            <w:tcW w:w="864" w:type="dxa"/>
          </w:tcPr>
          <w:p w14:paraId="5C174C61" w14:textId="77777777" w:rsidR="00867C21" w:rsidRPr="003C72B7" w:rsidRDefault="00A14E1E">
            <w:pPr>
              <w:spacing w:before="40" w:after="40"/>
              <w:jc w:val="center"/>
            </w:pPr>
            <w:r>
              <w:rPr>
                <w:rFonts w:ascii="Calibri" w:hAnsi="Calibri"/>
                <w:sz w:val="14"/>
              </w:rPr>
              <w:t>★  ✔  ✚  ❢</w:t>
            </w:r>
          </w:p>
        </w:tc>
        <w:tc>
          <w:tcPr>
            <w:tcW w:w="864" w:type="dxa"/>
          </w:tcPr>
          <w:p w14:paraId="04DA024E" w14:textId="77777777" w:rsidR="00867C21" w:rsidRPr="003C72B7" w:rsidRDefault="00A14E1E">
            <w:pPr>
              <w:spacing w:before="40" w:after="40"/>
              <w:jc w:val="center"/>
            </w:pPr>
            <w:r>
              <w:rPr>
                <w:rFonts w:ascii="Calibri" w:hAnsi="Calibri"/>
                <w:sz w:val="14"/>
              </w:rPr>
              <w:t>★  ✔  ✚  ❢</w:t>
            </w:r>
          </w:p>
        </w:tc>
        <w:tc>
          <w:tcPr>
            <w:tcW w:w="864" w:type="dxa"/>
          </w:tcPr>
          <w:p w14:paraId="3A970E61" w14:textId="77777777" w:rsidR="00867C21" w:rsidRPr="003C72B7" w:rsidRDefault="00A14E1E">
            <w:pPr>
              <w:spacing w:before="40" w:after="40"/>
              <w:jc w:val="center"/>
            </w:pPr>
            <w:r>
              <w:rPr>
                <w:rFonts w:ascii="Calibri" w:hAnsi="Calibri"/>
                <w:sz w:val="14"/>
              </w:rPr>
              <w:t>★  ✔  ✚  ❢</w:t>
            </w:r>
          </w:p>
        </w:tc>
        <w:tc>
          <w:tcPr>
            <w:tcW w:w="864" w:type="dxa"/>
          </w:tcPr>
          <w:p w14:paraId="500F60E0" w14:textId="77777777" w:rsidR="00867C21" w:rsidRPr="003C72B7" w:rsidRDefault="00A14E1E">
            <w:pPr>
              <w:spacing w:before="40" w:after="40"/>
              <w:jc w:val="center"/>
            </w:pPr>
            <w:r>
              <w:rPr>
                <w:rFonts w:ascii="Calibri" w:hAnsi="Calibri"/>
                <w:sz w:val="14"/>
              </w:rPr>
              <w:t>★  ✔  ✚  ❢</w:t>
            </w:r>
          </w:p>
        </w:tc>
        <w:tc>
          <w:tcPr>
            <w:tcW w:w="864" w:type="dxa"/>
          </w:tcPr>
          <w:p w14:paraId="79044FB5" w14:textId="77777777" w:rsidR="00867C21" w:rsidRPr="003C72B7" w:rsidRDefault="00A14E1E">
            <w:pPr>
              <w:spacing w:before="40" w:after="40"/>
              <w:jc w:val="center"/>
            </w:pPr>
            <w:r>
              <w:rPr>
                <w:rFonts w:ascii="Calibri" w:hAnsi="Calibri"/>
                <w:sz w:val="14"/>
              </w:rPr>
              <w:t>★  ✔  ✚  ❢</w:t>
            </w:r>
          </w:p>
        </w:tc>
        <w:tc>
          <w:tcPr>
            <w:tcW w:w="864" w:type="dxa"/>
          </w:tcPr>
          <w:p w14:paraId="3572C6E5" w14:textId="77777777" w:rsidR="00867C21" w:rsidRPr="003C72B7" w:rsidRDefault="00A14E1E">
            <w:pPr>
              <w:spacing w:before="40" w:after="40"/>
              <w:jc w:val="center"/>
            </w:pPr>
            <w:r>
              <w:rPr>
                <w:rFonts w:ascii="Calibri" w:hAnsi="Calibri"/>
                <w:sz w:val="14"/>
              </w:rPr>
              <w:t>★  ✔  ✚  ❢</w:t>
            </w:r>
          </w:p>
        </w:tc>
        <w:tc>
          <w:tcPr>
            <w:tcW w:w="864" w:type="dxa"/>
          </w:tcPr>
          <w:p w14:paraId="0F4507A6" w14:textId="77777777" w:rsidR="00867C21" w:rsidRPr="003C72B7" w:rsidRDefault="00A14E1E">
            <w:pPr>
              <w:spacing w:before="40" w:after="40"/>
              <w:jc w:val="center"/>
            </w:pPr>
            <w:r>
              <w:rPr>
                <w:rFonts w:ascii="Calibri" w:hAnsi="Calibri"/>
                <w:sz w:val="14"/>
              </w:rPr>
              <w:t>★  ✔  ✚  ❢</w:t>
            </w:r>
          </w:p>
        </w:tc>
        <w:tc>
          <w:tcPr>
            <w:tcW w:w="1008" w:type="dxa"/>
          </w:tcPr>
          <w:p w14:paraId="66433794" w14:textId="77777777" w:rsidR="00867C21" w:rsidRPr="003C72B7" w:rsidRDefault="00A14E1E">
            <w:pPr>
              <w:spacing w:before="40" w:after="40"/>
              <w:jc w:val="center"/>
            </w:pPr>
            <w:r>
              <w:rPr>
                <w:rFonts w:ascii="Calibri" w:hAnsi="Calibri"/>
                <w:sz w:val="14"/>
              </w:rPr>
              <w:t>★  ✔  ✚  ❢</w:t>
            </w:r>
          </w:p>
        </w:tc>
        <w:tc>
          <w:tcPr>
            <w:tcW w:w="864" w:type="dxa"/>
          </w:tcPr>
          <w:p w14:paraId="3BB82586" w14:textId="77777777" w:rsidR="00867C21" w:rsidRPr="003C72B7" w:rsidRDefault="00A14E1E">
            <w:pPr>
              <w:spacing w:before="40" w:after="40"/>
              <w:jc w:val="center"/>
            </w:pPr>
            <w:r>
              <w:rPr>
                <w:rFonts w:ascii="Calibri" w:hAnsi="Calibri"/>
                <w:sz w:val="14"/>
              </w:rPr>
              <w:t>★  ✔  ✚  ❢</w:t>
            </w:r>
          </w:p>
        </w:tc>
        <w:tc>
          <w:tcPr>
            <w:tcW w:w="864" w:type="dxa"/>
          </w:tcPr>
          <w:p w14:paraId="228449B7" w14:textId="77777777" w:rsidR="00867C21" w:rsidRPr="003C72B7" w:rsidRDefault="00A14E1E">
            <w:pPr>
              <w:spacing w:before="40" w:after="40"/>
              <w:jc w:val="center"/>
            </w:pPr>
            <w:r>
              <w:rPr>
                <w:rFonts w:ascii="Calibri" w:hAnsi="Calibri"/>
                <w:sz w:val="14"/>
              </w:rPr>
              <w:t>★  ✔  ✚  ❢</w:t>
            </w:r>
          </w:p>
        </w:tc>
        <w:tc>
          <w:tcPr>
            <w:tcW w:w="1645" w:type="dxa"/>
          </w:tcPr>
          <w:p w14:paraId="480CC89F" w14:textId="77777777" w:rsidR="00867C21" w:rsidRPr="003C72B7" w:rsidRDefault="00867C21">
            <w:pPr>
              <w:spacing w:before="40" w:after="40"/>
            </w:pPr>
          </w:p>
        </w:tc>
      </w:tr>
      <w:tr w:rsidR="003C72B7" w:rsidRPr="003C72B7" w14:paraId="5D237B36" w14:textId="77777777" w:rsidTr="003E6F1C">
        <w:tc>
          <w:tcPr>
            <w:tcW w:w="432" w:type="dxa"/>
            <w:shd w:val="clear" w:color="auto" w:fill="F2F4F7"/>
          </w:tcPr>
          <w:p w14:paraId="2442D632" w14:textId="77777777" w:rsidR="00867C21" w:rsidRPr="003C72B7" w:rsidRDefault="00A14E1E">
            <w:pPr>
              <w:spacing w:before="40" w:after="40"/>
              <w:jc w:val="center"/>
            </w:pPr>
            <w:r>
              <w:rPr>
                <w:rFonts w:ascii="Calibri" w:hAnsi="Calibri"/>
                <w:sz w:val="16"/>
              </w:rPr>
              <w:t>22</w:t>
            </w:r>
          </w:p>
        </w:tc>
        <w:tc>
          <w:tcPr>
            <w:tcW w:w="864" w:type="dxa"/>
            <w:shd w:val="clear" w:color="auto" w:fill="F2F4F7"/>
          </w:tcPr>
          <w:p w14:paraId="331FFCE7" w14:textId="75175FC3" w:rsidR="00867C21" w:rsidRPr="003C72B7" w:rsidRDefault="00867C21">
            <w:pPr>
              <w:spacing w:before="40" w:after="40"/>
              <w:jc w:val="center"/>
            </w:pPr>
          </w:p>
        </w:tc>
        <w:tc>
          <w:tcPr>
            <w:tcW w:w="2592" w:type="dxa"/>
            <w:shd w:val="clear" w:color="auto" w:fill="F2F4F7"/>
          </w:tcPr>
          <w:p w14:paraId="6D36015B" w14:textId="19D4002C" w:rsidR="00867C21" w:rsidRPr="003C72B7" w:rsidRDefault="00867C21">
            <w:pPr>
              <w:spacing w:before="40" w:after="40"/>
            </w:pPr>
          </w:p>
        </w:tc>
        <w:tc>
          <w:tcPr>
            <w:tcW w:w="864" w:type="dxa"/>
            <w:shd w:val="clear" w:color="auto" w:fill="F2F4F7"/>
          </w:tcPr>
          <w:p w14:paraId="4BDEFF4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4F47DD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28C97A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6A256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CCC2B1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F9D8FD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AA4AC7D"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6A79E87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D8DC4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787539A"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D9F238B" w14:textId="77777777" w:rsidR="00867C21" w:rsidRPr="003C72B7" w:rsidRDefault="00867C21">
            <w:pPr>
              <w:spacing w:before="40" w:after="40"/>
            </w:pPr>
          </w:p>
        </w:tc>
      </w:tr>
      <w:tr w:rsidR="003C72B7" w:rsidRPr="003C72B7" w14:paraId="052F5EE9" w14:textId="77777777" w:rsidTr="003E6F1C">
        <w:tc>
          <w:tcPr>
            <w:tcW w:w="432" w:type="dxa"/>
          </w:tcPr>
          <w:p w14:paraId="353AC03A" w14:textId="77777777" w:rsidR="00867C21" w:rsidRPr="003C72B7" w:rsidRDefault="00A14E1E">
            <w:pPr>
              <w:spacing w:before="40" w:after="40"/>
              <w:jc w:val="center"/>
            </w:pPr>
            <w:r>
              <w:rPr>
                <w:rFonts w:ascii="Calibri" w:hAnsi="Calibri"/>
                <w:sz w:val="16"/>
              </w:rPr>
              <w:t>23</w:t>
            </w:r>
          </w:p>
        </w:tc>
        <w:tc>
          <w:tcPr>
            <w:tcW w:w="864" w:type="dxa"/>
          </w:tcPr>
          <w:p w14:paraId="29ED4358" w14:textId="4F6902F7" w:rsidR="00867C21" w:rsidRPr="003C72B7" w:rsidRDefault="00867C21">
            <w:pPr>
              <w:spacing w:before="40" w:after="40"/>
              <w:jc w:val="center"/>
            </w:pPr>
          </w:p>
        </w:tc>
        <w:tc>
          <w:tcPr>
            <w:tcW w:w="2592" w:type="dxa"/>
          </w:tcPr>
          <w:p w14:paraId="0E3D4B62" w14:textId="1CC1BC7F" w:rsidR="00867C21" w:rsidRPr="003C72B7" w:rsidRDefault="00867C21">
            <w:pPr>
              <w:spacing w:before="40" w:after="40"/>
            </w:pPr>
          </w:p>
        </w:tc>
        <w:tc>
          <w:tcPr>
            <w:tcW w:w="864" w:type="dxa"/>
          </w:tcPr>
          <w:p w14:paraId="60819BDB" w14:textId="77777777" w:rsidR="00867C21" w:rsidRPr="003C72B7" w:rsidRDefault="00A14E1E">
            <w:pPr>
              <w:spacing w:before="40" w:after="40"/>
              <w:jc w:val="center"/>
            </w:pPr>
            <w:r>
              <w:rPr>
                <w:rFonts w:ascii="Calibri" w:hAnsi="Calibri"/>
                <w:sz w:val="14"/>
              </w:rPr>
              <w:t>★  ✔  ✚  ❢</w:t>
            </w:r>
          </w:p>
        </w:tc>
        <w:tc>
          <w:tcPr>
            <w:tcW w:w="864" w:type="dxa"/>
          </w:tcPr>
          <w:p w14:paraId="674515AB" w14:textId="77777777" w:rsidR="00867C21" w:rsidRPr="003C72B7" w:rsidRDefault="00A14E1E">
            <w:pPr>
              <w:spacing w:before="40" w:after="40"/>
              <w:jc w:val="center"/>
            </w:pPr>
            <w:r>
              <w:rPr>
                <w:rFonts w:ascii="Calibri" w:hAnsi="Calibri"/>
                <w:sz w:val="14"/>
              </w:rPr>
              <w:t>★  ✔  ✚  ❢</w:t>
            </w:r>
          </w:p>
        </w:tc>
        <w:tc>
          <w:tcPr>
            <w:tcW w:w="864" w:type="dxa"/>
          </w:tcPr>
          <w:p w14:paraId="605D3DA6" w14:textId="77777777" w:rsidR="00867C21" w:rsidRPr="003C72B7" w:rsidRDefault="00A14E1E">
            <w:pPr>
              <w:spacing w:before="40" w:after="40"/>
              <w:jc w:val="center"/>
            </w:pPr>
            <w:r>
              <w:rPr>
                <w:rFonts w:ascii="Calibri" w:hAnsi="Calibri"/>
                <w:sz w:val="14"/>
              </w:rPr>
              <w:t>★  ✔  ✚  ❢</w:t>
            </w:r>
          </w:p>
        </w:tc>
        <w:tc>
          <w:tcPr>
            <w:tcW w:w="864" w:type="dxa"/>
          </w:tcPr>
          <w:p w14:paraId="74130529" w14:textId="77777777" w:rsidR="00867C21" w:rsidRPr="003C72B7" w:rsidRDefault="00A14E1E">
            <w:pPr>
              <w:spacing w:before="40" w:after="40"/>
              <w:jc w:val="center"/>
            </w:pPr>
            <w:r>
              <w:rPr>
                <w:rFonts w:ascii="Calibri" w:hAnsi="Calibri"/>
                <w:sz w:val="14"/>
              </w:rPr>
              <w:t>★  ✔  ✚  ❢</w:t>
            </w:r>
          </w:p>
        </w:tc>
        <w:tc>
          <w:tcPr>
            <w:tcW w:w="864" w:type="dxa"/>
          </w:tcPr>
          <w:p w14:paraId="18B9D967" w14:textId="77777777" w:rsidR="00867C21" w:rsidRPr="003C72B7" w:rsidRDefault="00A14E1E">
            <w:pPr>
              <w:spacing w:before="40" w:after="40"/>
              <w:jc w:val="center"/>
            </w:pPr>
            <w:r>
              <w:rPr>
                <w:rFonts w:ascii="Calibri" w:hAnsi="Calibri"/>
                <w:sz w:val="14"/>
              </w:rPr>
              <w:t>★  ✔  ✚  ❢</w:t>
            </w:r>
          </w:p>
        </w:tc>
        <w:tc>
          <w:tcPr>
            <w:tcW w:w="864" w:type="dxa"/>
          </w:tcPr>
          <w:p w14:paraId="2CD6004A" w14:textId="77777777" w:rsidR="00867C21" w:rsidRPr="003C72B7" w:rsidRDefault="00A14E1E">
            <w:pPr>
              <w:spacing w:before="40" w:after="40"/>
              <w:jc w:val="center"/>
            </w:pPr>
            <w:r>
              <w:rPr>
                <w:rFonts w:ascii="Calibri" w:hAnsi="Calibri"/>
                <w:sz w:val="14"/>
              </w:rPr>
              <w:t>★  ✔  ✚  ❢</w:t>
            </w:r>
          </w:p>
        </w:tc>
        <w:tc>
          <w:tcPr>
            <w:tcW w:w="864" w:type="dxa"/>
          </w:tcPr>
          <w:p w14:paraId="28D5CF61" w14:textId="77777777" w:rsidR="00867C21" w:rsidRPr="003C72B7" w:rsidRDefault="00A14E1E">
            <w:pPr>
              <w:spacing w:before="40" w:after="40"/>
              <w:jc w:val="center"/>
            </w:pPr>
            <w:r>
              <w:rPr>
                <w:rFonts w:ascii="Calibri" w:hAnsi="Calibri"/>
                <w:sz w:val="14"/>
              </w:rPr>
              <w:t>★  ✔  ✚  ❢</w:t>
            </w:r>
          </w:p>
        </w:tc>
        <w:tc>
          <w:tcPr>
            <w:tcW w:w="1008" w:type="dxa"/>
          </w:tcPr>
          <w:p w14:paraId="2D81946E" w14:textId="77777777" w:rsidR="00867C21" w:rsidRPr="003C72B7" w:rsidRDefault="00A14E1E">
            <w:pPr>
              <w:spacing w:before="40" w:after="40"/>
              <w:jc w:val="center"/>
            </w:pPr>
            <w:r>
              <w:rPr>
                <w:rFonts w:ascii="Calibri" w:hAnsi="Calibri"/>
                <w:sz w:val="14"/>
              </w:rPr>
              <w:t>★  ✔  ✚  ❢</w:t>
            </w:r>
          </w:p>
        </w:tc>
        <w:tc>
          <w:tcPr>
            <w:tcW w:w="864" w:type="dxa"/>
          </w:tcPr>
          <w:p w14:paraId="5F2811C8" w14:textId="77777777" w:rsidR="00867C21" w:rsidRPr="003C72B7" w:rsidRDefault="00A14E1E">
            <w:pPr>
              <w:spacing w:before="40" w:after="40"/>
              <w:jc w:val="center"/>
            </w:pPr>
            <w:r>
              <w:rPr>
                <w:rFonts w:ascii="Calibri" w:hAnsi="Calibri"/>
                <w:sz w:val="14"/>
              </w:rPr>
              <w:t>★  ✔  ✚  ❢</w:t>
            </w:r>
          </w:p>
        </w:tc>
        <w:tc>
          <w:tcPr>
            <w:tcW w:w="864" w:type="dxa"/>
          </w:tcPr>
          <w:p w14:paraId="1F3F0CFC" w14:textId="77777777" w:rsidR="00867C21" w:rsidRPr="003C72B7" w:rsidRDefault="00A14E1E">
            <w:pPr>
              <w:spacing w:before="40" w:after="40"/>
              <w:jc w:val="center"/>
            </w:pPr>
            <w:r>
              <w:rPr>
                <w:rFonts w:ascii="Calibri" w:hAnsi="Calibri"/>
                <w:sz w:val="14"/>
              </w:rPr>
              <w:t>★  ✔  ✚  ❢</w:t>
            </w:r>
          </w:p>
        </w:tc>
        <w:tc>
          <w:tcPr>
            <w:tcW w:w="1645" w:type="dxa"/>
          </w:tcPr>
          <w:p w14:paraId="50E1E587" w14:textId="77777777" w:rsidR="00867C21" w:rsidRPr="003C72B7" w:rsidRDefault="00867C21">
            <w:pPr>
              <w:spacing w:before="40" w:after="40"/>
            </w:pPr>
          </w:p>
        </w:tc>
      </w:tr>
      <w:tr w:rsidR="003C72B7" w:rsidRPr="003C72B7" w14:paraId="32649B91" w14:textId="77777777" w:rsidTr="003E6F1C">
        <w:tc>
          <w:tcPr>
            <w:tcW w:w="432" w:type="dxa"/>
            <w:shd w:val="clear" w:color="auto" w:fill="F2F4F7"/>
          </w:tcPr>
          <w:p w14:paraId="0558D595" w14:textId="77777777" w:rsidR="00867C21" w:rsidRPr="003C72B7" w:rsidRDefault="00A14E1E">
            <w:pPr>
              <w:spacing w:before="40" w:after="40"/>
              <w:jc w:val="center"/>
            </w:pPr>
            <w:r>
              <w:rPr>
                <w:rFonts w:ascii="Calibri" w:hAnsi="Calibri"/>
                <w:sz w:val="16"/>
              </w:rPr>
              <w:t>24</w:t>
            </w:r>
          </w:p>
        </w:tc>
        <w:tc>
          <w:tcPr>
            <w:tcW w:w="864" w:type="dxa"/>
            <w:shd w:val="clear" w:color="auto" w:fill="F2F4F7"/>
          </w:tcPr>
          <w:p w14:paraId="3C066CCD" w14:textId="43FFCAEC" w:rsidR="00867C21" w:rsidRPr="003C72B7" w:rsidRDefault="00867C21">
            <w:pPr>
              <w:spacing w:before="40" w:after="40"/>
              <w:jc w:val="center"/>
            </w:pPr>
          </w:p>
        </w:tc>
        <w:tc>
          <w:tcPr>
            <w:tcW w:w="2592" w:type="dxa"/>
            <w:shd w:val="clear" w:color="auto" w:fill="F2F4F7"/>
          </w:tcPr>
          <w:p w14:paraId="5D88CCBD" w14:textId="0AA3ABBB" w:rsidR="00867C21" w:rsidRPr="003C72B7" w:rsidRDefault="00867C21">
            <w:pPr>
              <w:spacing w:before="40" w:after="40"/>
            </w:pPr>
          </w:p>
        </w:tc>
        <w:tc>
          <w:tcPr>
            <w:tcW w:w="864" w:type="dxa"/>
            <w:shd w:val="clear" w:color="auto" w:fill="F2F4F7"/>
          </w:tcPr>
          <w:p w14:paraId="6423477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878E9F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1B52EE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ED5434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682380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AC6AE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D8D7A75"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79F94E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01F1BF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48063E4"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1C84EC29" w14:textId="77777777" w:rsidR="00867C21" w:rsidRPr="003C72B7" w:rsidRDefault="00867C21">
            <w:pPr>
              <w:spacing w:before="40" w:after="40"/>
            </w:pPr>
          </w:p>
        </w:tc>
      </w:tr>
      <w:tr w:rsidR="003C72B7" w:rsidRPr="003C72B7" w14:paraId="697FCD13" w14:textId="77777777" w:rsidTr="003E6F1C">
        <w:tc>
          <w:tcPr>
            <w:tcW w:w="432" w:type="dxa"/>
          </w:tcPr>
          <w:p w14:paraId="58B0C5C4" w14:textId="77777777" w:rsidR="00867C21" w:rsidRPr="003C72B7" w:rsidRDefault="00A14E1E">
            <w:pPr>
              <w:spacing w:before="40" w:after="40"/>
              <w:jc w:val="center"/>
            </w:pPr>
            <w:r>
              <w:rPr>
                <w:rFonts w:ascii="Calibri" w:hAnsi="Calibri"/>
                <w:sz w:val="16"/>
              </w:rPr>
              <w:t>25</w:t>
            </w:r>
          </w:p>
        </w:tc>
        <w:tc>
          <w:tcPr>
            <w:tcW w:w="864" w:type="dxa"/>
          </w:tcPr>
          <w:p w14:paraId="109FE3F8" w14:textId="164F8800" w:rsidR="00867C21" w:rsidRPr="003C72B7" w:rsidRDefault="00867C21">
            <w:pPr>
              <w:spacing w:before="40" w:after="40"/>
              <w:jc w:val="center"/>
            </w:pPr>
          </w:p>
        </w:tc>
        <w:tc>
          <w:tcPr>
            <w:tcW w:w="2592" w:type="dxa"/>
          </w:tcPr>
          <w:p w14:paraId="60F96CEB" w14:textId="47189D18" w:rsidR="00867C21" w:rsidRPr="003C72B7" w:rsidRDefault="00867C21">
            <w:pPr>
              <w:spacing w:before="40" w:after="40"/>
            </w:pPr>
          </w:p>
        </w:tc>
        <w:tc>
          <w:tcPr>
            <w:tcW w:w="864" w:type="dxa"/>
          </w:tcPr>
          <w:p w14:paraId="5BD46CAE" w14:textId="77777777" w:rsidR="00867C21" w:rsidRPr="003C72B7" w:rsidRDefault="00A14E1E">
            <w:pPr>
              <w:spacing w:before="40" w:after="40"/>
              <w:jc w:val="center"/>
            </w:pPr>
            <w:r>
              <w:rPr>
                <w:rFonts w:ascii="Calibri" w:hAnsi="Calibri"/>
                <w:sz w:val="14"/>
              </w:rPr>
              <w:t>★  ✔  ✚  ❢</w:t>
            </w:r>
          </w:p>
        </w:tc>
        <w:tc>
          <w:tcPr>
            <w:tcW w:w="864" w:type="dxa"/>
          </w:tcPr>
          <w:p w14:paraId="7F5A2BF8" w14:textId="77777777" w:rsidR="00867C21" w:rsidRPr="003C72B7" w:rsidRDefault="00A14E1E">
            <w:pPr>
              <w:spacing w:before="40" w:after="40"/>
              <w:jc w:val="center"/>
            </w:pPr>
            <w:r>
              <w:rPr>
                <w:rFonts w:ascii="Calibri" w:hAnsi="Calibri"/>
                <w:sz w:val="14"/>
              </w:rPr>
              <w:t>★  ✔  ✚  ❢</w:t>
            </w:r>
          </w:p>
        </w:tc>
        <w:tc>
          <w:tcPr>
            <w:tcW w:w="864" w:type="dxa"/>
          </w:tcPr>
          <w:p w14:paraId="4155C45A" w14:textId="77777777" w:rsidR="00867C21" w:rsidRPr="003C72B7" w:rsidRDefault="00A14E1E">
            <w:pPr>
              <w:spacing w:before="40" w:after="40"/>
              <w:jc w:val="center"/>
            </w:pPr>
            <w:r>
              <w:rPr>
                <w:rFonts w:ascii="Calibri" w:hAnsi="Calibri"/>
                <w:sz w:val="14"/>
              </w:rPr>
              <w:t>★  ✔  ✚  ❢</w:t>
            </w:r>
          </w:p>
        </w:tc>
        <w:tc>
          <w:tcPr>
            <w:tcW w:w="864" w:type="dxa"/>
          </w:tcPr>
          <w:p w14:paraId="125A82E5" w14:textId="77777777" w:rsidR="00867C21" w:rsidRPr="003C72B7" w:rsidRDefault="00A14E1E">
            <w:pPr>
              <w:spacing w:before="40" w:after="40"/>
              <w:jc w:val="center"/>
            </w:pPr>
            <w:r>
              <w:rPr>
                <w:rFonts w:ascii="Calibri" w:hAnsi="Calibri"/>
                <w:sz w:val="14"/>
              </w:rPr>
              <w:t>★  ✔  ✚  ❢</w:t>
            </w:r>
          </w:p>
        </w:tc>
        <w:tc>
          <w:tcPr>
            <w:tcW w:w="864" w:type="dxa"/>
          </w:tcPr>
          <w:p w14:paraId="355C48A2" w14:textId="77777777" w:rsidR="00867C21" w:rsidRPr="003C72B7" w:rsidRDefault="00A14E1E">
            <w:pPr>
              <w:spacing w:before="40" w:after="40"/>
              <w:jc w:val="center"/>
            </w:pPr>
            <w:r>
              <w:rPr>
                <w:rFonts w:ascii="Calibri" w:hAnsi="Calibri"/>
                <w:sz w:val="14"/>
              </w:rPr>
              <w:t>★  ✔  ✚  ❢</w:t>
            </w:r>
          </w:p>
        </w:tc>
        <w:tc>
          <w:tcPr>
            <w:tcW w:w="864" w:type="dxa"/>
          </w:tcPr>
          <w:p w14:paraId="305B4698" w14:textId="77777777" w:rsidR="00867C21" w:rsidRPr="003C72B7" w:rsidRDefault="00A14E1E">
            <w:pPr>
              <w:spacing w:before="40" w:after="40"/>
              <w:jc w:val="center"/>
            </w:pPr>
            <w:r>
              <w:rPr>
                <w:rFonts w:ascii="Calibri" w:hAnsi="Calibri"/>
                <w:sz w:val="14"/>
              </w:rPr>
              <w:t>★  ✔  ✚  ❢</w:t>
            </w:r>
          </w:p>
        </w:tc>
        <w:tc>
          <w:tcPr>
            <w:tcW w:w="864" w:type="dxa"/>
          </w:tcPr>
          <w:p w14:paraId="38B00398" w14:textId="77777777" w:rsidR="00867C21" w:rsidRPr="003C72B7" w:rsidRDefault="00A14E1E">
            <w:pPr>
              <w:spacing w:before="40" w:after="40"/>
              <w:jc w:val="center"/>
            </w:pPr>
            <w:r>
              <w:rPr>
                <w:rFonts w:ascii="Calibri" w:hAnsi="Calibri"/>
                <w:sz w:val="14"/>
              </w:rPr>
              <w:t>★  ✔  ✚  ❢</w:t>
            </w:r>
          </w:p>
        </w:tc>
        <w:tc>
          <w:tcPr>
            <w:tcW w:w="1008" w:type="dxa"/>
          </w:tcPr>
          <w:p w14:paraId="5386B7E8" w14:textId="77777777" w:rsidR="00867C21" w:rsidRPr="003C72B7" w:rsidRDefault="00A14E1E">
            <w:pPr>
              <w:spacing w:before="40" w:after="40"/>
              <w:jc w:val="center"/>
            </w:pPr>
            <w:r>
              <w:rPr>
                <w:rFonts w:ascii="Calibri" w:hAnsi="Calibri"/>
                <w:sz w:val="14"/>
              </w:rPr>
              <w:t>★  ✔  ✚  ❢</w:t>
            </w:r>
          </w:p>
        </w:tc>
        <w:tc>
          <w:tcPr>
            <w:tcW w:w="864" w:type="dxa"/>
          </w:tcPr>
          <w:p w14:paraId="724A2961" w14:textId="77777777" w:rsidR="00867C21" w:rsidRPr="003C72B7" w:rsidRDefault="00A14E1E">
            <w:pPr>
              <w:spacing w:before="40" w:after="40"/>
              <w:jc w:val="center"/>
            </w:pPr>
            <w:r>
              <w:rPr>
                <w:rFonts w:ascii="Calibri" w:hAnsi="Calibri"/>
                <w:sz w:val="14"/>
              </w:rPr>
              <w:t>★  ✔  ✚  ❢</w:t>
            </w:r>
          </w:p>
        </w:tc>
        <w:tc>
          <w:tcPr>
            <w:tcW w:w="864" w:type="dxa"/>
          </w:tcPr>
          <w:p w14:paraId="22224FDF" w14:textId="77777777" w:rsidR="00867C21" w:rsidRPr="003C72B7" w:rsidRDefault="00A14E1E">
            <w:pPr>
              <w:spacing w:before="40" w:after="40"/>
              <w:jc w:val="center"/>
            </w:pPr>
            <w:r>
              <w:rPr>
                <w:rFonts w:ascii="Calibri" w:hAnsi="Calibri"/>
                <w:sz w:val="14"/>
              </w:rPr>
              <w:t>★  ✔  ✚  ❢</w:t>
            </w:r>
          </w:p>
        </w:tc>
        <w:tc>
          <w:tcPr>
            <w:tcW w:w="1645" w:type="dxa"/>
          </w:tcPr>
          <w:p w14:paraId="195EEB91" w14:textId="77777777" w:rsidR="00867C21" w:rsidRPr="003C72B7" w:rsidRDefault="00867C21">
            <w:pPr>
              <w:spacing w:before="40" w:after="40"/>
            </w:pPr>
          </w:p>
        </w:tc>
      </w:tr>
      <w:tr w:rsidR="003C72B7" w:rsidRPr="003C72B7" w14:paraId="1B2D492A" w14:textId="77777777" w:rsidTr="003E6F1C">
        <w:tc>
          <w:tcPr>
            <w:tcW w:w="432" w:type="dxa"/>
            <w:shd w:val="clear" w:color="auto" w:fill="F2F4F7"/>
          </w:tcPr>
          <w:p w14:paraId="66EB42F8" w14:textId="77777777" w:rsidR="00867C21" w:rsidRPr="003C72B7" w:rsidRDefault="00A14E1E">
            <w:pPr>
              <w:spacing w:before="40" w:after="40"/>
              <w:jc w:val="center"/>
            </w:pPr>
            <w:r>
              <w:rPr>
                <w:rFonts w:ascii="Calibri" w:hAnsi="Calibri"/>
                <w:sz w:val="16"/>
              </w:rPr>
              <w:t>26</w:t>
            </w:r>
          </w:p>
        </w:tc>
        <w:tc>
          <w:tcPr>
            <w:tcW w:w="864" w:type="dxa"/>
            <w:shd w:val="clear" w:color="auto" w:fill="F2F4F7"/>
          </w:tcPr>
          <w:p w14:paraId="6A75019A" w14:textId="04CECD01" w:rsidR="00867C21" w:rsidRPr="003C72B7" w:rsidRDefault="00867C21">
            <w:pPr>
              <w:spacing w:before="40" w:after="40"/>
              <w:jc w:val="center"/>
            </w:pPr>
          </w:p>
        </w:tc>
        <w:tc>
          <w:tcPr>
            <w:tcW w:w="2592" w:type="dxa"/>
            <w:shd w:val="clear" w:color="auto" w:fill="F2F4F7"/>
          </w:tcPr>
          <w:p w14:paraId="25CB6529" w14:textId="04211928" w:rsidR="00867C21" w:rsidRPr="003C72B7" w:rsidRDefault="00867C21">
            <w:pPr>
              <w:spacing w:before="40" w:after="40"/>
            </w:pPr>
          </w:p>
        </w:tc>
        <w:tc>
          <w:tcPr>
            <w:tcW w:w="864" w:type="dxa"/>
            <w:shd w:val="clear" w:color="auto" w:fill="F2F4F7"/>
          </w:tcPr>
          <w:p w14:paraId="06F4A52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271433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E2C00E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92B5DA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FB5CC3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C68BC3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9086596"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22E17C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D527FB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0FB3EB8"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61A1E724" w14:textId="77777777" w:rsidR="00867C21" w:rsidRPr="003C72B7" w:rsidRDefault="00867C21">
            <w:pPr>
              <w:spacing w:before="40" w:after="40"/>
            </w:pPr>
          </w:p>
        </w:tc>
      </w:tr>
      <w:tr w:rsidR="003C72B7" w:rsidRPr="003C72B7" w14:paraId="43F9AC89" w14:textId="77777777" w:rsidTr="003E6F1C">
        <w:tc>
          <w:tcPr>
            <w:tcW w:w="432" w:type="dxa"/>
          </w:tcPr>
          <w:p w14:paraId="335C981D" w14:textId="77777777" w:rsidR="00867C21" w:rsidRPr="003C72B7" w:rsidRDefault="00A14E1E">
            <w:pPr>
              <w:spacing w:before="40" w:after="40"/>
              <w:jc w:val="center"/>
            </w:pPr>
            <w:r>
              <w:rPr>
                <w:rFonts w:ascii="Calibri" w:hAnsi="Calibri"/>
                <w:sz w:val="16"/>
              </w:rPr>
              <w:t>27</w:t>
            </w:r>
          </w:p>
        </w:tc>
        <w:tc>
          <w:tcPr>
            <w:tcW w:w="864" w:type="dxa"/>
          </w:tcPr>
          <w:p w14:paraId="024471CC" w14:textId="3F9A5EB3" w:rsidR="00867C21" w:rsidRPr="003C72B7" w:rsidRDefault="00867C21">
            <w:pPr>
              <w:spacing w:before="40" w:after="40"/>
              <w:jc w:val="center"/>
            </w:pPr>
          </w:p>
        </w:tc>
        <w:tc>
          <w:tcPr>
            <w:tcW w:w="2592" w:type="dxa"/>
          </w:tcPr>
          <w:p w14:paraId="16CE49BF" w14:textId="0C9B5F0E" w:rsidR="00867C21" w:rsidRPr="003C72B7" w:rsidRDefault="00867C21">
            <w:pPr>
              <w:spacing w:before="40" w:after="40"/>
            </w:pPr>
          </w:p>
        </w:tc>
        <w:tc>
          <w:tcPr>
            <w:tcW w:w="864" w:type="dxa"/>
          </w:tcPr>
          <w:p w14:paraId="02EFE56E" w14:textId="77777777" w:rsidR="00867C21" w:rsidRPr="003C72B7" w:rsidRDefault="00A14E1E">
            <w:pPr>
              <w:spacing w:before="40" w:after="40"/>
              <w:jc w:val="center"/>
            </w:pPr>
            <w:r>
              <w:rPr>
                <w:rFonts w:ascii="Calibri" w:hAnsi="Calibri"/>
                <w:sz w:val="14"/>
              </w:rPr>
              <w:t>★  ✔  ✚  ❢</w:t>
            </w:r>
          </w:p>
        </w:tc>
        <w:tc>
          <w:tcPr>
            <w:tcW w:w="864" w:type="dxa"/>
          </w:tcPr>
          <w:p w14:paraId="48416A8D" w14:textId="77777777" w:rsidR="00867C21" w:rsidRPr="003C72B7" w:rsidRDefault="00A14E1E">
            <w:pPr>
              <w:spacing w:before="40" w:after="40"/>
              <w:jc w:val="center"/>
            </w:pPr>
            <w:r>
              <w:rPr>
                <w:rFonts w:ascii="Calibri" w:hAnsi="Calibri"/>
                <w:sz w:val="14"/>
              </w:rPr>
              <w:t>★  ✔  ✚  ❢</w:t>
            </w:r>
          </w:p>
        </w:tc>
        <w:tc>
          <w:tcPr>
            <w:tcW w:w="864" w:type="dxa"/>
          </w:tcPr>
          <w:p w14:paraId="10A188E8" w14:textId="77777777" w:rsidR="00867C21" w:rsidRPr="003C72B7" w:rsidRDefault="00A14E1E">
            <w:pPr>
              <w:spacing w:before="40" w:after="40"/>
              <w:jc w:val="center"/>
            </w:pPr>
            <w:r>
              <w:rPr>
                <w:rFonts w:ascii="Calibri" w:hAnsi="Calibri"/>
                <w:sz w:val="14"/>
              </w:rPr>
              <w:t>★  ✔  ✚  ❢</w:t>
            </w:r>
          </w:p>
        </w:tc>
        <w:tc>
          <w:tcPr>
            <w:tcW w:w="864" w:type="dxa"/>
          </w:tcPr>
          <w:p w14:paraId="200DE30E" w14:textId="77777777" w:rsidR="00867C21" w:rsidRPr="003C72B7" w:rsidRDefault="00A14E1E">
            <w:pPr>
              <w:spacing w:before="40" w:after="40"/>
              <w:jc w:val="center"/>
            </w:pPr>
            <w:r>
              <w:rPr>
                <w:rFonts w:ascii="Calibri" w:hAnsi="Calibri"/>
                <w:sz w:val="14"/>
              </w:rPr>
              <w:t>★  ✔  ✚  ❢</w:t>
            </w:r>
          </w:p>
        </w:tc>
        <w:tc>
          <w:tcPr>
            <w:tcW w:w="864" w:type="dxa"/>
          </w:tcPr>
          <w:p w14:paraId="4FCC6175" w14:textId="77777777" w:rsidR="00867C21" w:rsidRPr="003C72B7" w:rsidRDefault="00A14E1E">
            <w:pPr>
              <w:spacing w:before="40" w:after="40"/>
              <w:jc w:val="center"/>
            </w:pPr>
            <w:r>
              <w:rPr>
                <w:rFonts w:ascii="Calibri" w:hAnsi="Calibri"/>
                <w:sz w:val="14"/>
              </w:rPr>
              <w:t>★  ✔  ✚  ❢</w:t>
            </w:r>
          </w:p>
        </w:tc>
        <w:tc>
          <w:tcPr>
            <w:tcW w:w="864" w:type="dxa"/>
          </w:tcPr>
          <w:p w14:paraId="6EC3A961" w14:textId="77777777" w:rsidR="00867C21" w:rsidRPr="003C72B7" w:rsidRDefault="00A14E1E">
            <w:pPr>
              <w:spacing w:before="40" w:after="40"/>
              <w:jc w:val="center"/>
            </w:pPr>
            <w:r>
              <w:rPr>
                <w:rFonts w:ascii="Calibri" w:hAnsi="Calibri"/>
                <w:sz w:val="14"/>
              </w:rPr>
              <w:t>★  ✔  ✚  ❢</w:t>
            </w:r>
          </w:p>
        </w:tc>
        <w:tc>
          <w:tcPr>
            <w:tcW w:w="864" w:type="dxa"/>
          </w:tcPr>
          <w:p w14:paraId="6345F34F" w14:textId="77777777" w:rsidR="00867C21" w:rsidRPr="003C72B7" w:rsidRDefault="00A14E1E">
            <w:pPr>
              <w:spacing w:before="40" w:after="40"/>
              <w:jc w:val="center"/>
            </w:pPr>
            <w:r>
              <w:rPr>
                <w:rFonts w:ascii="Calibri" w:hAnsi="Calibri"/>
                <w:sz w:val="14"/>
              </w:rPr>
              <w:t>★  ✔  ✚  ❢</w:t>
            </w:r>
          </w:p>
        </w:tc>
        <w:tc>
          <w:tcPr>
            <w:tcW w:w="1008" w:type="dxa"/>
          </w:tcPr>
          <w:p w14:paraId="0D940E52" w14:textId="77777777" w:rsidR="00867C21" w:rsidRPr="003C72B7" w:rsidRDefault="00A14E1E">
            <w:pPr>
              <w:spacing w:before="40" w:after="40"/>
              <w:jc w:val="center"/>
            </w:pPr>
            <w:r>
              <w:rPr>
                <w:rFonts w:ascii="Calibri" w:hAnsi="Calibri"/>
                <w:sz w:val="14"/>
              </w:rPr>
              <w:t>★  ✔  ✚  ❢</w:t>
            </w:r>
          </w:p>
        </w:tc>
        <w:tc>
          <w:tcPr>
            <w:tcW w:w="864" w:type="dxa"/>
          </w:tcPr>
          <w:p w14:paraId="03F6137E" w14:textId="77777777" w:rsidR="00867C21" w:rsidRPr="003C72B7" w:rsidRDefault="00A14E1E">
            <w:pPr>
              <w:spacing w:before="40" w:after="40"/>
              <w:jc w:val="center"/>
            </w:pPr>
            <w:r>
              <w:rPr>
                <w:rFonts w:ascii="Calibri" w:hAnsi="Calibri"/>
                <w:sz w:val="14"/>
              </w:rPr>
              <w:t>★  ✔  ✚  ❢</w:t>
            </w:r>
          </w:p>
        </w:tc>
        <w:tc>
          <w:tcPr>
            <w:tcW w:w="864" w:type="dxa"/>
          </w:tcPr>
          <w:p w14:paraId="125688FD" w14:textId="77777777" w:rsidR="00867C21" w:rsidRPr="003C72B7" w:rsidRDefault="00A14E1E">
            <w:pPr>
              <w:spacing w:before="40" w:after="40"/>
              <w:jc w:val="center"/>
            </w:pPr>
            <w:r>
              <w:rPr>
                <w:rFonts w:ascii="Calibri" w:hAnsi="Calibri"/>
                <w:sz w:val="14"/>
              </w:rPr>
              <w:t>★  ✔  ✚  ❢</w:t>
            </w:r>
          </w:p>
        </w:tc>
        <w:tc>
          <w:tcPr>
            <w:tcW w:w="1645" w:type="dxa"/>
          </w:tcPr>
          <w:p w14:paraId="1CD21EF0" w14:textId="77777777" w:rsidR="00867C21" w:rsidRPr="003C72B7" w:rsidRDefault="00867C21">
            <w:pPr>
              <w:spacing w:before="40" w:after="40"/>
            </w:pPr>
          </w:p>
        </w:tc>
      </w:tr>
      <w:tr w:rsidR="003C72B7" w:rsidRPr="003C72B7" w14:paraId="4027DE78" w14:textId="77777777" w:rsidTr="003E6F1C">
        <w:tc>
          <w:tcPr>
            <w:tcW w:w="432" w:type="dxa"/>
            <w:shd w:val="clear" w:color="auto" w:fill="F2F4F7"/>
          </w:tcPr>
          <w:p w14:paraId="5C5CEB52" w14:textId="77777777" w:rsidR="00867C21" w:rsidRPr="003C72B7" w:rsidRDefault="00A14E1E">
            <w:pPr>
              <w:spacing w:before="40" w:after="40"/>
              <w:jc w:val="center"/>
            </w:pPr>
            <w:r>
              <w:rPr>
                <w:rFonts w:ascii="Calibri" w:hAnsi="Calibri"/>
                <w:sz w:val="16"/>
              </w:rPr>
              <w:t>28</w:t>
            </w:r>
          </w:p>
        </w:tc>
        <w:tc>
          <w:tcPr>
            <w:tcW w:w="864" w:type="dxa"/>
            <w:shd w:val="clear" w:color="auto" w:fill="F2F4F7"/>
          </w:tcPr>
          <w:p w14:paraId="73BC83AD" w14:textId="62B9E2D9" w:rsidR="00867C21" w:rsidRPr="003C72B7" w:rsidRDefault="00867C21">
            <w:pPr>
              <w:spacing w:before="40" w:after="40"/>
              <w:jc w:val="center"/>
            </w:pPr>
          </w:p>
        </w:tc>
        <w:tc>
          <w:tcPr>
            <w:tcW w:w="2592" w:type="dxa"/>
            <w:shd w:val="clear" w:color="auto" w:fill="F2F4F7"/>
          </w:tcPr>
          <w:p w14:paraId="22146A5A" w14:textId="202FBEDD" w:rsidR="00867C21" w:rsidRPr="003C72B7" w:rsidRDefault="00867C21">
            <w:pPr>
              <w:spacing w:before="40" w:after="40"/>
            </w:pPr>
          </w:p>
        </w:tc>
        <w:tc>
          <w:tcPr>
            <w:tcW w:w="864" w:type="dxa"/>
            <w:shd w:val="clear" w:color="auto" w:fill="F2F4F7"/>
          </w:tcPr>
          <w:p w14:paraId="0440C4C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3C8F39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F35824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2D4C8C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261C2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912088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3DE54DA"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369E3F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05A8FF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518A0F"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3C2A5C68" w14:textId="77777777" w:rsidR="00867C21" w:rsidRPr="003C72B7" w:rsidRDefault="00867C21">
            <w:pPr>
              <w:spacing w:before="40" w:after="40"/>
            </w:pPr>
          </w:p>
        </w:tc>
      </w:tr>
      <w:tr w:rsidR="003C72B7" w:rsidRPr="003C72B7" w14:paraId="064653D6" w14:textId="77777777" w:rsidTr="003E6F1C">
        <w:tc>
          <w:tcPr>
            <w:tcW w:w="432" w:type="dxa"/>
          </w:tcPr>
          <w:p w14:paraId="548E6F85" w14:textId="77777777" w:rsidR="00867C21" w:rsidRPr="003C72B7" w:rsidRDefault="00A14E1E">
            <w:pPr>
              <w:spacing w:before="40" w:after="40"/>
              <w:jc w:val="center"/>
            </w:pPr>
            <w:r>
              <w:rPr>
                <w:rFonts w:ascii="Calibri" w:hAnsi="Calibri"/>
                <w:sz w:val="16"/>
              </w:rPr>
              <w:t>29</w:t>
            </w:r>
          </w:p>
        </w:tc>
        <w:tc>
          <w:tcPr>
            <w:tcW w:w="864" w:type="dxa"/>
          </w:tcPr>
          <w:p w14:paraId="7759178E" w14:textId="183C23CD" w:rsidR="00867C21" w:rsidRPr="003C72B7" w:rsidRDefault="00867C21">
            <w:pPr>
              <w:spacing w:before="40" w:after="40"/>
              <w:jc w:val="center"/>
            </w:pPr>
          </w:p>
        </w:tc>
        <w:tc>
          <w:tcPr>
            <w:tcW w:w="2592" w:type="dxa"/>
          </w:tcPr>
          <w:p w14:paraId="2FE9A569" w14:textId="10409260" w:rsidR="00867C21" w:rsidRPr="003C72B7" w:rsidRDefault="00867C21">
            <w:pPr>
              <w:spacing w:before="40" w:after="40"/>
            </w:pPr>
          </w:p>
        </w:tc>
        <w:tc>
          <w:tcPr>
            <w:tcW w:w="864" w:type="dxa"/>
          </w:tcPr>
          <w:p w14:paraId="317B8CAE" w14:textId="77777777" w:rsidR="00867C21" w:rsidRPr="003C72B7" w:rsidRDefault="00A14E1E">
            <w:pPr>
              <w:spacing w:before="40" w:after="40"/>
              <w:jc w:val="center"/>
            </w:pPr>
            <w:r>
              <w:rPr>
                <w:rFonts w:ascii="Calibri" w:hAnsi="Calibri"/>
                <w:sz w:val="14"/>
              </w:rPr>
              <w:t>★  ✔  ✚  ❢</w:t>
            </w:r>
          </w:p>
        </w:tc>
        <w:tc>
          <w:tcPr>
            <w:tcW w:w="864" w:type="dxa"/>
          </w:tcPr>
          <w:p w14:paraId="6BD0B963" w14:textId="77777777" w:rsidR="00867C21" w:rsidRPr="003C72B7" w:rsidRDefault="00A14E1E">
            <w:pPr>
              <w:spacing w:before="40" w:after="40"/>
              <w:jc w:val="center"/>
            </w:pPr>
            <w:r>
              <w:rPr>
                <w:rFonts w:ascii="Calibri" w:hAnsi="Calibri"/>
                <w:sz w:val="14"/>
              </w:rPr>
              <w:t>★  ✔  ✚  ❢</w:t>
            </w:r>
          </w:p>
        </w:tc>
        <w:tc>
          <w:tcPr>
            <w:tcW w:w="864" w:type="dxa"/>
          </w:tcPr>
          <w:p w14:paraId="4165046D" w14:textId="77777777" w:rsidR="00867C21" w:rsidRPr="003C72B7" w:rsidRDefault="00A14E1E">
            <w:pPr>
              <w:spacing w:before="40" w:after="40"/>
              <w:jc w:val="center"/>
            </w:pPr>
            <w:r>
              <w:rPr>
                <w:rFonts w:ascii="Calibri" w:hAnsi="Calibri"/>
                <w:sz w:val="14"/>
              </w:rPr>
              <w:t>★  ✔  ✚  ❢</w:t>
            </w:r>
          </w:p>
        </w:tc>
        <w:tc>
          <w:tcPr>
            <w:tcW w:w="864" w:type="dxa"/>
          </w:tcPr>
          <w:p w14:paraId="5B678E01" w14:textId="77777777" w:rsidR="00867C21" w:rsidRPr="003C72B7" w:rsidRDefault="00A14E1E">
            <w:pPr>
              <w:spacing w:before="40" w:after="40"/>
              <w:jc w:val="center"/>
            </w:pPr>
            <w:r>
              <w:rPr>
                <w:rFonts w:ascii="Calibri" w:hAnsi="Calibri"/>
                <w:sz w:val="14"/>
              </w:rPr>
              <w:t>★  ✔  ✚  ❢</w:t>
            </w:r>
          </w:p>
        </w:tc>
        <w:tc>
          <w:tcPr>
            <w:tcW w:w="864" w:type="dxa"/>
          </w:tcPr>
          <w:p w14:paraId="2EBFB659" w14:textId="77777777" w:rsidR="00867C21" w:rsidRPr="003C72B7" w:rsidRDefault="00A14E1E">
            <w:pPr>
              <w:spacing w:before="40" w:after="40"/>
              <w:jc w:val="center"/>
            </w:pPr>
            <w:r>
              <w:rPr>
                <w:rFonts w:ascii="Calibri" w:hAnsi="Calibri"/>
                <w:sz w:val="14"/>
              </w:rPr>
              <w:t>★  ✔  ✚  ❢</w:t>
            </w:r>
          </w:p>
        </w:tc>
        <w:tc>
          <w:tcPr>
            <w:tcW w:w="864" w:type="dxa"/>
          </w:tcPr>
          <w:p w14:paraId="0BC34316" w14:textId="77777777" w:rsidR="00867C21" w:rsidRPr="003C72B7" w:rsidRDefault="00A14E1E">
            <w:pPr>
              <w:spacing w:before="40" w:after="40"/>
              <w:jc w:val="center"/>
            </w:pPr>
            <w:r>
              <w:rPr>
                <w:rFonts w:ascii="Calibri" w:hAnsi="Calibri"/>
                <w:sz w:val="14"/>
              </w:rPr>
              <w:t>★  ✔  ✚  ❢</w:t>
            </w:r>
          </w:p>
        </w:tc>
        <w:tc>
          <w:tcPr>
            <w:tcW w:w="864" w:type="dxa"/>
          </w:tcPr>
          <w:p w14:paraId="5CF152CC" w14:textId="77777777" w:rsidR="00867C21" w:rsidRPr="003C72B7" w:rsidRDefault="00A14E1E">
            <w:pPr>
              <w:spacing w:before="40" w:after="40"/>
              <w:jc w:val="center"/>
            </w:pPr>
            <w:r>
              <w:rPr>
                <w:rFonts w:ascii="Calibri" w:hAnsi="Calibri"/>
                <w:sz w:val="14"/>
              </w:rPr>
              <w:t>★  ✔  ✚  ❢</w:t>
            </w:r>
          </w:p>
        </w:tc>
        <w:tc>
          <w:tcPr>
            <w:tcW w:w="1008" w:type="dxa"/>
          </w:tcPr>
          <w:p w14:paraId="3102319B" w14:textId="77777777" w:rsidR="00867C21" w:rsidRPr="003C72B7" w:rsidRDefault="00A14E1E">
            <w:pPr>
              <w:spacing w:before="40" w:after="40"/>
              <w:jc w:val="center"/>
            </w:pPr>
            <w:r>
              <w:rPr>
                <w:rFonts w:ascii="Calibri" w:hAnsi="Calibri"/>
                <w:sz w:val="14"/>
              </w:rPr>
              <w:t>★  ✔  ✚  ❢</w:t>
            </w:r>
          </w:p>
        </w:tc>
        <w:tc>
          <w:tcPr>
            <w:tcW w:w="864" w:type="dxa"/>
          </w:tcPr>
          <w:p w14:paraId="3C35C473" w14:textId="77777777" w:rsidR="00867C21" w:rsidRPr="003C72B7" w:rsidRDefault="00A14E1E">
            <w:pPr>
              <w:spacing w:before="40" w:after="40"/>
              <w:jc w:val="center"/>
            </w:pPr>
            <w:r>
              <w:rPr>
                <w:rFonts w:ascii="Calibri" w:hAnsi="Calibri"/>
                <w:sz w:val="14"/>
              </w:rPr>
              <w:t>★  ✔  ✚  ❢</w:t>
            </w:r>
          </w:p>
        </w:tc>
        <w:tc>
          <w:tcPr>
            <w:tcW w:w="864" w:type="dxa"/>
          </w:tcPr>
          <w:p w14:paraId="75BE5201" w14:textId="77777777" w:rsidR="00867C21" w:rsidRPr="003C72B7" w:rsidRDefault="00A14E1E">
            <w:pPr>
              <w:spacing w:before="40" w:after="40"/>
              <w:jc w:val="center"/>
            </w:pPr>
            <w:r>
              <w:rPr>
                <w:rFonts w:ascii="Calibri" w:hAnsi="Calibri"/>
                <w:sz w:val="14"/>
              </w:rPr>
              <w:t>★  ✔  ✚  ❢</w:t>
            </w:r>
          </w:p>
        </w:tc>
        <w:tc>
          <w:tcPr>
            <w:tcW w:w="1645" w:type="dxa"/>
          </w:tcPr>
          <w:p w14:paraId="215CF597" w14:textId="77777777" w:rsidR="00867C21" w:rsidRPr="003C72B7" w:rsidRDefault="00867C21">
            <w:pPr>
              <w:spacing w:before="40" w:after="40"/>
            </w:pPr>
          </w:p>
        </w:tc>
      </w:tr>
      <w:tr w:rsidR="003C72B7" w:rsidRPr="003C72B7" w14:paraId="0EFED2AF" w14:textId="77777777" w:rsidTr="003E6F1C">
        <w:tc>
          <w:tcPr>
            <w:tcW w:w="432" w:type="dxa"/>
            <w:shd w:val="clear" w:color="auto" w:fill="F2F4F7"/>
          </w:tcPr>
          <w:p w14:paraId="530AF223" w14:textId="77777777" w:rsidR="00867C21" w:rsidRPr="003C72B7" w:rsidRDefault="00A14E1E">
            <w:pPr>
              <w:spacing w:before="40" w:after="40"/>
              <w:jc w:val="center"/>
            </w:pPr>
            <w:r>
              <w:rPr>
                <w:rFonts w:ascii="Calibri" w:hAnsi="Calibri"/>
                <w:sz w:val="16"/>
              </w:rPr>
              <w:t>30</w:t>
            </w:r>
          </w:p>
        </w:tc>
        <w:tc>
          <w:tcPr>
            <w:tcW w:w="864" w:type="dxa"/>
            <w:shd w:val="clear" w:color="auto" w:fill="F2F4F7"/>
          </w:tcPr>
          <w:p w14:paraId="65F807CC" w14:textId="76B96C81" w:rsidR="00867C21" w:rsidRPr="003C72B7" w:rsidRDefault="00867C21">
            <w:pPr>
              <w:spacing w:before="40" w:after="40"/>
              <w:jc w:val="center"/>
            </w:pPr>
          </w:p>
        </w:tc>
        <w:tc>
          <w:tcPr>
            <w:tcW w:w="2592" w:type="dxa"/>
            <w:shd w:val="clear" w:color="auto" w:fill="F2F4F7"/>
          </w:tcPr>
          <w:p w14:paraId="77500A34" w14:textId="5636286B" w:rsidR="00867C21" w:rsidRPr="003C72B7" w:rsidRDefault="00867C21">
            <w:pPr>
              <w:spacing w:before="40" w:after="40"/>
            </w:pPr>
          </w:p>
        </w:tc>
        <w:tc>
          <w:tcPr>
            <w:tcW w:w="864" w:type="dxa"/>
            <w:shd w:val="clear" w:color="auto" w:fill="F2F4F7"/>
          </w:tcPr>
          <w:p w14:paraId="54A458B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FEC26A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934A5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974FCE"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9DD832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1FC550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857487B"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27848D7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333246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C097DE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132F0C7D" w14:textId="77777777" w:rsidR="00867C21" w:rsidRPr="003C72B7" w:rsidRDefault="00867C21">
            <w:pPr>
              <w:spacing w:before="40" w:after="40"/>
            </w:pPr>
          </w:p>
        </w:tc>
      </w:tr>
      <w:tr w:rsidR="003C72B7" w:rsidRPr="003C72B7" w14:paraId="1AAE16D9" w14:textId="77777777" w:rsidTr="003E6F1C">
        <w:tc>
          <w:tcPr>
            <w:tcW w:w="432" w:type="dxa"/>
          </w:tcPr>
          <w:p w14:paraId="60E52AAF" w14:textId="77777777" w:rsidR="00867C21" w:rsidRPr="003C72B7" w:rsidRDefault="00A14E1E">
            <w:pPr>
              <w:spacing w:before="40" w:after="40"/>
              <w:jc w:val="center"/>
            </w:pPr>
            <w:r>
              <w:rPr>
                <w:rFonts w:ascii="Calibri" w:hAnsi="Calibri"/>
                <w:sz w:val="16"/>
              </w:rPr>
              <w:t>31</w:t>
            </w:r>
          </w:p>
        </w:tc>
        <w:tc>
          <w:tcPr>
            <w:tcW w:w="864" w:type="dxa"/>
          </w:tcPr>
          <w:p w14:paraId="52A374BC" w14:textId="7395A14C" w:rsidR="00867C21" w:rsidRPr="003C72B7" w:rsidRDefault="00867C21">
            <w:pPr>
              <w:spacing w:before="40" w:after="40"/>
              <w:jc w:val="center"/>
            </w:pPr>
          </w:p>
        </w:tc>
        <w:tc>
          <w:tcPr>
            <w:tcW w:w="2592" w:type="dxa"/>
          </w:tcPr>
          <w:p w14:paraId="63C21F1F" w14:textId="428496AF" w:rsidR="00867C21" w:rsidRPr="003C72B7" w:rsidRDefault="00867C21">
            <w:pPr>
              <w:spacing w:before="40" w:after="40"/>
            </w:pPr>
          </w:p>
        </w:tc>
        <w:tc>
          <w:tcPr>
            <w:tcW w:w="864" w:type="dxa"/>
          </w:tcPr>
          <w:p w14:paraId="2930C566" w14:textId="77777777" w:rsidR="00867C21" w:rsidRPr="003C72B7" w:rsidRDefault="00A14E1E">
            <w:pPr>
              <w:spacing w:before="40" w:after="40"/>
              <w:jc w:val="center"/>
            </w:pPr>
            <w:r>
              <w:rPr>
                <w:rFonts w:ascii="Calibri" w:hAnsi="Calibri"/>
                <w:sz w:val="14"/>
              </w:rPr>
              <w:t>★  ✔  ✚  ❢</w:t>
            </w:r>
          </w:p>
        </w:tc>
        <w:tc>
          <w:tcPr>
            <w:tcW w:w="864" w:type="dxa"/>
          </w:tcPr>
          <w:p w14:paraId="4F11AB6D" w14:textId="77777777" w:rsidR="00867C21" w:rsidRPr="003C72B7" w:rsidRDefault="00A14E1E">
            <w:pPr>
              <w:spacing w:before="40" w:after="40"/>
              <w:jc w:val="center"/>
            </w:pPr>
            <w:r>
              <w:rPr>
                <w:rFonts w:ascii="Calibri" w:hAnsi="Calibri"/>
                <w:sz w:val="14"/>
              </w:rPr>
              <w:t>★  ✔  ✚  ❢</w:t>
            </w:r>
          </w:p>
        </w:tc>
        <w:tc>
          <w:tcPr>
            <w:tcW w:w="864" w:type="dxa"/>
          </w:tcPr>
          <w:p w14:paraId="73EA5879" w14:textId="77777777" w:rsidR="00867C21" w:rsidRPr="003C72B7" w:rsidRDefault="00A14E1E">
            <w:pPr>
              <w:spacing w:before="40" w:after="40"/>
              <w:jc w:val="center"/>
            </w:pPr>
            <w:r>
              <w:rPr>
                <w:rFonts w:ascii="Calibri" w:hAnsi="Calibri"/>
                <w:sz w:val="14"/>
              </w:rPr>
              <w:t>★  ✔  ✚  ❢</w:t>
            </w:r>
          </w:p>
        </w:tc>
        <w:tc>
          <w:tcPr>
            <w:tcW w:w="864" w:type="dxa"/>
          </w:tcPr>
          <w:p w14:paraId="00511F09" w14:textId="77777777" w:rsidR="00867C21" w:rsidRPr="003C72B7" w:rsidRDefault="00A14E1E">
            <w:pPr>
              <w:spacing w:before="40" w:after="40"/>
              <w:jc w:val="center"/>
            </w:pPr>
            <w:r>
              <w:rPr>
                <w:rFonts w:ascii="Calibri" w:hAnsi="Calibri"/>
                <w:sz w:val="14"/>
              </w:rPr>
              <w:t>★  ✔  ✚  ❢</w:t>
            </w:r>
          </w:p>
        </w:tc>
        <w:tc>
          <w:tcPr>
            <w:tcW w:w="864" w:type="dxa"/>
          </w:tcPr>
          <w:p w14:paraId="43204029" w14:textId="77777777" w:rsidR="00867C21" w:rsidRPr="003C72B7" w:rsidRDefault="00A14E1E">
            <w:pPr>
              <w:spacing w:before="40" w:after="40"/>
              <w:jc w:val="center"/>
            </w:pPr>
            <w:r>
              <w:rPr>
                <w:rFonts w:ascii="Calibri" w:hAnsi="Calibri"/>
                <w:sz w:val="14"/>
              </w:rPr>
              <w:t>★  ✔  ✚  ❢</w:t>
            </w:r>
          </w:p>
        </w:tc>
        <w:tc>
          <w:tcPr>
            <w:tcW w:w="864" w:type="dxa"/>
          </w:tcPr>
          <w:p w14:paraId="474A3EF6" w14:textId="77777777" w:rsidR="00867C21" w:rsidRPr="003C72B7" w:rsidRDefault="00A14E1E">
            <w:pPr>
              <w:spacing w:before="40" w:after="40"/>
              <w:jc w:val="center"/>
            </w:pPr>
            <w:r>
              <w:rPr>
                <w:rFonts w:ascii="Calibri" w:hAnsi="Calibri"/>
                <w:sz w:val="14"/>
              </w:rPr>
              <w:t>★  ✔  ✚  ❢</w:t>
            </w:r>
          </w:p>
        </w:tc>
        <w:tc>
          <w:tcPr>
            <w:tcW w:w="864" w:type="dxa"/>
          </w:tcPr>
          <w:p w14:paraId="065E31F9" w14:textId="77777777" w:rsidR="00867C21" w:rsidRPr="003C72B7" w:rsidRDefault="00A14E1E">
            <w:pPr>
              <w:spacing w:before="40" w:after="40"/>
              <w:jc w:val="center"/>
            </w:pPr>
            <w:r>
              <w:rPr>
                <w:rFonts w:ascii="Calibri" w:hAnsi="Calibri"/>
                <w:sz w:val="14"/>
              </w:rPr>
              <w:t>★  ✔  ✚  ❢</w:t>
            </w:r>
          </w:p>
        </w:tc>
        <w:tc>
          <w:tcPr>
            <w:tcW w:w="1008" w:type="dxa"/>
          </w:tcPr>
          <w:p w14:paraId="66AFBF53" w14:textId="77777777" w:rsidR="00867C21" w:rsidRPr="003C72B7" w:rsidRDefault="00A14E1E">
            <w:pPr>
              <w:spacing w:before="40" w:after="40"/>
              <w:jc w:val="center"/>
            </w:pPr>
            <w:r>
              <w:rPr>
                <w:rFonts w:ascii="Calibri" w:hAnsi="Calibri"/>
                <w:sz w:val="14"/>
              </w:rPr>
              <w:t>★  ✔  ✚  ❢</w:t>
            </w:r>
          </w:p>
        </w:tc>
        <w:tc>
          <w:tcPr>
            <w:tcW w:w="864" w:type="dxa"/>
          </w:tcPr>
          <w:p w14:paraId="7F4BB0E2" w14:textId="77777777" w:rsidR="00867C21" w:rsidRPr="003C72B7" w:rsidRDefault="00A14E1E">
            <w:pPr>
              <w:spacing w:before="40" w:after="40"/>
              <w:jc w:val="center"/>
            </w:pPr>
            <w:r>
              <w:rPr>
                <w:rFonts w:ascii="Calibri" w:hAnsi="Calibri"/>
                <w:sz w:val="14"/>
              </w:rPr>
              <w:t>★  ✔  ✚  ❢</w:t>
            </w:r>
          </w:p>
        </w:tc>
        <w:tc>
          <w:tcPr>
            <w:tcW w:w="864" w:type="dxa"/>
          </w:tcPr>
          <w:p w14:paraId="15CDD739" w14:textId="77777777" w:rsidR="00867C21" w:rsidRPr="003C72B7" w:rsidRDefault="00A14E1E">
            <w:pPr>
              <w:spacing w:before="40" w:after="40"/>
              <w:jc w:val="center"/>
            </w:pPr>
            <w:r>
              <w:rPr>
                <w:rFonts w:ascii="Calibri" w:hAnsi="Calibri"/>
                <w:sz w:val="14"/>
              </w:rPr>
              <w:t>★  ✔  ✚  ❢</w:t>
            </w:r>
          </w:p>
        </w:tc>
        <w:tc>
          <w:tcPr>
            <w:tcW w:w="1645" w:type="dxa"/>
          </w:tcPr>
          <w:p w14:paraId="14C668C5" w14:textId="77777777" w:rsidR="00867C21" w:rsidRPr="003C72B7" w:rsidRDefault="00867C21">
            <w:pPr>
              <w:spacing w:before="40" w:after="40"/>
            </w:pPr>
          </w:p>
        </w:tc>
      </w:tr>
      <w:tr w:rsidR="003C72B7" w:rsidRPr="003C72B7" w14:paraId="7CF71707" w14:textId="77777777" w:rsidTr="003E6F1C">
        <w:tc>
          <w:tcPr>
            <w:tcW w:w="432" w:type="dxa"/>
            <w:shd w:val="clear" w:color="auto" w:fill="F2F4F7"/>
          </w:tcPr>
          <w:p w14:paraId="23AF4F09" w14:textId="77777777" w:rsidR="00867C21" w:rsidRPr="003C72B7" w:rsidRDefault="00A14E1E">
            <w:pPr>
              <w:spacing w:before="40" w:after="40"/>
              <w:jc w:val="center"/>
            </w:pPr>
            <w:r>
              <w:rPr>
                <w:rFonts w:ascii="Calibri" w:hAnsi="Calibri"/>
                <w:sz w:val="16"/>
              </w:rPr>
              <w:t>32</w:t>
            </w:r>
          </w:p>
        </w:tc>
        <w:tc>
          <w:tcPr>
            <w:tcW w:w="864" w:type="dxa"/>
            <w:shd w:val="clear" w:color="auto" w:fill="F2F4F7"/>
          </w:tcPr>
          <w:p w14:paraId="1777DBB2" w14:textId="77777777" w:rsidR="00867C21" w:rsidRPr="003C72B7" w:rsidRDefault="00867C21">
            <w:pPr>
              <w:spacing w:before="40" w:after="40"/>
              <w:jc w:val="center"/>
            </w:pPr>
          </w:p>
        </w:tc>
        <w:tc>
          <w:tcPr>
            <w:tcW w:w="2592" w:type="dxa"/>
            <w:shd w:val="clear" w:color="auto" w:fill="F2F4F7"/>
          </w:tcPr>
          <w:p w14:paraId="6C3403D1" w14:textId="77777777" w:rsidR="00867C21" w:rsidRPr="003C72B7" w:rsidRDefault="00867C21">
            <w:pPr>
              <w:spacing w:before="40" w:after="40"/>
            </w:pPr>
          </w:p>
        </w:tc>
        <w:tc>
          <w:tcPr>
            <w:tcW w:w="864" w:type="dxa"/>
            <w:shd w:val="clear" w:color="auto" w:fill="F2F4F7"/>
          </w:tcPr>
          <w:p w14:paraId="228366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5EF0E1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EFD3F0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4670CB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05F8BE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C877C2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4B1DC07"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0652AA7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C61B03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AB19E19"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B0AEB70" w14:textId="77777777" w:rsidR="00867C21" w:rsidRPr="003C72B7" w:rsidRDefault="00867C21">
            <w:pPr>
              <w:spacing w:before="40" w:after="40"/>
            </w:pPr>
          </w:p>
        </w:tc>
      </w:tr>
      <w:tr w:rsidR="003C72B7" w:rsidRPr="003C72B7" w14:paraId="4D376E30" w14:textId="77777777" w:rsidTr="003E6F1C">
        <w:tc>
          <w:tcPr>
            <w:tcW w:w="432" w:type="dxa"/>
          </w:tcPr>
          <w:p w14:paraId="2E3B649A" w14:textId="77777777" w:rsidR="00867C21" w:rsidRPr="003C72B7" w:rsidRDefault="00A14E1E">
            <w:pPr>
              <w:spacing w:before="40" w:after="40"/>
              <w:jc w:val="center"/>
            </w:pPr>
            <w:r>
              <w:rPr>
                <w:rFonts w:ascii="Calibri" w:hAnsi="Calibri"/>
                <w:sz w:val="16"/>
              </w:rPr>
              <w:t>33</w:t>
            </w:r>
          </w:p>
        </w:tc>
        <w:tc>
          <w:tcPr>
            <w:tcW w:w="864" w:type="dxa"/>
          </w:tcPr>
          <w:p w14:paraId="378F2191" w14:textId="77777777" w:rsidR="00867C21" w:rsidRPr="003C72B7" w:rsidRDefault="00867C21">
            <w:pPr>
              <w:spacing w:before="40" w:after="40"/>
              <w:jc w:val="center"/>
            </w:pPr>
          </w:p>
        </w:tc>
        <w:tc>
          <w:tcPr>
            <w:tcW w:w="2592" w:type="dxa"/>
          </w:tcPr>
          <w:p w14:paraId="0907854E" w14:textId="77777777" w:rsidR="00867C21" w:rsidRPr="003C72B7" w:rsidRDefault="00867C21">
            <w:pPr>
              <w:spacing w:before="40" w:after="40"/>
            </w:pPr>
          </w:p>
        </w:tc>
        <w:tc>
          <w:tcPr>
            <w:tcW w:w="864" w:type="dxa"/>
          </w:tcPr>
          <w:p w14:paraId="0091BBB6" w14:textId="77777777" w:rsidR="00867C21" w:rsidRPr="003C72B7" w:rsidRDefault="00A14E1E">
            <w:pPr>
              <w:spacing w:before="40" w:after="40"/>
              <w:jc w:val="center"/>
            </w:pPr>
            <w:r>
              <w:rPr>
                <w:rFonts w:ascii="Calibri" w:hAnsi="Calibri"/>
                <w:sz w:val="14"/>
              </w:rPr>
              <w:t>★  ✔  ✚  ❢</w:t>
            </w:r>
          </w:p>
        </w:tc>
        <w:tc>
          <w:tcPr>
            <w:tcW w:w="864" w:type="dxa"/>
          </w:tcPr>
          <w:p w14:paraId="71DAD555" w14:textId="77777777" w:rsidR="00867C21" w:rsidRPr="003C72B7" w:rsidRDefault="00A14E1E">
            <w:pPr>
              <w:spacing w:before="40" w:after="40"/>
              <w:jc w:val="center"/>
            </w:pPr>
            <w:r>
              <w:rPr>
                <w:rFonts w:ascii="Calibri" w:hAnsi="Calibri"/>
                <w:sz w:val="14"/>
              </w:rPr>
              <w:t>★  ✔  ✚  ❢</w:t>
            </w:r>
          </w:p>
        </w:tc>
        <w:tc>
          <w:tcPr>
            <w:tcW w:w="864" w:type="dxa"/>
          </w:tcPr>
          <w:p w14:paraId="73372220" w14:textId="77777777" w:rsidR="00867C21" w:rsidRPr="003C72B7" w:rsidRDefault="00A14E1E">
            <w:pPr>
              <w:spacing w:before="40" w:after="40"/>
              <w:jc w:val="center"/>
            </w:pPr>
            <w:r>
              <w:rPr>
                <w:rFonts w:ascii="Calibri" w:hAnsi="Calibri"/>
                <w:sz w:val="14"/>
              </w:rPr>
              <w:t>★  ✔  ✚  ❢</w:t>
            </w:r>
          </w:p>
        </w:tc>
        <w:tc>
          <w:tcPr>
            <w:tcW w:w="864" w:type="dxa"/>
          </w:tcPr>
          <w:p w14:paraId="252521EF" w14:textId="77777777" w:rsidR="00867C21" w:rsidRPr="003C72B7" w:rsidRDefault="00A14E1E">
            <w:pPr>
              <w:spacing w:before="40" w:after="40"/>
              <w:jc w:val="center"/>
            </w:pPr>
            <w:r>
              <w:rPr>
                <w:rFonts w:ascii="Calibri" w:hAnsi="Calibri"/>
                <w:sz w:val="14"/>
              </w:rPr>
              <w:t>★  ✔  ✚  ❢</w:t>
            </w:r>
          </w:p>
        </w:tc>
        <w:tc>
          <w:tcPr>
            <w:tcW w:w="864" w:type="dxa"/>
          </w:tcPr>
          <w:p w14:paraId="1C938E7D" w14:textId="77777777" w:rsidR="00867C21" w:rsidRPr="003C72B7" w:rsidRDefault="00A14E1E">
            <w:pPr>
              <w:spacing w:before="40" w:after="40"/>
              <w:jc w:val="center"/>
            </w:pPr>
            <w:r>
              <w:rPr>
                <w:rFonts w:ascii="Calibri" w:hAnsi="Calibri"/>
                <w:sz w:val="14"/>
              </w:rPr>
              <w:t>★  ✔  ✚  ❢</w:t>
            </w:r>
          </w:p>
        </w:tc>
        <w:tc>
          <w:tcPr>
            <w:tcW w:w="864" w:type="dxa"/>
          </w:tcPr>
          <w:p w14:paraId="63CE21E2" w14:textId="77777777" w:rsidR="00867C21" w:rsidRPr="003C72B7" w:rsidRDefault="00A14E1E">
            <w:pPr>
              <w:spacing w:before="40" w:after="40"/>
              <w:jc w:val="center"/>
            </w:pPr>
            <w:r>
              <w:rPr>
                <w:rFonts w:ascii="Calibri" w:hAnsi="Calibri"/>
                <w:sz w:val="14"/>
              </w:rPr>
              <w:t>★  ✔  ✚  ❢</w:t>
            </w:r>
          </w:p>
        </w:tc>
        <w:tc>
          <w:tcPr>
            <w:tcW w:w="864" w:type="dxa"/>
          </w:tcPr>
          <w:p w14:paraId="75F6B816" w14:textId="77777777" w:rsidR="00867C21" w:rsidRPr="003C72B7" w:rsidRDefault="00A14E1E">
            <w:pPr>
              <w:spacing w:before="40" w:after="40"/>
              <w:jc w:val="center"/>
            </w:pPr>
            <w:r>
              <w:rPr>
                <w:rFonts w:ascii="Calibri" w:hAnsi="Calibri"/>
                <w:sz w:val="14"/>
              </w:rPr>
              <w:t>★  ✔  ✚  ❢</w:t>
            </w:r>
          </w:p>
        </w:tc>
        <w:tc>
          <w:tcPr>
            <w:tcW w:w="1008" w:type="dxa"/>
          </w:tcPr>
          <w:p w14:paraId="15010DCB" w14:textId="77777777" w:rsidR="00867C21" w:rsidRPr="003C72B7" w:rsidRDefault="00A14E1E">
            <w:pPr>
              <w:spacing w:before="40" w:after="40"/>
              <w:jc w:val="center"/>
            </w:pPr>
            <w:r>
              <w:rPr>
                <w:rFonts w:ascii="Calibri" w:hAnsi="Calibri"/>
                <w:sz w:val="14"/>
              </w:rPr>
              <w:t>★  ✔  ✚  ❢</w:t>
            </w:r>
          </w:p>
        </w:tc>
        <w:tc>
          <w:tcPr>
            <w:tcW w:w="864" w:type="dxa"/>
          </w:tcPr>
          <w:p w14:paraId="647AEA81" w14:textId="77777777" w:rsidR="00867C21" w:rsidRPr="003C72B7" w:rsidRDefault="00A14E1E">
            <w:pPr>
              <w:spacing w:before="40" w:after="40"/>
              <w:jc w:val="center"/>
            </w:pPr>
            <w:r>
              <w:rPr>
                <w:rFonts w:ascii="Calibri" w:hAnsi="Calibri"/>
                <w:sz w:val="14"/>
              </w:rPr>
              <w:t>★  ✔  ✚  ❢</w:t>
            </w:r>
          </w:p>
        </w:tc>
        <w:tc>
          <w:tcPr>
            <w:tcW w:w="864" w:type="dxa"/>
          </w:tcPr>
          <w:p w14:paraId="5A8334D2" w14:textId="77777777" w:rsidR="00867C21" w:rsidRPr="003C72B7" w:rsidRDefault="00A14E1E">
            <w:pPr>
              <w:spacing w:before="40" w:after="40"/>
              <w:jc w:val="center"/>
            </w:pPr>
            <w:r>
              <w:rPr>
                <w:rFonts w:ascii="Calibri" w:hAnsi="Calibri"/>
                <w:sz w:val="14"/>
              </w:rPr>
              <w:t>★  ✔  ✚  ❢</w:t>
            </w:r>
          </w:p>
        </w:tc>
        <w:tc>
          <w:tcPr>
            <w:tcW w:w="1645" w:type="dxa"/>
          </w:tcPr>
          <w:p w14:paraId="768E53F2" w14:textId="77777777" w:rsidR="00867C21" w:rsidRPr="003C72B7" w:rsidRDefault="00867C21">
            <w:pPr>
              <w:spacing w:before="40" w:after="40"/>
            </w:pPr>
          </w:p>
        </w:tc>
      </w:tr>
      <w:tr w:rsidR="003C72B7" w:rsidRPr="003C72B7" w14:paraId="4E96DF16" w14:textId="77777777" w:rsidTr="003E6F1C">
        <w:tc>
          <w:tcPr>
            <w:tcW w:w="432" w:type="dxa"/>
            <w:shd w:val="clear" w:color="auto" w:fill="F2F4F7"/>
          </w:tcPr>
          <w:p w14:paraId="628B0A44" w14:textId="77777777" w:rsidR="00867C21" w:rsidRPr="003C72B7" w:rsidRDefault="00A14E1E">
            <w:pPr>
              <w:spacing w:before="40" w:after="40"/>
              <w:jc w:val="center"/>
            </w:pPr>
            <w:r>
              <w:rPr>
                <w:rFonts w:ascii="Calibri" w:hAnsi="Calibri"/>
                <w:sz w:val="16"/>
              </w:rPr>
              <w:t>34</w:t>
            </w:r>
          </w:p>
        </w:tc>
        <w:tc>
          <w:tcPr>
            <w:tcW w:w="864" w:type="dxa"/>
            <w:shd w:val="clear" w:color="auto" w:fill="F2F4F7"/>
          </w:tcPr>
          <w:p w14:paraId="0B15C2F3" w14:textId="77777777" w:rsidR="00867C21" w:rsidRPr="003C72B7" w:rsidRDefault="00867C21">
            <w:pPr>
              <w:spacing w:before="40" w:after="40"/>
              <w:jc w:val="center"/>
            </w:pPr>
          </w:p>
        </w:tc>
        <w:tc>
          <w:tcPr>
            <w:tcW w:w="2592" w:type="dxa"/>
            <w:shd w:val="clear" w:color="auto" w:fill="F2F4F7"/>
          </w:tcPr>
          <w:p w14:paraId="5CE49B80" w14:textId="77777777" w:rsidR="00867C21" w:rsidRPr="003C72B7" w:rsidRDefault="00867C21">
            <w:pPr>
              <w:spacing w:before="40" w:after="40"/>
            </w:pPr>
          </w:p>
        </w:tc>
        <w:tc>
          <w:tcPr>
            <w:tcW w:w="864" w:type="dxa"/>
            <w:shd w:val="clear" w:color="auto" w:fill="F2F4F7"/>
          </w:tcPr>
          <w:p w14:paraId="492E525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118DEF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22DA48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C0CEAB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695400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6C548D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9876DB0"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5B87EB2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5423F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EF36496"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7A66A362" w14:textId="77777777" w:rsidR="00867C21" w:rsidRPr="003C72B7" w:rsidRDefault="00867C21">
            <w:pPr>
              <w:spacing w:before="40" w:after="40"/>
            </w:pPr>
          </w:p>
        </w:tc>
      </w:tr>
      <w:tr w:rsidR="003C72B7" w:rsidRPr="003C72B7" w14:paraId="6A748503" w14:textId="77777777" w:rsidTr="003E6F1C">
        <w:tc>
          <w:tcPr>
            <w:tcW w:w="432" w:type="dxa"/>
          </w:tcPr>
          <w:p w14:paraId="0CF92BD5" w14:textId="77777777" w:rsidR="00867C21" w:rsidRPr="003C72B7" w:rsidRDefault="00A14E1E">
            <w:pPr>
              <w:spacing w:before="40" w:after="40"/>
              <w:jc w:val="center"/>
            </w:pPr>
            <w:r>
              <w:rPr>
                <w:rFonts w:ascii="Calibri" w:hAnsi="Calibri"/>
                <w:sz w:val="16"/>
              </w:rPr>
              <w:t>35</w:t>
            </w:r>
          </w:p>
        </w:tc>
        <w:tc>
          <w:tcPr>
            <w:tcW w:w="864" w:type="dxa"/>
          </w:tcPr>
          <w:p w14:paraId="4E133FE1" w14:textId="77777777" w:rsidR="00867C21" w:rsidRPr="003C72B7" w:rsidRDefault="00867C21">
            <w:pPr>
              <w:spacing w:before="40" w:after="40"/>
              <w:jc w:val="center"/>
            </w:pPr>
          </w:p>
        </w:tc>
        <w:tc>
          <w:tcPr>
            <w:tcW w:w="2592" w:type="dxa"/>
          </w:tcPr>
          <w:p w14:paraId="538668BD" w14:textId="77777777" w:rsidR="00867C21" w:rsidRPr="003C72B7" w:rsidRDefault="00867C21">
            <w:pPr>
              <w:spacing w:before="40" w:after="40"/>
            </w:pPr>
          </w:p>
        </w:tc>
        <w:tc>
          <w:tcPr>
            <w:tcW w:w="864" w:type="dxa"/>
          </w:tcPr>
          <w:p w14:paraId="666CF7DE" w14:textId="77777777" w:rsidR="00867C21" w:rsidRPr="003C72B7" w:rsidRDefault="00A14E1E">
            <w:pPr>
              <w:spacing w:before="40" w:after="40"/>
              <w:jc w:val="center"/>
            </w:pPr>
            <w:r>
              <w:rPr>
                <w:rFonts w:ascii="Calibri" w:hAnsi="Calibri"/>
                <w:sz w:val="14"/>
              </w:rPr>
              <w:t>★  ✔  ✚  ❢</w:t>
            </w:r>
          </w:p>
        </w:tc>
        <w:tc>
          <w:tcPr>
            <w:tcW w:w="864" w:type="dxa"/>
          </w:tcPr>
          <w:p w14:paraId="7D6DFE59" w14:textId="77777777" w:rsidR="00867C21" w:rsidRPr="003C72B7" w:rsidRDefault="00A14E1E">
            <w:pPr>
              <w:spacing w:before="40" w:after="40"/>
              <w:jc w:val="center"/>
            </w:pPr>
            <w:r>
              <w:rPr>
                <w:rFonts w:ascii="Calibri" w:hAnsi="Calibri"/>
                <w:sz w:val="14"/>
              </w:rPr>
              <w:t>★  ✔  ✚  ❢</w:t>
            </w:r>
          </w:p>
        </w:tc>
        <w:tc>
          <w:tcPr>
            <w:tcW w:w="864" w:type="dxa"/>
          </w:tcPr>
          <w:p w14:paraId="7FC3A273" w14:textId="77777777" w:rsidR="00867C21" w:rsidRPr="003C72B7" w:rsidRDefault="00A14E1E">
            <w:pPr>
              <w:spacing w:before="40" w:after="40"/>
              <w:jc w:val="center"/>
            </w:pPr>
            <w:r>
              <w:rPr>
                <w:rFonts w:ascii="Calibri" w:hAnsi="Calibri"/>
                <w:sz w:val="14"/>
              </w:rPr>
              <w:t>★  ✔  ✚  ❢</w:t>
            </w:r>
          </w:p>
        </w:tc>
        <w:tc>
          <w:tcPr>
            <w:tcW w:w="864" w:type="dxa"/>
          </w:tcPr>
          <w:p w14:paraId="0F3C1B61" w14:textId="77777777" w:rsidR="00867C21" w:rsidRPr="003C72B7" w:rsidRDefault="00A14E1E">
            <w:pPr>
              <w:spacing w:before="40" w:after="40"/>
              <w:jc w:val="center"/>
            </w:pPr>
            <w:r>
              <w:rPr>
                <w:rFonts w:ascii="Calibri" w:hAnsi="Calibri"/>
                <w:sz w:val="14"/>
              </w:rPr>
              <w:t>★  ✔  ✚  ❢</w:t>
            </w:r>
          </w:p>
        </w:tc>
        <w:tc>
          <w:tcPr>
            <w:tcW w:w="864" w:type="dxa"/>
          </w:tcPr>
          <w:p w14:paraId="0FF3069F" w14:textId="77777777" w:rsidR="00867C21" w:rsidRPr="003C72B7" w:rsidRDefault="00A14E1E">
            <w:pPr>
              <w:spacing w:before="40" w:after="40"/>
              <w:jc w:val="center"/>
            </w:pPr>
            <w:r>
              <w:rPr>
                <w:rFonts w:ascii="Calibri" w:hAnsi="Calibri"/>
                <w:sz w:val="14"/>
              </w:rPr>
              <w:t>★  ✔  ✚  ❢</w:t>
            </w:r>
          </w:p>
        </w:tc>
        <w:tc>
          <w:tcPr>
            <w:tcW w:w="864" w:type="dxa"/>
          </w:tcPr>
          <w:p w14:paraId="7951C5F1" w14:textId="77777777" w:rsidR="00867C21" w:rsidRPr="003C72B7" w:rsidRDefault="00A14E1E">
            <w:pPr>
              <w:spacing w:before="40" w:after="40"/>
              <w:jc w:val="center"/>
            </w:pPr>
            <w:r>
              <w:rPr>
                <w:rFonts w:ascii="Calibri" w:hAnsi="Calibri"/>
                <w:sz w:val="14"/>
              </w:rPr>
              <w:t>★  ✔  ✚  ❢</w:t>
            </w:r>
          </w:p>
        </w:tc>
        <w:tc>
          <w:tcPr>
            <w:tcW w:w="864" w:type="dxa"/>
          </w:tcPr>
          <w:p w14:paraId="5123B9FE" w14:textId="77777777" w:rsidR="00867C21" w:rsidRPr="003C72B7" w:rsidRDefault="00A14E1E">
            <w:pPr>
              <w:spacing w:before="40" w:after="40"/>
              <w:jc w:val="center"/>
            </w:pPr>
            <w:r>
              <w:rPr>
                <w:rFonts w:ascii="Calibri" w:hAnsi="Calibri"/>
                <w:sz w:val="14"/>
              </w:rPr>
              <w:t>★  ✔  ✚  ❢</w:t>
            </w:r>
          </w:p>
        </w:tc>
        <w:tc>
          <w:tcPr>
            <w:tcW w:w="1008" w:type="dxa"/>
          </w:tcPr>
          <w:p w14:paraId="62A32076" w14:textId="77777777" w:rsidR="00867C21" w:rsidRPr="003C72B7" w:rsidRDefault="00A14E1E">
            <w:pPr>
              <w:spacing w:before="40" w:after="40"/>
              <w:jc w:val="center"/>
            </w:pPr>
            <w:r>
              <w:rPr>
                <w:rFonts w:ascii="Calibri" w:hAnsi="Calibri"/>
                <w:sz w:val="14"/>
              </w:rPr>
              <w:t>★  ✔  ✚  ❢</w:t>
            </w:r>
          </w:p>
        </w:tc>
        <w:tc>
          <w:tcPr>
            <w:tcW w:w="864" w:type="dxa"/>
          </w:tcPr>
          <w:p w14:paraId="27212AE2" w14:textId="77777777" w:rsidR="00867C21" w:rsidRPr="003C72B7" w:rsidRDefault="00A14E1E">
            <w:pPr>
              <w:spacing w:before="40" w:after="40"/>
              <w:jc w:val="center"/>
            </w:pPr>
            <w:r>
              <w:rPr>
                <w:rFonts w:ascii="Calibri" w:hAnsi="Calibri"/>
                <w:sz w:val="14"/>
              </w:rPr>
              <w:t>★  ✔  ✚  ❢</w:t>
            </w:r>
          </w:p>
        </w:tc>
        <w:tc>
          <w:tcPr>
            <w:tcW w:w="864" w:type="dxa"/>
          </w:tcPr>
          <w:p w14:paraId="3E76D5AD" w14:textId="77777777" w:rsidR="00867C21" w:rsidRPr="003C72B7" w:rsidRDefault="00A14E1E">
            <w:pPr>
              <w:spacing w:before="40" w:after="40"/>
              <w:jc w:val="center"/>
            </w:pPr>
            <w:r>
              <w:rPr>
                <w:rFonts w:ascii="Calibri" w:hAnsi="Calibri"/>
                <w:sz w:val="14"/>
              </w:rPr>
              <w:t>★  ✔  ✚  ❢</w:t>
            </w:r>
          </w:p>
        </w:tc>
        <w:tc>
          <w:tcPr>
            <w:tcW w:w="1645" w:type="dxa"/>
          </w:tcPr>
          <w:p w14:paraId="6FF022D0" w14:textId="77777777" w:rsidR="00867C21" w:rsidRPr="003C72B7" w:rsidRDefault="00867C21">
            <w:pPr>
              <w:spacing w:before="40" w:after="40"/>
            </w:pPr>
          </w:p>
        </w:tc>
      </w:tr>
      <w:tr w:rsidR="003C72B7" w:rsidRPr="003C72B7" w14:paraId="2F75D304" w14:textId="77777777" w:rsidTr="003E6F1C">
        <w:tc>
          <w:tcPr>
            <w:tcW w:w="432" w:type="dxa"/>
            <w:shd w:val="clear" w:color="auto" w:fill="F2F4F7"/>
          </w:tcPr>
          <w:p w14:paraId="131FC33F" w14:textId="77777777" w:rsidR="00867C21" w:rsidRPr="003C72B7" w:rsidRDefault="00A14E1E">
            <w:pPr>
              <w:spacing w:before="40" w:after="40"/>
              <w:jc w:val="center"/>
            </w:pPr>
            <w:r>
              <w:rPr>
                <w:rFonts w:ascii="Calibri" w:hAnsi="Calibri"/>
                <w:sz w:val="16"/>
              </w:rPr>
              <w:t>36</w:t>
            </w:r>
          </w:p>
        </w:tc>
        <w:tc>
          <w:tcPr>
            <w:tcW w:w="864" w:type="dxa"/>
            <w:shd w:val="clear" w:color="auto" w:fill="F2F4F7"/>
          </w:tcPr>
          <w:p w14:paraId="449204BB" w14:textId="77777777" w:rsidR="00867C21" w:rsidRPr="003C72B7" w:rsidRDefault="00867C21">
            <w:pPr>
              <w:spacing w:before="40" w:after="40"/>
              <w:jc w:val="center"/>
            </w:pPr>
          </w:p>
        </w:tc>
        <w:tc>
          <w:tcPr>
            <w:tcW w:w="2592" w:type="dxa"/>
            <w:shd w:val="clear" w:color="auto" w:fill="F2F4F7"/>
          </w:tcPr>
          <w:p w14:paraId="30CC404B" w14:textId="77777777" w:rsidR="00867C21" w:rsidRPr="003C72B7" w:rsidRDefault="00867C21">
            <w:pPr>
              <w:spacing w:before="40" w:after="40"/>
            </w:pPr>
          </w:p>
        </w:tc>
        <w:tc>
          <w:tcPr>
            <w:tcW w:w="864" w:type="dxa"/>
            <w:shd w:val="clear" w:color="auto" w:fill="F2F4F7"/>
          </w:tcPr>
          <w:p w14:paraId="26CB463A"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F51F5C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64E19B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D3EA16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6C2F7A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0A2EE6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5A186A4"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60B7208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C6720B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B603373"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44A2AA8E" w14:textId="77777777" w:rsidR="00867C21" w:rsidRPr="003C72B7" w:rsidRDefault="00867C21">
            <w:pPr>
              <w:spacing w:before="40" w:after="40"/>
            </w:pPr>
          </w:p>
        </w:tc>
      </w:tr>
      <w:tr w:rsidR="003C72B7" w:rsidRPr="003C72B7" w14:paraId="207F61B5" w14:textId="77777777" w:rsidTr="003E6F1C">
        <w:tc>
          <w:tcPr>
            <w:tcW w:w="432" w:type="dxa"/>
          </w:tcPr>
          <w:p w14:paraId="562D1A97" w14:textId="77777777" w:rsidR="00867C21" w:rsidRPr="003C72B7" w:rsidRDefault="00A14E1E">
            <w:pPr>
              <w:spacing w:before="40" w:after="40"/>
              <w:jc w:val="center"/>
            </w:pPr>
            <w:r>
              <w:rPr>
                <w:rFonts w:ascii="Calibri" w:hAnsi="Calibri"/>
                <w:sz w:val="16"/>
              </w:rPr>
              <w:t>37</w:t>
            </w:r>
          </w:p>
        </w:tc>
        <w:tc>
          <w:tcPr>
            <w:tcW w:w="864" w:type="dxa"/>
          </w:tcPr>
          <w:p w14:paraId="1B620067" w14:textId="77777777" w:rsidR="00867C21" w:rsidRPr="003C72B7" w:rsidRDefault="00867C21">
            <w:pPr>
              <w:spacing w:before="40" w:after="40"/>
              <w:jc w:val="center"/>
            </w:pPr>
          </w:p>
        </w:tc>
        <w:tc>
          <w:tcPr>
            <w:tcW w:w="2592" w:type="dxa"/>
          </w:tcPr>
          <w:p w14:paraId="19B63853" w14:textId="77777777" w:rsidR="00867C21" w:rsidRPr="003C72B7" w:rsidRDefault="00867C21">
            <w:pPr>
              <w:spacing w:before="40" w:after="40"/>
            </w:pPr>
          </w:p>
        </w:tc>
        <w:tc>
          <w:tcPr>
            <w:tcW w:w="864" w:type="dxa"/>
          </w:tcPr>
          <w:p w14:paraId="7E9B97DF" w14:textId="77777777" w:rsidR="00867C21" w:rsidRPr="003C72B7" w:rsidRDefault="00A14E1E">
            <w:pPr>
              <w:spacing w:before="40" w:after="40"/>
              <w:jc w:val="center"/>
            </w:pPr>
            <w:r>
              <w:rPr>
                <w:rFonts w:ascii="Calibri" w:hAnsi="Calibri"/>
                <w:sz w:val="14"/>
              </w:rPr>
              <w:t>★  ✔  ✚  ❢</w:t>
            </w:r>
          </w:p>
        </w:tc>
        <w:tc>
          <w:tcPr>
            <w:tcW w:w="864" w:type="dxa"/>
          </w:tcPr>
          <w:p w14:paraId="321E5068" w14:textId="77777777" w:rsidR="00867C21" w:rsidRPr="003C72B7" w:rsidRDefault="00A14E1E">
            <w:pPr>
              <w:spacing w:before="40" w:after="40"/>
              <w:jc w:val="center"/>
            </w:pPr>
            <w:r>
              <w:rPr>
                <w:rFonts w:ascii="Calibri" w:hAnsi="Calibri"/>
                <w:sz w:val="14"/>
              </w:rPr>
              <w:t>★  ✔  ✚  ❢</w:t>
            </w:r>
          </w:p>
        </w:tc>
        <w:tc>
          <w:tcPr>
            <w:tcW w:w="864" w:type="dxa"/>
          </w:tcPr>
          <w:p w14:paraId="4FFF6C23" w14:textId="77777777" w:rsidR="00867C21" w:rsidRPr="003C72B7" w:rsidRDefault="00A14E1E">
            <w:pPr>
              <w:spacing w:before="40" w:after="40"/>
              <w:jc w:val="center"/>
            </w:pPr>
            <w:r>
              <w:rPr>
                <w:rFonts w:ascii="Calibri" w:hAnsi="Calibri"/>
                <w:sz w:val="14"/>
              </w:rPr>
              <w:t>★  ✔  ✚  ❢</w:t>
            </w:r>
          </w:p>
        </w:tc>
        <w:tc>
          <w:tcPr>
            <w:tcW w:w="864" w:type="dxa"/>
          </w:tcPr>
          <w:p w14:paraId="14E46A10" w14:textId="77777777" w:rsidR="00867C21" w:rsidRPr="003C72B7" w:rsidRDefault="00A14E1E">
            <w:pPr>
              <w:spacing w:before="40" w:after="40"/>
              <w:jc w:val="center"/>
            </w:pPr>
            <w:r>
              <w:rPr>
                <w:rFonts w:ascii="Calibri" w:hAnsi="Calibri"/>
                <w:sz w:val="14"/>
              </w:rPr>
              <w:t>★  ✔  ✚  ❢</w:t>
            </w:r>
          </w:p>
        </w:tc>
        <w:tc>
          <w:tcPr>
            <w:tcW w:w="864" w:type="dxa"/>
          </w:tcPr>
          <w:p w14:paraId="19C59825" w14:textId="77777777" w:rsidR="00867C21" w:rsidRPr="003C72B7" w:rsidRDefault="00A14E1E">
            <w:pPr>
              <w:spacing w:before="40" w:after="40"/>
              <w:jc w:val="center"/>
            </w:pPr>
            <w:r>
              <w:rPr>
                <w:rFonts w:ascii="Calibri" w:hAnsi="Calibri"/>
                <w:sz w:val="14"/>
              </w:rPr>
              <w:t>★  ✔  ✚  ❢</w:t>
            </w:r>
          </w:p>
        </w:tc>
        <w:tc>
          <w:tcPr>
            <w:tcW w:w="864" w:type="dxa"/>
          </w:tcPr>
          <w:p w14:paraId="4C6A7CFC" w14:textId="77777777" w:rsidR="00867C21" w:rsidRPr="003C72B7" w:rsidRDefault="00A14E1E">
            <w:pPr>
              <w:spacing w:before="40" w:after="40"/>
              <w:jc w:val="center"/>
            </w:pPr>
            <w:r>
              <w:rPr>
                <w:rFonts w:ascii="Calibri" w:hAnsi="Calibri"/>
                <w:sz w:val="14"/>
              </w:rPr>
              <w:t>★  ✔  ✚  ❢</w:t>
            </w:r>
          </w:p>
        </w:tc>
        <w:tc>
          <w:tcPr>
            <w:tcW w:w="864" w:type="dxa"/>
          </w:tcPr>
          <w:p w14:paraId="2C49BC92" w14:textId="77777777" w:rsidR="00867C21" w:rsidRPr="003C72B7" w:rsidRDefault="00A14E1E">
            <w:pPr>
              <w:spacing w:before="40" w:after="40"/>
              <w:jc w:val="center"/>
            </w:pPr>
            <w:r>
              <w:rPr>
                <w:rFonts w:ascii="Calibri" w:hAnsi="Calibri"/>
                <w:sz w:val="14"/>
              </w:rPr>
              <w:t>★  ✔  ✚  ❢</w:t>
            </w:r>
          </w:p>
        </w:tc>
        <w:tc>
          <w:tcPr>
            <w:tcW w:w="1008" w:type="dxa"/>
          </w:tcPr>
          <w:p w14:paraId="23D3EB88" w14:textId="77777777" w:rsidR="00867C21" w:rsidRPr="003C72B7" w:rsidRDefault="00A14E1E">
            <w:pPr>
              <w:spacing w:before="40" w:after="40"/>
              <w:jc w:val="center"/>
            </w:pPr>
            <w:r>
              <w:rPr>
                <w:rFonts w:ascii="Calibri" w:hAnsi="Calibri"/>
                <w:sz w:val="14"/>
              </w:rPr>
              <w:t>★  ✔  ✚  ❢</w:t>
            </w:r>
          </w:p>
        </w:tc>
        <w:tc>
          <w:tcPr>
            <w:tcW w:w="864" w:type="dxa"/>
          </w:tcPr>
          <w:p w14:paraId="13FF869E" w14:textId="77777777" w:rsidR="00867C21" w:rsidRPr="003C72B7" w:rsidRDefault="00A14E1E">
            <w:pPr>
              <w:spacing w:before="40" w:after="40"/>
              <w:jc w:val="center"/>
            </w:pPr>
            <w:r>
              <w:rPr>
                <w:rFonts w:ascii="Calibri" w:hAnsi="Calibri"/>
                <w:sz w:val="14"/>
              </w:rPr>
              <w:t>★  ✔  ✚  ❢</w:t>
            </w:r>
          </w:p>
        </w:tc>
        <w:tc>
          <w:tcPr>
            <w:tcW w:w="864" w:type="dxa"/>
          </w:tcPr>
          <w:p w14:paraId="4CDC1671" w14:textId="77777777" w:rsidR="00867C21" w:rsidRPr="003C72B7" w:rsidRDefault="00A14E1E">
            <w:pPr>
              <w:spacing w:before="40" w:after="40"/>
              <w:jc w:val="center"/>
            </w:pPr>
            <w:r>
              <w:rPr>
                <w:rFonts w:ascii="Calibri" w:hAnsi="Calibri"/>
                <w:sz w:val="14"/>
              </w:rPr>
              <w:t>★  ✔  ✚  ❢</w:t>
            </w:r>
          </w:p>
        </w:tc>
        <w:tc>
          <w:tcPr>
            <w:tcW w:w="1645" w:type="dxa"/>
          </w:tcPr>
          <w:p w14:paraId="3255CBFC" w14:textId="77777777" w:rsidR="00867C21" w:rsidRPr="003C72B7" w:rsidRDefault="00867C21">
            <w:pPr>
              <w:spacing w:before="40" w:after="40"/>
            </w:pPr>
          </w:p>
        </w:tc>
      </w:tr>
      <w:tr w:rsidR="003C72B7" w:rsidRPr="003C72B7" w14:paraId="38838633" w14:textId="77777777" w:rsidTr="003E6F1C">
        <w:tc>
          <w:tcPr>
            <w:tcW w:w="432" w:type="dxa"/>
            <w:shd w:val="clear" w:color="auto" w:fill="F2F4F7"/>
          </w:tcPr>
          <w:p w14:paraId="51D42A74" w14:textId="77777777" w:rsidR="00867C21" w:rsidRPr="003C72B7" w:rsidRDefault="00A14E1E">
            <w:pPr>
              <w:spacing w:before="40" w:after="40"/>
              <w:jc w:val="center"/>
            </w:pPr>
            <w:r>
              <w:rPr>
                <w:rFonts w:ascii="Calibri" w:hAnsi="Calibri"/>
                <w:sz w:val="16"/>
              </w:rPr>
              <w:t>38</w:t>
            </w:r>
          </w:p>
        </w:tc>
        <w:tc>
          <w:tcPr>
            <w:tcW w:w="864" w:type="dxa"/>
            <w:shd w:val="clear" w:color="auto" w:fill="F2F4F7"/>
          </w:tcPr>
          <w:p w14:paraId="536D8BD7" w14:textId="77777777" w:rsidR="00867C21" w:rsidRPr="003C72B7" w:rsidRDefault="00867C21">
            <w:pPr>
              <w:spacing w:before="40" w:after="40"/>
              <w:jc w:val="center"/>
            </w:pPr>
          </w:p>
        </w:tc>
        <w:tc>
          <w:tcPr>
            <w:tcW w:w="2592" w:type="dxa"/>
            <w:shd w:val="clear" w:color="auto" w:fill="F2F4F7"/>
          </w:tcPr>
          <w:p w14:paraId="2C9A9FEF" w14:textId="77777777" w:rsidR="00867C21" w:rsidRPr="003C72B7" w:rsidRDefault="00867C21">
            <w:pPr>
              <w:spacing w:before="40" w:after="40"/>
            </w:pPr>
          </w:p>
        </w:tc>
        <w:tc>
          <w:tcPr>
            <w:tcW w:w="864" w:type="dxa"/>
            <w:shd w:val="clear" w:color="auto" w:fill="F2F4F7"/>
          </w:tcPr>
          <w:p w14:paraId="42F64BB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DC3BF0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983C8E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FBE441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146225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A9FEEC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497D7E2"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2041A43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14489ED"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D6BFD53"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02E223C9" w14:textId="77777777" w:rsidR="00867C21" w:rsidRPr="003C72B7" w:rsidRDefault="00867C21">
            <w:pPr>
              <w:spacing w:before="40" w:after="40"/>
            </w:pPr>
          </w:p>
        </w:tc>
      </w:tr>
      <w:tr w:rsidR="003C72B7" w:rsidRPr="003C72B7" w14:paraId="036A082E" w14:textId="77777777" w:rsidTr="003E6F1C">
        <w:tc>
          <w:tcPr>
            <w:tcW w:w="432" w:type="dxa"/>
          </w:tcPr>
          <w:p w14:paraId="28C02481" w14:textId="77777777" w:rsidR="00867C21" w:rsidRPr="003C72B7" w:rsidRDefault="00A14E1E">
            <w:pPr>
              <w:spacing w:before="40" w:after="40"/>
              <w:jc w:val="center"/>
            </w:pPr>
            <w:r>
              <w:rPr>
                <w:rFonts w:ascii="Calibri" w:hAnsi="Calibri"/>
                <w:sz w:val="16"/>
              </w:rPr>
              <w:t>39</w:t>
            </w:r>
          </w:p>
        </w:tc>
        <w:tc>
          <w:tcPr>
            <w:tcW w:w="864" w:type="dxa"/>
          </w:tcPr>
          <w:p w14:paraId="6E452866" w14:textId="77777777" w:rsidR="00867C21" w:rsidRPr="003C72B7" w:rsidRDefault="00867C21">
            <w:pPr>
              <w:spacing w:before="40" w:after="40"/>
              <w:jc w:val="center"/>
            </w:pPr>
          </w:p>
        </w:tc>
        <w:tc>
          <w:tcPr>
            <w:tcW w:w="2592" w:type="dxa"/>
          </w:tcPr>
          <w:p w14:paraId="6E2BD274" w14:textId="77777777" w:rsidR="00867C21" w:rsidRPr="003C72B7" w:rsidRDefault="00867C21">
            <w:pPr>
              <w:spacing w:before="40" w:after="40"/>
            </w:pPr>
          </w:p>
        </w:tc>
        <w:tc>
          <w:tcPr>
            <w:tcW w:w="864" w:type="dxa"/>
          </w:tcPr>
          <w:p w14:paraId="2235A0A8" w14:textId="77777777" w:rsidR="00867C21" w:rsidRPr="003C72B7" w:rsidRDefault="00A14E1E">
            <w:pPr>
              <w:spacing w:before="40" w:after="40"/>
              <w:jc w:val="center"/>
            </w:pPr>
            <w:r>
              <w:rPr>
                <w:rFonts w:ascii="Calibri" w:hAnsi="Calibri"/>
                <w:sz w:val="14"/>
              </w:rPr>
              <w:t>★  ✔  ✚  ❢</w:t>
            </w:r>
          </w:p>
        </w:tc>
        <w:tc>
          <w:tcPr>
            <w:tcW w:w="864" w:type="dxa"/>
          </w:tcPr>
          <w:p w14:paraId="7E6111E3" w14:textId="77777777" w:rsidR="00867C21" w:rsidRPr="003C72B7" w:rsidRDefault="00A14E1E">
            <w:pPr>
              <w:spacing w:before="40" w:after="40"/>
              <w:jc w:val="center"/>
            </w:pPr>
            <w:r>
              <w:rPr>
                <w:rFonts w:ascii="Calibri" w:hAnsi="Calibri"/>
                <w:sz w:val="14"/>
              </w:rPr>
              <w:t>★  ✔  ✚  ❢</w:t>
            </w:r>
          </w:p>
        </w:tc>
        <w:tc>
          <w:tcPr>
            <w:tcW w:w="864" w:type="dxa"/>
          </w:tcPr>
          <w:p w14:paraId="6CF82EE4" w14:textId="77777777" w:rsidR="00867C21" w:rsidRPr="003C72B7" w:rsidRDefault="00A14E1E">
            <w:pPr>
              <w:spacing w:before="40" w:after="40"/>
              <w:jc w:val="center"/>
            </w:pPr>
            <w:r>
              <w:rPr>
                <w:rFonts w:ascii="Calibri" w:hAnsi="Calibri"/>
                <w:sz w:val="14"/>
              </w:rPr>
              <w:t>★  ✔  ✚  ❢</w:t>
            </w:r>
          </w:p>
        </w:tc>
        <w:tc>
          <w:tcPr>
            <w:tcW w:w="864" w:type="dxa"/>
          </w:tcPr>
          <w:p w14:paraId="082BE3BB" w14:textId="77777777" w:rsidR="00867C21" w:rsidRPr="003C72B7" w:rsidRDefault="00A14E1E">
            <w:pPr>
              <w:spacing w:before="40" w:after="40"/>
              <w:jc w:val="center"/>
            </w:pPr>
            <w:r>
              <w:rPr>
                <w:rFonts w:ascii="Calibri" w:hAnsi="Calibri"/>
                <w:sz w:val="14"/>
              </w:rPr>
              <w:t>★  ✔  ✚  ❢</w:t>
            </w:r>
          </w:p>
        </w:tc>
        <w:tc>
          <w:tcPr>
            <w:tcW w:w="864" w:type="dxa"/>
          </w:tcPr>
          <w:p w14:paraId="16CC3D00" w14:textId="77777777" w:rsidR="00867C21" w:rsidRPr="003C72B7" w:rsidRDefault="00A14E1E">
            <w:pPr>
              <w:spacing w:before="40" w:after="40"/>
              <w:jc w:val="center"/>
            </w:pPr>
            <w:r>
              <w:rPr>
                <w:rFonts w:ascii="Calibri" w:hAnsi="Calibri"/>
                <w:sz w:val="14"/>
              </w:rPr>
              <w:t>★  ✔  ✚  ❢</w:t>
            </w:r>
          </w:p>
        </w:tc>
        <w:tc>
          <w:tcPr>
            <w:tcW w:w="864" w:type="dxa"/>
          </w:tcPr>
          <w:p w14:paraId="344CE817" w14:textId="77777777" w:rsidR="00867C21" w:rsidRPr="003C72B7" w:rsidRDefault="00A14E1E">
            <w:pPr>
              <w:spacing w:before="40" w:after="40"/>
              <w:jc w:val="center"/>
            </w:pPr>
            <w:r>
              <w:rPr>
                <w:rFonts w:ascii="Calibri" w:hAnsi="Calibri"/>
                <w:sz w:val="14"/>
              </w:rPr>
              <w:t>★  ✔  ✚  ❢</w:t>
            </w:r>
          </w:p>
        </w:tc>
        <w:tc>
          <w:tcPr>
            <w:tcW w:w="864" w:type="dxa"/>
          </w:tcPr>
          <w:p w14:paraId="057091F3" w14:textId="77777777" w:rsidR="00867C21" w:rsidRPr="003C72B7" w:rsidRDefault="00A14E1E">
            <w:pPr>
              <w:spacing w:before="40" w:after="40"/>
              <w:jc w:val="center"/>
            </w:pPr>
            <w:r>
              <w:rPr>
                <w:rFonts w:ascii="Calibri" w:hAnsi="Calibri"/>
                <w:sz w:val="14"/>
              </w:rPr>
              <w:t>★  ✔  ✚  ❢</w:t>
            </w:r>
          </w:p>
        </w:tc>
        <w:tc>
          <w:tcPr>
            <w:tcW w:w="1008" w:type="dxa"/>
          </w:tcPr>
          <w:p w14:paraId="4A9BD7B7" w14:textId="77777777" w:rsidR="00867C21" w:rsidRPr="003C72B7" w:rsidRDefault="00A14E1E">
            <w:pPr>
              <w:spacing w:before="40" w:after="40"/>
              <w:jc w:val="center"/>
            </w:pPr>
            <w:r>
              <w:rPr>
                <w:rFonts w:ascii="Calibri" w:hAnsi="Calibri"/>
                <w:sz w:val="14"/>
              </w:rPr>
              <w:t>★  ✔  ✚  ❢</w:t>
            </w:r>
          </w:p>
        </w:tc>
        <w:tc>
          <w:tcPr>
            <w:tcW w:w="864" w:type="dxa"/>
          </w:tcPr>
          <w:p w14:paraId="57AF6969" w14:textId="77777777" w:rsidR="00867C21" w:rsidRPr="003C72B7" w:rsidRDefault="00A14E1E">
            <w:pPr>
              <w:spacing w:before="40" w:after="40"/>
              <w:jc w:val="center"/>
            </w:pPr>
            <w:r>
              <w:rPr>
                <w:rFonts w:ascii="Calibri" w:hAnsi="Calibri"/>
                <w:sz w:val="14"/>
              </w:rPr>
              <w:t>★  ✔  ✚  ❢</w:t>
            </w:r>
          </w:p>
        </w:tc>
        <w:tc>
          <w:tcPr>
            <w:tcW w:w="864" w:type="dxa"/>
          </w:tcPr>
          <w:p w14:paraId="7F6BCA7D" w14:textId="77777777" w:rsidR="00867C21" w:rsidRPr="003C72B7" w:rsidRDefault="00A14E1E">
            <w:pPr>
              <w:spacing w:before="40" w:after="40"/>
              <w:jc w:val="center"/>
            </w:pPr>
            <w:r>
              <w:rPr>
                <w:rFonts w:ascii="Calibri" w:hAnsi="Calibri"/>
                <w:sz w:val="14"/>
              </w:rPr>
              <w:t>★  ✔  ✚  ❢</w:t>
            </w:r>
          </w:p>
        </w:tc>
        <w:tc>
          <w:tcPr>
            <w:tcW w:w="1645" w:type="dxa"/>
          </w:tcPr>
          <w:p w14:paraId="65442C72" w14:textId="77777777" w:rsidR="00867C21" w:rsidRPr="003C72B7" w:rsidRDefault="00867C21">
            <w:pPr>
              <w:spacing w:before="40" w:after="40"/>
            </w:pPr>
          </w:p>
        </w:tc>
      </w:tr>
      <w:tr w:rsidR="003C72B7" w:rsidRPr="003C72B7" w14:paraId="2A53DA3D" w14:textId="77777777" w:rsidTr="003E6F1C">
        <w:tc>
          <w:tcPr>
            <w:tcW w:w="432" w:type="dxa"/>
            <w:shd w:val="clear" w:color="auto" w:fill="F2F4F7"/>
          </w:tcPr>
          <w:p w14:paraId="15C87C5E" w14:textId="77777777" w:rsidR="00867C21" w:rsidRPr="003C72B7" w:rsidRDefault="00A14E1E">
            <w:pPr>
              <w:spacing w:before="40" w:after="40"/>
              <w:jc w:val="center"/>
            </w:pPr>
            <w:r>
              <w:rPr>
                <w:rFonts w:ascii="Calibri" w:hAnsi="Calibri"/>
                <w:sz w:val="16"/>
              </w:rPr>
              <w:t>40</w:t>
            </w:r>
          </w:p>
        </w:tc>
        <w:tc>
          <w:tcPr>
            <w:tcW w:w="864" w:type="dxa"/>
            <w:shd w:val="clear" w:color="auto" w:fill="F2F4F7"/>
          </w:tcPr>
          <w:p w14:paraId="4757E9B4" w14:textId="77777777" w:rsidR="00867C21" w:rsidRPr="003C72B7" w:rsidRDefault="00867C21">
            <w:pPr>
              <w:spacing w:before="40" w:after="40"/>
              <w:jc w:val="center"/>
            </w:pPr>
          </w:p>
        </w:tc>
        <w:tc>
          <w:tcPr>
            <w:tcW w:w="2592" w:type="dxa"/>
            <w:shd w:val="clear" w:color="auto" w:fill="F2F4F7"/>
          </w:tcPr>
          <w:p w14:paraId="12AD8A24" w14:textId="77777777" w:rsidR="00867C21" w:rsidRPr="003C72B7" w:rsidRDefault="00867C21">
            <w:pPr>
              <w:spacing w:before="40" w:after="40"/>
            </w:pPr>
          </w:p>
        </w:tc>
        <w:tc>
          <w:tcPr>
            <w:tcW w:w="864" w:type="dxa"/>
            <w:shd w:val="clear" w:color="auto" w:fill="F2F4F7"/>
          </w:tcPr>
          <w:p w14:paraId="26994233"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08D5E1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A5E8D3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85C450F"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6D20E4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37A1AE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E67AFDF"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3AD2B33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4031F71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7E1B481"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08D68FB5" w14:textId="77777777" w:rsidR="00867C21" w:rsidRPr="003C72B7" w:rsidRDefault="00867C21">
            <w:pPr>
              <w:spacing w:before="40" w:after="40"/>
            </w:pPr>
          </w:p>
        </w:tc>
      </w:tr>
      <w:tr w:rsidR="003C72B7" w:rsidRPr="003C72B7" w14:paraId="40342D5F" w14:textId="77777777" w:rsidTr="003E6F1C">
        <w:tc>
          <w:tcPr>
            <w:tcW w:w="432" w:type="dxa"/>
          </w:tcPr>
          <w:p w14:paraId="6DE81493" w14:textId="77777777" w:rsidR="00867C21" w:rsidRPr="003C72B7" w:rsidRDefault="00A14E1E">
            <w:pPr>
              <w:spacing w:before="40" w:after="40"/>
              <w:jc w:val="center"/>
            </w:pPr>
            <w:r>
              <w:rPr>
                <w:rFonts w:ascii="Calibri" w:hAnsi="Calibri"/>
                <w:sz w:val="16"/>
              </w:rPr>
              <w:t>41</w:t>
            </w:r>
          </w:p>
        </w:tc>
        <w:tc>
          <w:tcPr>
            <w:tcW w:w="864" w:type="dxa"/>
          </w:tcPr>
          <w:p w14:paraId="7B6A3100" w14:textId="77777777" w:rsidR="00867C21" w:rsidRPr="003C72B7" w:rsidRDefault="00867C21">
            <w:pPr>
              <w:spacing w:before="40" w:after="40"/>
              <w:jc w:val="center"/>
            </w:pPr>
          </w:p>
        </w:tc>
        <w:tc>
          <w:tcPr>
            <w:tcW w:w="2592" w:type="dxa"/>
          </w:tcPr>
          <w:p w14:paraId="33E6D8E4" w14:textId="77777777" w:rsidR="00867C21" w:rsidRPr="003C72B7" w:rsidRDefault="00867C21">
            <w:pPr>
              <w:spacing w:before="40" w:after="40"/>
            </w:pPr>
          </w:p>
        </w:tc>
        <w:tc>
          <w:tcPr>
            <w:tcW w:w="864" w:type="dxa"/>
          </w:tcPr>
          <w:p w14:paraId="3A1B8177" w14:textId="77777777" w:rsidR="00867C21" w:rsidRPr="003C72B7" w:rsidRDefault="00A14E1E">
            <w:pPr>
              <w:spacing w:before="40" w:after="40"/>
              <w:jc w:val="center"/>
            </w:pPr>
            <w:r>
              <w:rPr>
                <w:rFonts w:ascii="Calibri" w:hAnsi="Calibri"/>
                <w:sz w:val="14"/>
              </w:rPr>
              <w:t>★  ✔  ✚  ❢</w:t>
            </w:r>
          </w:p>
        </w:tc>
        <w:tc>
          <w:tcPr>
            <w:tcW w:w="864" w:type="dxa"/>
          </w:tcPr>
          <w:p w14:paraId="4C427584" w14:textId="77777777" w:rsidR="00867C21" w:rsidRPr="003C72B7" w:rsidRDefault="00A14E1E">
            <w:pPr>
              <w:spacing w:before="40" w:after="40"/>
              <w:jc w:val="center"/>
            </w:pPr>
            <w:r>
              <w:rPr>
                <w:rFonts w:ascii="Calibri" w:hAnsi="Calibri"/>
                <w:sz w:val="14"/>
              </w:rPr>
              <w:t>★  ✔  ✚  ❢</w:t>
            </w:r>
          </w:p>
        </w:tc>
        <w:tc>
          <w:tcPr>
            <w:tcW w:w="864" w:type="dxa"/>
          </w:tcPr>
          <w:p w14:paraId="2CA32724" w14:textId="77777777" w:rsidR="00867C21" w:rsidRPr="003C72B7" w:rsidRDefault="00A14E1E">
            <w:pPr>
              <w:spacing w:before="40" w:after="40"/>
              <w:jc w:val="center"/>
            </w:pPr>
            <w:r>
              <w:rPr>
                <w:rFonts w:ascii="Calibri" w:hAnsi="Calibri"/>
                <w:sz w:val="14"/>
              </w:rPr>
              <w:t>★  ✔  ✚  ❢</w:t>
            </w:r>
          </w:p>
        </w:tc>
        <w:tc>
          <w:tcPr>
            <w:tcW w:w="864" w:type="dxa"/>
          </w:tcPr>
          <w:p w14:paraId="0A214FEC" w14:textId="77777777" w:rsidR="00867C21" w:rsidRPr="003C72B7" w:rsidRDefault="00A14E1E">
            <w:pPr>
              <w:spacing w:before="40" w:after="40"/>
              <w:jc w:val="center"/>
            </w:pPr>
            <w:r>
              <w:rPr>
                <w:rFonts w:ascii="Calibri" w:hAnsi="Calibri"/>
                <w:sz w:val="14"/>
              </w:rPr>
              <w:t>★  ✔  ✚  ❢</w:t>
            </w:r>
          </w:p>
        </w:tc>
        <w:tc>
          <w:tcPr>
            <w:tcW w:w="864" w:type="dxa"/>
          </w:tcPr>
          <w:p w14:paraId="3B03BAEB" w14:textId="77777777" w:rsidR="00867C21" w:rsidRPr="003C72B7" w:rsidRDefault="00A14E1E">
            <w:pPr>
              <w:spacing w:before="40" w:after="40"/>
              <w:jc w:val="center"/>
            </w:pPr>
            <w:r>
              <w:rPr>
                <w:rFonts w:ascii="Calibri" w:hAnsi="Calibri"/>
                <w:sz w:val="14"/>
              </w:rPr>
              <w:t>★  ✔  ✚  ❢</w:t>
            </w:r>
          </w:p>
        </w:tc>
        <w:tc>
          <w:tcPr>
            <w:tcW w:w="864" w:type="dxa"/>
          </w:tcPr>
          <w:p w14:paraId="1926AD54" w14:textId="77777777" w:rsidR="00867C21" w:rsidRPr="003C72B7" w:rsidRDefault="00A14E1E">
            <w:pPr>
              <w:spacing w:before="40" w:after="40"/>
              <w:jc w:val="center"/>
            </w:pPr>
            <w:r>
              <w:rPr>
                <w:rFonts w:ascii="Calibri" w:hAnsi="Calibri"/>
                <w:sz w:val="14"/>
              </w:rPr>
              <w:t>★  ✔  ✚  ❢</w:t>
            </w:r>
          </w:p>
        </w:tc>
        <w:tc>
          <w:tcPr>
            <w:tcW w:w="864" w:type="dxa"/>
          </w:tcPr>
          <w:p w14:paraId="7BD42ED4" w14:textId="77777777" w:rsidR="00867C21" w:rsidRPr="003C72B7" w:rsidRDefault="00A14E1E">
            <w:pPr>
              <w:spacing w:before="40" w:after="40"/>
              <w:jc w:val="center"/>
            </w:pPr>
            <w:r>
              <w:rPr>
                <w:rFonts w:ascii="Calibri" w:hAnsi="Calibri"/>
                <w:sz w:val="14"/>
              </w:rPr>
              <w:t>★  ✔  ✚  ❢</w:t>
            </w:r>
          </w:p>
        </w:tc>
        <w:tc>
          <w:tcPr>
            <w:tcW w:w="1008" w:type="dxa"/>
          </w:tcPr>
          <w:p w14:paraId="16156784" w14:textId="77777777" w:rsidR="00867C21" w:rsidRPr="003C72B7" w:rsidRDefault="00A14E1E">
            <w:pPr>
              <w:spacing w:before="40" w:after="40"/>
              <w:jc w:val="center"/>
            </w:pPr>
            <w:r>
              <w:rPr>
                <w:rFonts w:ascii="Calibri" w:hAnsi="Calibri"/>
                <w:sz w:val="14"/>
              </w:rPr>
              <w:t>★  ✔  ✚  ❢</w:t>
            </w:r>
          </w:p>
        </w:tc>
        <w:tc>
          <w:tcPr>
            <w:tcW w:w="864" w:type="dxa"/>
          </w:tcPr>
          <w:p w14:paraId="4E30E707" w14:textId="77777777" w:rsidR="00867C21" w:rsidRPr="003C72B7" w:rsidRDefault="00A14E1E">
            <w:pPr>
              <w:spacing w:before="40" w:after="40"/>
              <w:jc w:val="center"/>
            </w:pPr>
            <w:r>
              <w:rPr>
                <w:rFonts w:ascii="Calibri" w:hAnsi="Calibri"/>
                <w:sz w:val="14"/>
              </w:rPr>
              <w:t>★  ✔  ✚  ❢</w:t>
            </w:r>
          </w:p>
        </w:tc>
        <w:tc>
          <w:tcPr>
            <w:tcW w:w="864" w:type="dxa"/>
          </w:tcPr>
          <w:p w14:paraId="451BDA99" w14:textId="77777777" w:rsidR="00867C21" w:rsidRPr="003C72B7" w:rsidRDefault="00A14E1E">
            <w:pPr>
              <w:spacing w:before="40" w:after="40"/>
              <w:jc w:val="center"/>
            </w:pPr>
            <w:r>
              <w:rPr>
                <w:rFonts w:ascii="Calibri" w:hAnsi="Calibri"/>
                <w:sz w:val="14"/>
              </w:rPr>
              <w:t>★  ✔  ✚  ❢</w:t>
            </w:r>
          </w:p>
        </w:tc>
        <w:tc>
          <w:tcPr>
            <w:tcW w:w="1645" w:type="dxa"/>
          </w:tcPr>
          <w:p w14:paraId="589DFE5D" w14:textId="77777777" w:rsidR="00867C21" w:rsidRPr="003C72B7" w:rsidRDefault="00867C21">
            <w:pPr>
              <w:spacing w:before="40" w:after="40"/>
            </w:pPr>
          </w:p>
        </w:tc>
      </w:tr>
      <w:tr w:rsidR="003C72B7" w:rsidRPr="003C72B7" w14:paraId="0322EAC2" w14:textId="77777777" w:rsidTr="003E6F1C">
        <w:tc>
          <w:tcPr>
            <w:tcW w:w="432" w:type="dxa"/>
            <w:shd w:val="clear" w:color="auto" w:fill="F2F4F7"/>
          </w:tcPr>
          <w:p w14:paraId="2CBD6B75" w14:textId="77777777" w:rsidR="00867C21" w:rsidRPr="003C72B7" w:rsidRDefault="00A14E1E">
            <w:pPr>
              <w:spacing w:before="40" w:after="40"/>
              <w:jc w:val="center"/>
            </w:pPr>
            <w:r>
              <w:rPr>
                <w:rFonts w:ascii="Calibri" w:hAnsi="Calibri"/>
                <w:sz w:val="16"/>
              </w:rPr>
              <w:t>42</w:t>
            </w:r>
          </w:p>
        </w:tc>
        <w:tc>
          <w:tcPr>
            <w:tcW w:w="864" w:type="dxa"/>
            <w:shd w:val="clear" w:color="auto" w:fill="F2F4F7"/>
          </w:tcPr>
          <w:p w14:paraId="79D02817" w14:textId="77777777" w:rsidR="00867C21" w:rsidRPr="003C72B7" w:rsidRDefault="00867C21">
            <w:pPr>
              <w:spacing w:before="40" w:after="40"/>
              <w:jc w:val="center"/>
            </w:pPr>
          </w:p>
        </w:tc>
        <w:tc>
          <w:tcPr>
            <w:tcW w:w="2592" w:type="dxa"/>
            <w:shd w:val="clear" w:color="auto" w:fill="F2F4F7"/>
          </w:tcPr>
          <w:p w14:paraId="419EEA39" w14:textId="77777777" w:rsidR="00867C21" w:rsidRPr="003C72B7" w:rsidRDefault="00867C21">
            <w:pPr>
              <w:spacing w:before="40" w:after="40"/>
            </w:pPr>
          </w:p>
        </w:tc>
        <w:tc>
          <w:tcPr>
            <w:tcW w:w="864" w:type="dxa"/>
            <w:shd w:val="clear" w:color="auto" w:fill="F2F4F7"/>
          </w:tcPr>
          <w:p w14:paraId="088C6DE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E608DD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292EF61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9A35036"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948CD2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58F35172"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9885B0F"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F19FD5B"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3195AA9"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EB7CD9F"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1C5850DD" w14:textId="77777777" w:rsidR="00867C21" w:rsidRPr="003C72B7" w:rsidRDefault="00867C21">
            <w:pPr>
              <w:spacing w:before="40" w:after="40"/>
            </w:pPr>
          </w:p>
        </w:tc>
      </w:tr>
      <w:tr w:rsidR="003C72B7" w:rsidRPr="003C72B7" w14:paraId="2F55218E" w14:textId="77777777" w:rsidTr="003E6F1C">
        <w:tc>
          <w:tcPr>
            <w:tcW w:w="432" w:type="dxa"/>
          </w:tcPr>
          <w:p w14:paraId="6D94B7FD" w14:textId="77777777" w:rsidR="00867C21" w:rsidRPr="003C72B7" w:rsidRDefault="00A14E1E">
            <w:pPr>
              <w:spacing w:before="40" w:after="40"/>
              <w:jc w:val="center"/>
            </w:pPr>
            <w:r>
              <w:rPr>
                <w:rFonts w:ascii="Calibri" w:hAnsi="Calibri"/>
                <w:sz w:val="16"/>
              </w:rPr>
              <w:t>43</w:t>
            </w:r>
          </w:p>
        </w:tc>
        <w:tc>
          <w:tcPr>
            <w:tcW w:w="864" w:type="dxa"/>
          </w:tcPr>
          <w:p w14:paraId="7D6368DC" w14:textId="77777777" w:rsidR="00867C21" w:rsidRPr="003C72B7" w:rsidRDefault="00867C21">
            <w:pPr>
              <w:spacing w:before="40" w:after="40"/>
              <w:jc w:val="center"/>
            </w:pPr>
          </w:p>
        </w:tc>
        <w:tc>
          <w:tcPr>
            <w:tcW w:w="2592" w:type="dxa"/>
          </w:tcPr>
          <w:p w14:paraId="69BAABBE" w14:textId="77777777" w:rsidR="00867C21" w:rsidRPr="003C72B7" w:rsidRDefault="00867C21">
            <w:pPr>
              <w:spacing w:before="40" w:after="40"/>
            </w:pPr>
          </w:p>
        </w:tc>
        <w:tc>
          <w:tcPr>
            <w:tcW w:w="864" w:type="dxa"/>
          </w:tcPr>
          <w:p w14:paraId="395B808D" w14:textId="77777777" w:rsidR="00867C21" w:rsidRPr="003C72B7" w:rsidRDefault="00A14E1E">
            <w:pPr>
              <w:spacing w:before="40" w:after="40"/>
              <w:jc w:val="center"/>
            </w:pPr>
            <w:r>
              <w:rPr>
                <w:rFonts w:ascii="Calibri" w:hAnsi="Calibri"/>
                <w:sz w:val="14"/>
              </w:rPr>
              <w:t>★  ✔  ✚  ❢</w:t>
            </w:r>
          </w:p>
        </w:tc>
        <w:tc>
          <w:tcPr>
            <w:tcW w:w="864" w:type="dxa"/>
          </w:tcPr>
          <w:p w14:paraId="065F639D" w14:textId="77777777" w:rsidR="00867C21" w:rsidRPr="003C72B7" w:rsidRDefault="00A14E1E">
            <w:pPr>
              <w:spacing w:before="40" w:after="40"/>
              <w:jc w:val="center"/>
            </w:pPr>
            <w:r>
              <w:rPr>
                <w:rFonts w:ascii="Calibri" w:hAnsi="Calibri"/>
                <w:sz w:val="14"/>
              </w:rPr>
              <w:t>★  ✔  ✚  ❢</w:t>
            </w:r>
          </w:p>
        </w:tc>
        <w:tc>
          <w:tcPr>
            <w:tcW w:w="864" w:type="dxa"/>
          </w:tcPr>
          <w:p w14:paraId="147D2EF7" w14:textId="77777777" w:rsidR="00867C21" w:rsidRPr="003C72B7" w:rsidRDefault="00A14E1E">
            <w:pPr>
              <w:spacing w:before="40" w:after="40"/>
              <w:jc w:val="center"/>
            </w:pPr>
            <w:r>
              <w:rPr>
                <w:rFonts w:ascii="Calibri" w:hAnsi="Calibri"/>
                <w:sz w:val="14"/>
              </w:rPr>
              <w:t>★  ✔  ✚  ❢</w:t>
            </w:r>
          </w:p>
        </w:tc>
        <w:tc>
          <w:tcPr>
            <w:tcW w:w="864" w:type="dxa"/>
          </w:tcPr>
          <w:p w14:paraId="217F84A9" w14:textId="77777777" w:rsidR="00867C21" w:rsidRPr="003C72B7" w:rsidRDefault="00A14E1E">
            <w:pPr>
              <w:spacing w:before="40" w:after="40"/>
              <w:jc w:val="center"/>
            </w:pPr>
            <w:r>
              <w:rPr>
                <w:rFonts w:ascii="Calibri" w:hAnsi="Calibri"/>
                <w:sz w:val="14"/>
              </w:rPr>
              <w:t>★  ✔  ✚  ❢</w:t>
            </w:r>
          </w:p>
        </w:tc>
        <w:tc>
          <w:tcPr>
            <w:tcW w:w="864" w:type="dxa"/>
          </w:tcPr>
          <w:p w14:paraId="34111373" w14:textId="77777777" w:rsidR="00867C21" w:rsidRPr="003C72B7" w:rsidRDefault="00A14E1E">
            <w:pPr>
              <w:spacing w:before="40" w:after="40"/>
              <w:jc w:val="center"/>
            </w:pPr>
            <w:r>
              <w:rPr>
                <w:rFonts w:ascii="Calibri" w:hAnsi="Calibri"/>
                <w:sz w:val="14"/>
              </w:rPr>
              <w:t>★  ✔  ✚  ❢</w:t>
            </w:r>
          </w:p>
        </w:tc>
        <w:tc>
          <w:tcPr>
            <w:tcW w:w="864" w:type="dxa"/>
          </w:tcPr>
          <w:p w14:paraId="0E23E445" w14:textId="77777777" w:rsidR="00867C21" w:rsidRPr="003C72B7" w:rsidRDefault="00A14E1E">
            <w:pPr>
              <w:spacing w:before="40" w:after="40"/>
              <w:jc w:val="center"/>
            </w:pPr>
            <w:r>
              <w:rPr>
                <w:rFonts w:ascii="Calibri" w:hAnsi="Calibri"/>
                <w:sz w:val="14"/>
              </w:rPr>
              <w:t>★  ✔  ✚  ❢</w:t>
            </w:r>
          </w:p>
        </w:tc>
        <w:tc>
          <w:tcPr>
            <w:tcW w:w="864" w:type="dxa"/>
          </w:tcPr>
          <w:p w14:paraId="11F8D51B" w14:textId="77777777" w:rsidR="00867C21" w:rsidRPr="003C72B7" w:rsidRDefault="00A14E1E">
            <w:pPr>
              <w:spacing w:before="40" w:after="40"/>
              <w:jc w:val="center"/>
            </w:pPr>
            <w:r>
              <w:rPr>
                <w:rFonts w:ascii="Calibri" w:hAnsi="Calibri"/>
                <w:sz w:val="14"/>
              </w:rPr>
              <w:t>★  ✔  ✚  ❢</w:t>
            </w:r>
          </w:p>
        </w:tc>
        <w:tc>
          <w:tcPr>
            <w:tcW w:w="1008" w:type="dxa"/>
          </w:tcPr>
          <w:p w14:paraId="12141C77" w14:textId="77777777" w:rsidR="00867C21" w:rsidRPr="003C72B7" w:rsidRDefault="00A14E1E">
            <w:pPr>
              <w:spacing w:before="40" w:after="40"/>
              <w:jc w:val="center"/>
            </w:pPr>
            <w:r>
              <w:rPr>
                <w:rFonts w:ascii="Calibri" w:hAnsi="Calibri"/>
                <w:sz w:val="14"/>
              </w:rPr>
              <w:t>★  ✔  ✚  ❢</w:t>
            </w:r>
          </w:p>
        </w:tc>
        <w:tc>
          <w:tcPr>
            <w:tcW w:w="864" w:type="dxa"/>
          </w:tcPr>
          <w:p w14:paraId="2894C8CA" w14:textId="77777777" w:rsidR="00867C21" w:rsidRPr="003C72B7" w:rsidRDefault="00A14E1E">
            <w:pPr>
              <w:spacing w:before="40" w:after="40"/>
              <w:jc w:val="center"/>
            </w:pPr>
            <w:r>
              <w:rPr>
                <w:rFonts w:ascii="Calibri" w:hAnsi="Calibri"/>
                <w:sz w:val="14"/>
              </w:rPr>
              <w:t>★  ✔  ✚  ❢</w:t>
            </w:r>
          </w:p>
        </w:tc>
        <w:tc>
          <w:tcPr>
            <w:tcW w:w="864" w:type="dxa"/>
          </w:tcPr>
          <w:p w14:paraId="6EE7B2C4" w14:textId="77777777" w:rsidR="00867C21" w:rsidRPr="003C72B7" w:rsidRDefault="00A14E1E">
            <w:pPr>
              <w:spacing w:before="40" w:after="40"/>
              <w:jc w:val="center"/>
            </w:pPr>
            <w:r>
              <w:rPr>
                <w:rFonts w:ascii="Calibri" w:hAnsi="Calibri"/>
                <w:sz w:val="14"/>
              </w:rPr>
              <w:t>★  ✔  ✚  ❢</w:t>
            </w:r>
          </w:p>
        </w:tc>
        <w:tc>
          <w:tcPr>
            <w:tcW w:w="1645" w:type="dxa"/>
          </w:tcPr>
          <w:p w14:paraId="49C1EAAF" w14:textId="77777777" w:rsidR="00867C21" w:rsidRPr="003C72B7" w:rsidRDefault="00867C21">
            <w:pPr>
              <w:spacing w:before="40" w:after="40"/>
            </w:pPr>
          </w:p>
        </w:tc>
      </w:tr>
      <w:tr w:rsidR="003C72B7" w:rsidRPr="003C72B7" w14:paraId="0FCF7755" w14:textId="77777777" w:rsidTr="003E6F1C">
        <w:tc>
          <w:tcPr>
            <w:tcW w:w="432" w:type="dxa"/>
            <w:shd w:val="clear" w:color="auto" w:fill="F2F4F7"/>
          </w:tcPr>
          <w:p w14:paraId="6FF5003A" w14:textId="77777777" w:rsidR="00867C21" w:rsidRPr="003C72B7" w:rsidRDefault="00A14E1E">
            <w:pPr>
              <w:spacing w:before="40" w:after="40"/>
              <w:jc w:val="center"/>
            </w:pPr>
            <w:r>
              <w:rPr>
                <w:rFonts w:ascii="Calibri" w:hAnsi="Calibri"/>
                <w:sz w:val="16"/>
              </w:rPr>
              <w:t>44</w:t>
            </w:r>
          </w:p>
        </w:tc>
        <w:tc>
          <w:tcPr>
            <w:tcW w:w="864" w:type="dxa"/>
            <w:shd w:val="clear" w:color="auto" w:fill="F2F4F7"/>
          </w:tcPr>
          <w:p w14:paraId="2516A164" w14:textId="77777777" w:rsidR="00867C21" w:rsidRPr="003C72B7" w:rsidRDefault="00867C21">
            <w:pPr>
              <w:spacing w:before="40" w:after="40"/>
              <w:jc w:val="center"/>
            </w:pPr>
          </w:p>
        </w:tc>
        <w:tc>
          <w:tcPr>
            <w:tcW w:w="2592" w:type="dxa"/>
            <w:shd w:val="clear" w:color="auto" w:fill="F2F4F7"/>
          </w:tcPr>
          <w:p w14:paraId="703A3797" w14:textId="77777777" w:rsidR="00867C21" w:rsidRPr="003C72B7" w:rsidRDefault="00867C21">
            <w:pPr>
              <w:spacing w:before="40" w:after="40"/>
            </w:pPr>
          </w:p>
        </w:tc>
        <w:tc>
          <w:tcPr>
            <w:tcW w:w="864" w:type="dxa"/>
            <w:shd w:val="clear" w:color="auto" w:fill="F2F4F7"/>
          </w:tcPr>
          <w:p w14:paraId="047399E4"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1E36105"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6B0DE89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0F9FBDCC"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E40FAB8"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DDF6D37"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1F6DA0F0" w14:textId="77777777" w:rsidR="00867C21" w:rsidRPr="003C72B7" w:rsidRDefault="00A14E1E">
            <w:pPr>
              <w:spacing w:before="40" w:after="40"/>
              <w:jc w:val="center"/>
            </w:pPr>
            <w:r>
              <w:rPr>
                <w:rFonts w:ascii="Calibri" w:hAnsi="Calibri"/>
                <w:sz w:val="14"/>
              </w:rPr>
              <w:t>★  ✔  ✚  ❢</w:t>
            </w:r>
          </w:p>
        </w:tc>
        <w:tc>
          <w:tcPr>
            <w:tcW w:w="1008" w:type="dxa"/>
            <w:shd w:val="clear" w:color="auto" w:fill="F2F4F7"/>
          </w:tcPr>
          <w:p w14:paraId="4BC3D561"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32DDBAF0" w14:textId="77777777" w:rsidR="00867C21" w:rsidRPr="003C72B7" w:rsidRDefault="00A14E1E">
            <w:pPr>
              <w:spacing w:before="40" w:after="40"/>
              <w:jc w:val="center"/>
            </w:pPr>
            <w:r>
              <w:rPr>
                <w:rFonts w:ascii="Calibri" w:hAnsi="Calibri"/>
                <w:sz w:val="14"/>
              </w:rPr>
              <w:t>★  ✔  ✚  ❢</w:t>
            </w:r>
          </w:p>
        </w:tc>
        <w:tc>
          <w:tcPr>
            <w:tcW w:w="864" w:type="dxa"/>
            <w:shd w:val="clear" w:color="auto" w:fill="F2F4F7"/>
          </w:tcPr>
          <w:p w14:paraId="7F5954B6" w14:textId="77777777" w:rsidR="00867C21" w:rsidRPr="003C72B7" w:rsidRDefault="00A14E1E">
            <w:pPr>
              <w:spacing w:before="40" w:after="40"/>
              <w:jc w:val="center"/>
            </w:pPr>
            <w:r>
              <w:rPr>
                <w:rFonts w:ascii="Calibri" w:hAnsi="Calibri"/>
                <w:sz w:val="14"/>
              </w:rPr>
              <w:t>★  ✔  ✚  ❢</w:t>
            </w:r>
          </w:p>
        </w:tc>
        <w:tc>
          <w:tcPr>
            <w:tcW w:w="1645" w:type="dxa"/>
            <w:shd w:val="clear" w:color="auto" w:fill="F2F4F7"/>
          </w:tcPr>
          <w:p w14:paraId="2113CDEB" w14:textId="77777777" w:rsidR="00867C21" w:rsidRPr="003C72B7" w:rsidRDefault="00867C21">
            <w:pPr>
              <w:spacing w:before="40" w:after="40"/>
            </w:pPr>
          </w:p>
        </w:tc>
      </w:tr>
      <w:tr w:rsidR="003C72B7" w:rsidRPr="003C72B7" w14:paraId="776633FA" w14:textId="77777777" w:rsidTr="003E6F1C">
        <w:tc>
          <w:tcPr>
            <w:tcW w:w="432" w:type="dxa"/>
          </w:tcPr>
          <w:p w14:paraId="2521ABE2" w14:textId="77777777" w:rsidR="00867C21" w:rsidRPr="003C72B7" w:rsidRDefault="00A14E1E">
            <w:pPr>
              <w:spacing w:before="40" w:after="40"/>
              <w:jc w:val="center"/>
            </w:pPr>
            <w:r>
              <w:rPr>
                <w:rFonts w:ascii="Calibri" w:hAnsi="Calibri"/>
                <w:sz w:val="16"/>
              </w:rPr>
              <w:t>45</w:t>
            </w:r>
          </w:p>
        </w:tc>
        <w:tc>
          <w:tcPr>
            <w:tcW w:w="864" w:type="dxa"/>
          </w:tcPr>
          <w:p w14:paraId="17CBB2D4" w14:textId="77777777" w:rsidR="00867C21" w:rsidRPr="003C72B7" w:rsidRDefault="00867C21">
            <w:pPr>
              <w:spacing w:before="40" w:after="40"/>
              <w:jc w:val="center"/>
            </w:pPr>
          </w:p>
        </w:tc>
        <w:tc>
          <w:tcPr>
            <w:tcW w:w="2592" w:type="dxa"/>
          </w:tcPr>
          <w:p w14:paraId="7C982B8E" w14:textId="77777777" w:rsidR="00867C21" w:rsidRPr="003C72B7" w:rsidRDefault="00867C21">
            <w:pPr>
              <w:spacing w:before="40" w:after="40"/>
            </w:pPr>
          </w:p>
        </w:tc>
        <w:tc>
          <w:tcPr>
            <w:tcW w:w="864" w:type="dxa"/>
          </w:tcPr>
          <w:p w14:paraId="74CBDDCB" w14:textId="77777777" w:rsidR="00867C21" w:rsidRPr="003C72B7" w:rsidRDefault="00A14E1E">
            <w:pPr>
              <w:spacing w:before="40" w:after="40"/>
              <w:jc w:val="center"/>
            </w:pPr>
            <w:r>
              <w:rPr>
                <w:rFonts w:ascii="Calibri" w:hAnsi="Calibri"/>
                <w:sz w:val="14"/>
              </w:rPr>
              <w:t>★  ✔  ✚  ❢</w:t>
            </w:r>
          </w:p>
        </w:tc>
        <w:tc>
          <w:tcPr>
            <w:tcW w:w="864" w:type="dxa"/>
          </w:tcPr>
          <w:p w14:paraId="4C08B4A6" w14:textId="77777777" w:rsidR="00867C21" w:rsidRPr="003C72B7" w:rsidRDefault="00A14E1E">
            <w:pPr>
              <w:spacing w:before="40" w:after="40"/>
              <w:jc w:val="center"/>
            </w:pPr>
            <w:r>
              <w:rPr>
                <w:rFonts w:ascii="Calibri" w:hAnsi="Calibri"/>
                <w:sz w:val="14"/>
              </w:rPr>
              <w:t>★  ✔  ✚  ❢</w:t>
            </w:r>
          </w:p>
        </w:tc>
        <w:tc>
          <w:tcPr>
            <w:tcW w:w="864" w:type="dxa"/>
          </w:tcPr>
          <w:p w14:paraId="0507208C" w14:textId="77777777" w:rsidR="00867C21" w:rsidRPr="003C72B7" w:rsidRDefault="00A14E1E">
            <w:pPr>
              <w:spacing w:before="40" w:after="40"/>
              <w:jc w:val="center"/>
            </w:pPr>
            <w:r>
              <w:rPr>
                <w:rFonts w:ascii="Calibri" w:hAnsi="Calibri"/>
                <w:sz w:val="14"/>
              </w:rPr>
              <w:t>★  ✔  ✚  ❢</w:t>
            </w:r>
          </w:p>
        </w:tc>
        <w:tc>
          <w:tcPr>
            <w:tcW w:w="864" w:type="dxa"/>
          </w:tcPr>
          <w:p w14:paraId="7D783EF9" w14:textId="77777777" w:rsidR="00867C21" w:rsidRPr="003C72B7" w:rsidRDefault="00A14E1E">
            <w:pPr>
              <w:spacing w:before="40" w:after="40"/>
              <w:jc w:val="center"/>
            </w:pPr>
            <w:r>
              <w:rPr>
                <w:rFonts w:ascii="Calibri" w:hAnsi="Calibri"/>
                <w:sz w:val="14"/>
              </w:rPr>
              <w:t>★  ✔  ✚  ❢</w:t>
            </w:r>
          </w:p>
        </w:tc>
        <w:tc>
          <w:tcPr>
            <w:tcW w:w="864" w:type="dxa"/>
          </w:tcPr>
          <w:p w14:paraId="0914C56E" w14:textId="77777777" w:rsidR="00867C21" w:rsidRPr="003C72B7" w:rsidRDefault="00A14E1E">
            <w:pPr>
              <w:spacing w:before="40" w:after="40"/>
              <w:jc w:val="center"/>
            </w:pPr>
            <w:r>
              <w:rPr>
                <w:rFonts w:ascii="Calibri" w:hAnsi="Calibri"/>
                <w:sz w:val="14"/>
              </w:rPr>
              <w:t>★  ✔  ✚  ❢</w:t>
            </w:r>
          </w:p>
        </w:tc>
        <w:tc>
          <w:tcPr>
            <w:tcW w:w="864" w:type="dxa"/>
          </w:tcPr>
          <w:p w14:paraId="7CE6C0E2" w14:textId="77777777" w:rsidR="00867C21" w:rsidRPr="003C72B7" w:rsidRDefault="00A14E1E">
            <w:pPr>
              <w:spacing w:before="40" w:after="40"/>
              <w:jc w:val="center"/>
            </w:pPr>
            <w:r>
              <w:rPr>
                <w:rFonts w:ascii="Calibri" w:hAnsi="Calibri"/>
                <w:sz w:val="14"/>
              </w:rPr>
              <w:t>★  ✔  ✚  ❢</w:t>
            </w:r>
          </w:p>
        </w:tc>
        <w:tc>
          <w:tcPr>
            <w:tcW w:w="864" w:type="dxa"/>
          </w:tcPr>
          <w:p w14:paraId="3B829995" w14:textId="77777777" w:rsidR="00867C21" w:rsidRPr="003C72B7" w:rsidRDefault="00A14E1E">
            <w:pPr>
              <w:spacing w:before="40" w:after="40"/>
              <w:jc w:val="center"/>
            </w:pPr>
            <w:r>
              <w:rPr>
                <w:rFonts w:ascii="Calibri" w:hAnsi="Calibri"/>
                <w:sz w:val="14"/>
              </w:rPr>
              <w:t>★  ✔  ✚  ❢</w:t>
            </w:r>
          </w:p>
        </w:tc>
        <w:tc>
          <w:tcPr>
            <w:tcW w:w="1008" w:type="dxa"/>
          </w:tcPr>
          <w:p w14:paraId="1C4AD028" w14:textId="77777777" w:rsidR="00867C21" w:rsidRPr="003C72B7" w:rsidRDefault="00A14E1E">
            <w:pPr>
              <w:spacing w:before="40" w:after="40"/>
              <w:jc w:val="center"/>
            </w:pPr>
            <w:r>
              <w:rPr>
                <w:rFonts w:ascii="Calibri" w:hAnsi="Calibri"/>
                <w:sz w:val="14"/>
              </w:rPr>
              <w:t>★  ✔  ✚  ❢</w:t>
            </w:r>
          </w:p>
        </w:tc>
        <w:tc>
          <w:tcPr>
            <w:tcW w:w="864" w:type="dxa"/>
          </w:tcPr>
          <w:p w14:paraId="7D205F00" w14:textId="77777777" w:rsidR="00867C21" w:rsidRPr="003C72B7" w:rsidRDefault="00A14E1E">
            <w:pPr>
              <w:spacing w:before="40" w:after="40"/>
              <w:jc w:val="center"/>
            </w:pPr>
            <w:r>
              <w:rPr>
                <w:rFonts w:ascii="Calibri" w:hAnsi="Calibri"/>
                <w:sz w:val="14"/>
              </w:rPr>
              <w:t>★  ✔  ✚  ❢</w:t>
            </w:r>
          </w:p>
        </w:tc>
        <w:tc>
          <w:tcPr>
            <w:tcW w:w="864" w:type="dxa"/>
          </w:tcPr>
          <w:p w14:paraId="5DE98659" w14:textId="77777777" w:rsidR="00867C21" w:rsidRPr="003C72B7" w:rsidRDefault="00A14E1E">
            <w:pPr>
              <w:spacing w:before="40" w:after="40"/>
              <w:jc w:val="center"/>
            </w:pPr>
            <w:r>
              <w:rPr>
                <w:rFonts w:ascii="Calibri" w:hAnsi="Calibri"/>
                <w:sz w:val="14"/>
              </w:rPr>
              <w:t>★  ✔  ✚  ❢</w:t>
            </w:r>
          </w:p>
        </w:tc>
        <w:tc>
          <w:tcPr>
            <w:tcW w:w="1645" w:type="dxa"/>
          </w:tcPr>
          <w:p w14:paraId="62D3EE34" w14:textId="77777777" w:rsidR="00867C21" w:rsidRPr="003C72B7" w:rsidRDefault="00867C21">
            <w:pPr>
              <w:spacing w:before="40" w:after="40"/>
            </w:pPr>
          </w:p>
        </w:tc>
      </w:tr>
    </w:tbl>
    <w:p w14:paraId="26E4FE06" w14:textId="77777777" w:rsidR="00867C21" w:rsidRPr="003C72B7" w:rsidRDefault="00A14E1E">
      <w:pPr>
        <w:spacing w:after="120"/>
      </w:pPr>
      <w:r>
        <w:rPr>
          <w:rFonts w:ascii="Calibri" w:hAnsi="Calibri"/>
          <w:sz w:val="21"/>
        </w:rPr>
        <w:br/>
        <w:t>İngilizce Öğretmeni İmza / Teacher's Signature: .......................................   Okul Müdürü İmza / Principal's Signature: .......................................</w:t>
      </w:r>
    </w:p>
    <w:p w14:paraId="06DA4261" w14:textId="3F0D4456" w:rsidR="00867C21" w:rsidRPr="003C72B7" w:rsidRDefault="00A14E1E">
      <w:r>
        <w:br w:type="page"/>
      </w:r>
    </w:p>
    <w:p w14:paraId="7E314147" w14:textId="77777777" w:rsidR="00867C21" w:rsidRPr="003C72B7" w:rsidRDefault="00867C21">
      <w:pPr>
        <w:sectPr w:rsidR="00867C21" w:rsidRPr="003C72B7" w:rsidSect="003E6F1C">
          <w:pgSz w:w="15840" w:h="12240" w:orient="landscape"/>
          <w:pgMar w:top="851" w:right="1152" w:bottom="1152" w:left="1152" w:header="720" w:footer="720" w:gutter="0"/>
          <w:cols w:space="720"/>
          <w:docGrid w:linePitch="360"/>
        </w:sectPr>
      </w:pPr>
    </w:p>
    <w:p w14:paraId="0423FD59" w14:textId="77777777" w:rsidR="002447C8" w:rsidRDefault="00195475" w:rsidP="002447C8">
      <w:pPr>
        <w:keepNext/>
        <w:spacing w:before="360" w:after="120"/>
        <w:rPr>
          <w:rFonts w:ascii="Arial" w:hAnsi="Arial"/>
          <w:b/>
          <w:sz w:val="32"/>
        </w:rPr>
      </w:pPr>
      <w:r>
        <w:rPr>
          <w:rFonts w:ascii="Arial" w:hAnsi="Arial"/>
          <w:b/>
          <w:sz w:val="32"/>
        </w:rPr>
        <w:t xml:space="preserve">Bölüm 5. Bireysel Öğrenci Gözlem Kartı (Master) / Individual Student Observation Card </w:t>
      </w:r>
    </w:p>
    <w:p w14:paraId="6D6D15F2" w14:textId="3B38911E" w:rsidR="00981229" w:rsidRPr="003C72B7" w:rsidRDefault="00981229" w:rsidP="002447C8">
      <w:pPr>
        <w:keepNext/>
        <w:spacing w:before="360" w:after="120"/>
        <w:rPr>
          <w:rFonts w:ascii="Calibri" w:hAnsi="Calibri"/>
          <w:i/>
          <w:sz w:val="19"/>
        </w:rPr>
      </w:pPr>
      <w:r>
        <w:rPr>
          <w:rFonts w:ascii="Segoe UI Emoji" w:hAnsi="Segoe UI Emoji" w:cs="Segoe UI Emoji"/>
          <w:b/>
          <w:i/>
          <w:sz w:val="19"/>
        </w:rPr>
        <w:t>ℹ️</w:t>
      </w:r>
      <w:r>
        <w:rPr>
          <w:rFonts w:ascii="Calibri" w:hAnsi="Calibri"/>
          <w:b/>
          <w:i/>
          <w:sz w:val="19"/>
        </w:rPr>
        <w:t xml:space="preserve"> </w:t>
      </w:r>
      <w:proofErr w:type="spellStart"/>
      <w:r>
        <w:rPr>
          <w:rFonts w:ascii="Calibri" w:hAnsi="Calibri"/>
          <w:b/>
          <w:i/>
          <w:sz w:val="19"/>
        </w:rPr>
        <w:t>Metodolojik</w:t>
      </w:r>
      <w:proofErr w:type="spellEnd"/>
      <w:r>
        <w:rPr>
          <w:rFonts w:ascii="Calibri" w:hAnsi="Calibri"/>
          <w:b/>
          <w:i/>
          <w:sz w:val="19"/>
        </w:rPr>
        <w:t xml:space="preserve"> Açıklama: </w:t>
      </w:r>
      <w:r>
        <w:rPr>
          <w:rFonts w:ascii="Calibri" w:hAnsi="Calibri"/>
          <w:i/>
          <w:sz w:val="19"/>
        </w:rPr>
        <w:t xml:space="preserve">Her </w:t>
      </w:r>
      <w:proofErr w:type="spellStart"/>
      <w:r>
        <w:rPr>
          <w:rFonts w:ascii="Calibri" w:hAnsi="Calibri"/>
          <w:i/>
          <w:sz w:val="19"/>
        </w:rPr>
        <w:t>öğrenci</w:t>
      </w:r>
      <w:proofErr w:type="spellEnd"/>
      <w:r>
        <w:rPr>
          <w:rFonts w:ascii="Calibri" w:hAnsi="Calibri"/>
          <w:i/>
          <w:sz w:val="19"/>
        </w:rPr>
        <w:t xml:space="preserve"> için ayrı bir gelişim klasöründe muhafaza edilen bu kart, eğitim yılı boyunca 8 tema genelinde öğrencinin 10 gelişim alanındaki performans düzeylerini sembollerle </w:t>
      </w:r>
      <w:r>
        <w:rPr>
          <w:rFonts w:ascii="Calibri" w:hAnsi="Calibri"/>
          <w:b/>
          <w:bCs/>
          <w:i/>
          <w:sz w:val="32"/>
          <w:szCs w:val="40"/>
        </w:rPr>
        <w:t>(</w:t>
      </w:r>
      <w:r>
        <w:rPr>
          <w:rFonts w:ascii="Segoe UI Symbol" w:hAnsi="Segoe UI Symbol" w:cs="Segoe UI Symbol"/>
          <w:b/>
          <w:bCs/>
          <w:i/>
          <w:sz w:val="32"/>
          <w:szCs w:val="40"/>
        </w:rPr>
        <w:t>★</w:t>
      </w:r>
      <w:r>
        <w:rPr>
          <w:rFonts w:ascii="Calibri" w:hAnsi="Calibri"/>
          <w:b/>
          <w:bCs/>
          <w:i/>
          <w:sz w:val="32"/>
          <w:szCs w:val="40"/>
        </w:rPr>
        <w:t xml:space="preserve">, </w:t>
      </w:r>
      <w:r>
        <w:rPr>
          <w:rFonts w:ascii="Segoe UI Symbol" w:hAnsi="Segoe UI Symbol" w:cs="Segoe UI Symbol"/>
          <w:b/>
          <w:bCs/>
          <w:i/>
          <w:sz w:val="32"/>
          <w:szCs w:val="40"/>
        </w:rPr>
        <w:t>✔</w:t>
      </w:r>
      <w:r>
        <w:rPr>
          <w:rFonts w:ascii="Calibri" w:hAnsi="Calibri"/>
          <w:b/>
          <w:bCs/>
          <w:i/>
          <w:sz w:val="32"/>
          <w:szCs w:val="40"/>
        </w:rPr>
        <w:t xml:space="preserve">, </w:t>
      </w:r>
      <w:r>
        <w:rPr>
          <w:rFonts w:ascii="Segoe UI Symbol" w:hAnsi="Segoe UI Symbol" w:cs="Segoe UI Symbol"/>
          <w:b/>
          <w:bCs/>
          <w:i/>
          <w:sz w:val="32"/>
          <w:szCs w:val="40"/>
        </w:rPr>
        <w:t>✚</w:t>
      </w:r>
      <w:r>
        <w:rPr>
          <w:rFonts w:ascii="Calibri" w:hAnsi="Calibri"/>
          <w:b/>
          <w:bCs/>
          <w:i/>
          <w:sz w:val="32"/>
          <w:szCs w:val="40"/>
        </w:rPr>
        <w:t xml:space="preserve">, </w:t>
      </w:r>
      <w:r>
        <w:rPr>
          <w:rFonts w:ascii="Segoe UI Symbol" w:hAnsi="Segoe UI Symbol" w:cs="Segoe UI Symbol"/>
          <w:b/>
          <w:bCs/>
          <w:i/>
          <w:sz w:val="32"/>
          <w:szCs w:val="40"/>
        </w:rPr>
        <w:t>❢</w:t>
      </w:r>
      <w:r>
        <w:rPr>
          <w:rFonts w:ascii="Calibri" w:hAnsi="Calibri"/>
          <w:b/>
          <w:bCs/>
          <w:i/>
          <w:sz w:val="32"/>
          <w:szCs w:val="40"/>
        </w:rPr>
        <w:t>)</w:t>
      </w:r>
      <w:r>
        <w:rPr>
          <w:rFonts w:ascii="Calibri" w:hAnsi="Calibri"/>
          <w:i/>
          <w:sz w:val="32"/>
          <w:szCs w:val="40"/>
        </w:rPr>
        <w:t xml:space="preserve"> </w:t>
      </w:r>
      <w:proofErr w:type="spellStart"/>
      <w:r>
        <w:rPr>
          <w:rFonts w:ascii="Calibri" w:hAnsi="Calibri"/>
          <w:i/>
          <w:sz w:val="19"/>
        </w:rPr>
        <w:t>izlemek</w:t>
      </w:r>
      <w:proofErr w:type="spellEnd"/>
      <w:r>
        <w:rPr>
          <w:rFonts w:ascii="Calibri" w:hAnsi="Calibri"/>
          <w:i/>
          <w:sz w:val="19"/>
        </w:rPr>
        <w:t xml:space="preserve"> </w:t>
      </w:r>
      <w:proofErr w:type="spellStart"/>
      <w:r>
        <w:rPr>
          <w:rFonts w:ascii="Calibri" w:hAnsi="Calibri"/>
          <w:i/>
          <w:sz w:val="19"/>
        </w:rPr>
        <w:t>için</w:t>
      </w:r>
      <w:proofErr w:type="spellEnd"/>
      <w:r>
        <w:rPr>
          <w:rFonts w:ascii="Calibri" w:hAnsi="Calibri"/>
          <w:i/>
          <w:sz w:val="19"/>
        </w:rPr>
        <w:t xml:space="preserve"> </w:t>
      </w:r>
      <w:proofErr w:type="spellStart"/>
      <w:r>
        <w:rPr>
          <w:rFonts w:ascii="Calibri" w:hAnsi="Calibri"/>
          <w:i/>
          <w:sz w:val="19"/>
        </w:rPr>
        <w:t>tasarlanmıştır</w:t>
      </w:r>
      <w:proofErr w:type="spellEnd"/>
      <w:r>
        <w:rPr>
          <w:rFonts w:ascii="Calibri" w:hAnsi="Calibri"/>
          <w:i/>
          <w:sz w:val="19"/>
        </w:rPr>
        <w:t>.</w:t>
      </w:r>
    </w:p>
    <w:p w14:paraId="0CEFD2EA" w14:textId="77777777" w:rsidR="00981229" w:rsidRPr="003C72B7" w:rsidRDefault="00981229" w:rsidP="00981229">
      <w:pPr>
        <w:rPr>
          <w:sz w:val="28"/>
          <w:szCs w:val="28"/>
        </w:rPr>
      </w:pPr>
      <w:r>
        <w:rPr>
          <w:b/>
          <w:sz w:val="28"/>
          <w:szCs w:val="28"/>
        </w:rPr>
        <w:t>Öğrenci Adı Soyadı / Student Name: __________________________</w:t>
      </w:r>
      <w:r>
        <w:rPr>
          <w:b/>
          <w:sz w:val="28"/>
          <w:szCs w:val="28"/>
        </w:rPr>
        <w:br/>
        <w:t>Sınıfı &amp; Numarası / Class &amp; Number: __________________________</w:t>
      </w:r>
    </w:p>
    <w:tbl>
      <w:tblPr>
        <w:tblStyle w:val="TabloKlavuzu"/>
        <w:tblW w:w="11273" w:type="dxa"/>
        <w:tblInd w:w="-856" w:type="dxa"/>
        <w:tblLayout w:type="fixed"/>
        <w:tblLook w:val="04A0" w:firstRow="1" w:lastRow="0" w:firstColumn="1" w:lastColumn="0" w:noHBand="0" w:noVBand="1"/>
      </w:tblPr>
      <w:tblGrid>
        <w:gridCol w:w="4395"/>
        <w:gridCol w:w="964"/>
        <w:gridCol w:w="850"/>
        <w:gridCol w:w="851"/>
        <w:gridCol w:w="850"/>
        <w:gridCol w:w="851"/>
        <w:gridCol w:w="850"/>
        <w:gridCol w:w="851"/>
        <w:gridCol w:w="811"/>
      </w:tblGrid>
      <w:tr w:rsidR="00981229" w:rsidRPr="00B82146" w14:paraId="4E781F15" w14:textId="77777777" w:rsidTr="00781C85">
        <w:trPr>
          <w:trHeight w:val="1025"/>
        </w:trPr>
        <w:tc>
          <w:tcPr>
            <w:tcW w:w="4395" w:type="dxa"/>
            <w:shd w:val="clear" w:color="auto" w:fill="1B365D"/>
          </w:tcPr>
          <w:p w14:paraId="677B00FF" w14:textId="77777777" w:rsidR="00981229" w:rsidRPr="00B82146" w:rsidRDefault="00981229" w:rsidP="00781C85">
            <w:pPr>
              <w:spacing w:before="40" w:after="40"/>
              <w:rPr>
                <w:sz w:val="20"/>
              </w:rPr>
            </w:pPr>
            <w:r>
              <w:rPr>
                <w:rFonts w:ascii="Calibri" w:hAnsi="Calibri"/>
                <w:b/>
                <w:sz w:val="20"/>
              </w:rPr>
              <w:t>Gelişim Alanı / Growth Area</w:t>
            </w:r>
          </w:p>
        </w:tc>
        <w:tc>
          <w:tcPr>
            <w:tcW w:w="964" w:type="dxa"/>
            <w:shd w:val="clear" w:color="auto" w:fill="1B365D"/>
          </w:tcPr>
          <w:p w14:paraId="74E213FF"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202603EB" w14:textId="77777777" w:rsidR="00981229" w:rsidRDefault="00981229" w:rsidP="00781C85">
            <w:pPr>
              <w:spacing w:before="40" w:after="40"/>
              <w:jc w:val="center"/>
              <w:rPr>
                <w:rFonts w:ascii="Calibri" w:hAnsi="Calibri"/>
                <w:b/>
                <w:sz w:val="20"/>
              </w:rPr>
            </w:pPr>
            <w:r>
              <w:rPr>
                <w:rFonts w:ascii="Calibri" w:hAnsi="Calibri"/>
                <w:b/>
                <w:sz w:val="20"/>
              </w:rPr>
              <w:t xml:space="preserve">Theme </w:t>
            </w:r>
          </w:p>
          <w:p w14:paraId="6D70FF99" w14:textId="77777777" w:rsidR="00981229" w:rsidRPr="00B82146" w:rsidRDefault="00981229" w:rsidP="00781C85">
            <w:pPr>
              <w:spacing w:before="40" w:after="40"/>
              <w:jc w:val="center"/>
              <w:rPr>
                <w:sz w:val="20"/>
              </w:rPr>
            </w:pPr>
            <w:r>
              <w:rPr>
                <w:rFonts w:ascii="Calibri" w:hAnsi="Calibri"/>
                <w:b/>
                <w:sz w:val="20"/>
              </w:rPr>
              <w:t>1</w:t>
            </w:r>
            <w:r>
              <w:rPr>
                <w:rFonts w:ascii="Calibri" w:hAnsi="Calibri"/>
                <w:b/>
                <w:sz w:val="20"/>
              </w:rPr>
              <w:br/>
            </w:r>
          </w:p>
        </w:tc>
        <w:tc>
          <w:tcPr>
            <w:tcW w:w="850" w:type="dxa"/>
            <w:shd w:val="clear" w:color="auto" w:fill="1B365D"/>
          </w:tcPr>
          <w:p w14:paraId="230A7763"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Tema </w:t>
            </w:r>
            <w:r>
              <w:rPr>
                <w:rFonts w:ascii="Calibri" w:hAnsi="Calibri"/>
                <w:b/>
                <w:sz w:val="20"/>
              </w:rPr>
              <w:br/>
              <w:t xml:space="preserve">Theme </w:t>
            </w:r>
          </w:p>
          <w:p w14:paraId="6392CC88" w14:textId="77777777" w:rsidR="00981229" w:rsidRPr="00B82146" w:rsidRDefault="00981229" w:rsidP="00781C85">
            <w:pPr>
              <w:spacing w:before="40" w:after="40"/>
              <w:jc w:val="center"/>
              <w:rPr>
                <w:sz w:val="20"/>
              </w:rPr>
            </w:pPr>
            <w:r>
              <w:rPr>
                <w:rFonts w:ascii="Calibri" w:hAnsi="Calibri"/>
                <w:b/>
                <w:sz w:val="20"/>
              </w:rPr>
              <w:t>2</w:t>
            </w:r>
          </w:p>
        </w:tc>
        <w:tc>
          <w:tcPr>
            <w:tcW w:w="851" w:type="dxa"/>
            <w:shd w:val="clear" w:color="auto" w:fill="1B365D"/>
          </w:tcPr>
          <w:p w14:paraId="11BD66C2"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Tema </w:t>
            </w:r>
            <w:r>
              <w:rPr>
                <w:rFonts w:ascii="Calibri" w:hAnsi="Calibri"/>
                <w:b/>
                <w:sz w:val="20"/>
              </w:rPr>
              <w:br/>
              <w:t xml:space="preserve">Theme </w:t>
            </w:r>
          </w:p>
          <w:p w14:paraId="2A1BE2CA" w14:textId="77777777" w:rsidR="00981229" w:rsidRPr="00B82146" w:rsidRDefault="00981229" w:rsidP="00781C85">
            <w:pPr>
              <w:spacing w:before="40" w:after="40"/>
              <w:jc w:val="center"/>
              <w:rPr>
                <w:sz w:val="20"/>
              </w:rPr>
            </w:pPr>
            <w:r>
              <w:rPr>
                <w:rFonts w:ascii="Calibri" w:hAnsi="Calibri"/>
                <w:b/>
                <w:sz w:val="20"/>
              </w:rPr>
              <w:t>3</w:t>
            </w:r>
          </w:p>
        </w:tc>
        <w:tc>
          <w:tcPr>
            <w:tcW w:w="850" w:type="dxa"/>
            <w:shd w:val="clear" w:color="auto" w:fill="1B365D"/>
          </w:tcPr>
          <w:p w14:paraId="0AD82FB6"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Tema </w:t>
            </w:r>
            <w:r>
              <w:rPr>
                <w:rFonts w:ascii="Calibri" w:hAnsi="Calibri"/>
                <w:b/>
                <w:sz w:val="20"/>
              </w:rPr>
              <w:br/>
              <w:t>Theme</w:t>
            </w:r>
          </w:p>
          <w:p w14:paraId="22AB01CE" w14:textId="77777777" w:rsidR="00981229" w:rsidRPr="00B82146" w:rsidRDefault="00981229" w:rsidP="00781C85">
            <w:pPr>
              <w:spacing w:before="40" w:after="40"/>
              <w:jc w:val="center"/>
              <w:rPr>
                <w:sz w:val="20"/>
              </w:rPr>
            </w:pPr>
            <w:r>
              <w:rPr>
                <w:rFonts w:ascii="Calibri" w:hAnsi="Calibri"/>
                <w:b/>
                <w:sz w:val="20"/>
              </w:rPr>
              <w:t xml:space="preserve"> 4</w:t>
            </w:r>
          </w:p>
        </w:tc>
        <w:tc>
          <w:tcPr>
            <w:tcW w:w="851" w:type="dxa"/>
            <w:shd w:val="clear" w:color="auto" w:fill="1B365D"/>
          </w:tcPr>
          <w:p w14:paraId="15710784"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2C3A17F7" w14:textId="77777777" w:rsidR="00981229" w:rsidRPr="00B82146" w:rsidRDefault="00981229" w:rsidP="00781C85">
            <w:pPr>
              <w:spacing w:before="40" w:after="40"/>
              <w:jc w:val="center"/>
              <w:rPr>
                <w:rFonts w:ascii="Calibri" w:hAnsi="Calibri"/>
                <w:b/>
                <w:sz w:val="20"/>
              </w:rPr>
            </w:pPr>
            <w:r>
              <w:rPr>
                <w:rFonts w:ascii="Calibri" w:hAnsi="Calibri"/>
                <w:b/>
                <w:sz w:val="20"/>
              </w:rPr>
              <w:t>Theme</w:t>
            </w:r>
          </w:p>
          <w:p w14:paraId="4BB61D5F" w14:textId="77777777" w:rsidR="00981229" w:rsidRPr="00B82146" w:rsidRDefault="00981229" w:rsidP="00781C85">
            <w:pPr>
              <w:spacing w:before="40" w:after="40"/>
              <w:jc w:val="center"/>
              <w:rPr>
                <w:sz w:val="20"/>
              </w:rPr>
            </w:pPr>
            <w:r>
              <w:rPr>
                <w:rFonts w:ascii="Calibri" w:hAnsi="Calibri"/>
                <w:b/>
                <w:sz w:val="20"/>
              </w:rPr>
              <w:t xml:space="preserve"> 5</w:t>
            </w:r>
            <w:r>
              <w:rPr>
                <w:rFonts w:ascii="Calibri" w:hAnsi="Calibri"/>
                <w:b/>
                <w:sz w:val="20"/>
              </w:rPr>
              <w:br/>
            </w:r>
          </w:p>
        </w:tc>
        <w:tc>
          <w:tcPr>
            <w:tcW w:w="850" w:type="dxa"/>
            <w:shd w:val="clear" w:color="auto" w:fill="1B365D"/>
          </w:tcPr>
          <w:p w14:paraId="249199A8"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00C09B33"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Theme </w:t>
            </w:r>
          </w:p>
          <w:p w14:paraId="780EACD8" w14:textId="77777777" w:rsidR="00981229" w:rsidRPr="00B82146" w:rsidRDefault="00981229" w:rsidP="00781C85">
            <w:pPr>
              <w:spacing w:before="40" w:after="40"/>
              <w:jc w:val="center"/>
              <w:rPr>
                <w:sz w:val="20"/>
              </w:rPr>
            </w:pPr>
            <w:r>
              <w:rPr>
                <w:rFonts w:ascii="Calibri" w:hAnsi="Calibri"/>
                <w:b/>
                <w:sz w:val="20"/>
              </w:rPr>
              <w:t>6</w:t>
            </w:r>
            <w:r>
              <w:rPr>
                <w:rFonts w:ascii="Calibri" w:hAnsi="Calibri"/>
                <w:b/>
                <w:sz w:val="20"/>
              </w:rPr>
              <w:br/>
            </w:r>
          </w:p>
        </w:tc>
        <w:tc>
          <w:tcPr>
            <w:tcW w:w="851" w:type="dxa"/>
            <w:shd w:val="clear" w:color="auto" w:fill="1B365D"/>
          </w:tcPr>
          <w:p w14:paraId="6609D8F2"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22D4B8AC"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Theme </w:t>
            </w:r>
          </w:p>
          <w:p w14:paraId="55BD6285" w14:textId="77777777" w:rsidR="00981229" w:rsidRPr="00B82146" w:rsidRDefault="00981229" w:rsidP="00781C85">
            <w:pPr>
              <w:spacing w:before="40" w:after="40"/>
              <w:jc w:val="center"/>
              <w:rPr>
                <w:sz w:val="20"/>
              </w:rPr>
            </w:pPr>
            <w:r>
              <w:rPr>
                <w:rFonts w:ascii="Calibri" w:hAnsi="Calibri"/>
                <w:b/>
                <w:sz w:val="20"/>
              </w:rPr>
              <w:t>7</w:t>
            </w:r>
            <w:r>
              <w:rPr>
                <w:rFonts w:ascii="Calibri" w:hAnsi="Calibri"/>
                <w:b/>
                <w:sz w:val="20"/>
              </w:rPr>
              <w:br/>
            </w:r>
          </w:p>
        </w:tc>
        <w:tc>
          <w:tcPr>
            <w:tcW w:w="811" w:type="dxa"/>
            <w:shd w:val="clear" w:color="auto" w:fill="1B365D"/>
          </w:tcPr>
          <w:p w14:paraId="5D795F75" w14:textId="77777777" w:rsidR="00981229" w:rsidRPr="00B82146" w:rsidRDefault="00981229" w:rsidP="00781C85">
            <w:pPr>
              <w:spacing w:before="40" w:after="40"/>
              <w:jc w:val="center"/>
              <w:rPr>
                <w:rFonts w:ascii="Calibri" w:hAnsi="Calibri"/>
                <w:b/>
                <w:sz w:val="20"/>
              </w:rPr>
            </w:pPr>
            <w:r>
              <w:rPr>
                <w:rFonts w:ascii="Calibri" w:hAnsi="Calibri"/>
                <w:b/>
                <w:sz w:val="20"/>
              </w:rPr>
              <w:t>Tema</w:t>
            </w:r>
          </w:p>
          <w:p w14:paraId="144FEEDD" w14:textId="77777777" w:rsidR="00981229" w:rsidRPr="00B82146" w:rsidRDefault="00981229" w:rsidP="00781C85">
            <w:pPr>
              <w:spacing w:before="40" w:after="40"/>
              <w:jc w:val="center"/>
              <w:rPr>
                <w:rFonts w:ascii="Calibri" w:hAnsi="Calibri"/>
                <w:b/>
                <w:sz w:val="20"/>
              </w:rPr>
            </w:pPr>
            <w:r>
              <w:rPr>
                <w:rFonts w:ascii="Calibri" w:hAnsi="Calibri"/>
                <w:b/>
                <w:sz w:val="20"/>
              </w:rPr>
              <w:t xml:space="preserve">Theme </w:t>
            </w:r>
          </w:p>
          <w:p w14:paraId="598B4237" w14:textId="77777777" w:rsidR="00981229" w:rsidRPr="00B82146" w:rsidRDefault="00981229" w:rsidP="00781C85">
            <w:pPr>
              <w:spacing w:before="40" w:after="40"/>
              <w:jc w:val="center"/>
              <w:rPr>
                <w:sz w:val="20"/>
              </w:rPr>
            </w:pPr>
            <w:r>
              <w:rPr>
                <w:rFonts w:ascii="Calibri" w:hAnsi="Calibri"/>
                <w:b/>
                <w:sz w:val="20"/>
              </w:rPr>
              <w:t>8</w:t>
            </w:r>
            <w:r>
              <w:rPr>
                <w:rFonts w:ascii="Calibri" w:hAnsi="Calibri"/>
                <w:b/>
                <w:sz w:val="20"/>
              </w:rPr>
              <w:br/>
            </w:r>
            <w:r>
              <w:rPr>
                <w:rFonts w:ascii="Calibri" w:hAnsi="Calibri"/>
                <w:b/>
                <w:sz w:val="20"/>
              </w:rPr>
              <w:br/>
            </w:r>
          </w:p>
        </w:tc>
      </w:tr>
      <w:tr w:rsidR="00981229" w:rsidRPr="00B82146" w14:paraId="78E959B6" w14:textId="77777777" w:rsidTr="00781C85">
        <w:tc>
          <w:tcPr>
            <w:tcW w:w="4395" w:type="dxa"/>
          </w:tcPr>
          <w:p w14:paraId="714D4011" w14:textId="77777777" w:rsidR="00981229" w:rsidRPr="00B82146" w:rsidRDefault="00981229" w:rsidP="00781C85">
            <w:pPr>
              <w:spacing w:before="40" w:after="40"/>
              <w:rPr>
                <w:sz w:val="20"/>
              </w:rPr>
            </w:pPr>
            <w:r>
              <w:rPr>
                <w:rFonts w:ascii="Calibri" w:hAnsi="Calibri"/>
                <w:b/>
                <w:sz w:val="20"/>
              </w:rPr>
              <w:t>1. Speaking (Konuşma Becerisi) / Speaking Skill</w:t>
            </w:r>
          </w:p>
        </w:tc>
        <w:tc>
          <w:tcPr>
            <w:tcW w:w="964" w:type="dxa"/>
          </w:tcPr>
          <w:p w14:paraId="3B9FCB68" w14:textId="77777777" w:rsidR="00981229" w:rsidRPr="00B82146" w:rsidRDefault="00981229" w:rsidP="00781C85">
            <w:pPr>
              <w:spacing w:before="40" w:after="40"/>
              <w:jc w:val="center"/>
              <w:rPr>
                <w:sz w:val="20"/>
              </w:rPr>
            </w:pPr>
          </w:p>
        </w:tc>
        <w:tc>
          <w:tcPr>
            <w:tcW w:w="850" w:type="dxa"/>
          </w:tcPr>
          <w:p w14:paraId="7C4B18BD" w14:textId="77777777" w:rsidR="00981229" w:rsidRPr="00B82146" w:rsidRDefault="00981229" w:rsidP="00781C85">
            <w:pPr>
              <w:spacing w:before="40" w:after="40"/>
              <w:jc w:val="center"/>
              <w:rPr>
                <w:sz w:val="20"/>
              </w:rPr>
            </w:pPr>
          </w:p>
        </w:tc>
        <w:tc>
          <w:tcPr>
            <w:tcW w:w="851" w:type="dxa"/>
          </w:tcPr>
          <w:p w14:paraId="68010132" w14:textId="77777777" w:rsidR="00981229" w:rsidRPr="00B82146" w:rsidRDefault="00981229" w:rsidP="00781C85">
            <w:pPr>
              <w:spacing w:before="40" w:after="40"/>
              <w:jc w:val="center"/>
              <w:rPr>
                <w:sz w:val="20"/>
              </w:rPr>
            </w:pPr>
          </w:p>
        </w:tc>
        <w:tc>
          <w:tcPr>
            <w:tcW w:w="850" w:type="dxa"/>
          </w:tcPr>
          <w:p w14:paraId="0997C2CB" w14:textId="77777777" w:rsidR="00981229" w:rsidRPr="00B82146" w:rsidRDefault="00981229" w:rsidP="00781C85">
            <w:pPr>
              <w:spacing w:before="40" w:after="40"/>
              <w:jc w:val="center"/>
              <w:rPr>
                <w:sz w:val="20"/>
              </w:rPr>
            </w:pPr>
          </w:p>
        </w:tc>
        <w:tc>
          <w:tcPr>
            <w:tcW w:w="851" w:type="dxa"/>
          </w:tcPr>
          <w:p w14:paraId="1E18A13E" w14:textId="77777777" w:rsidR="00981229" w:rsidRPr="00B82146" w:rsidRDefault="00981229" w:rsidP="00781C85">
            <w:pPr>
              <w:spacing w:before="40" w:after="40"/>
              <w:jc w:val="center"/>
              <w:rPr>
                <w:sz w:val="20"/>
              </w:rPr>
            </w:pPr>
          </w:p>
        </w:tc>
        <w:tc>
          <w:tcPr>
            <w:tcW w:w="850" w:type="dxa"/>
          </w:tcPr>
          <w:p w14:paraId="31EE838B" w14:textId="77777777" w:rsidR="00981229" w:rsidRPr="00B82146" w:rsidRDefault="00981229" w:rsidP="00781C85">
            <w:pPr>
              <w:spacing w:before="40" w:after="40"/>
              <w:jc w:val="center"/>
              <w:rPr>
                <w:sz w:val="20"/>
              </w:rPr>
            </w:pPr>
          </w:p>
        </w:tc>
        <w:tc>
          <w:tcPr>
            <w:tcW w:w="851" w:type="dxa"/>
          </w:tcPr>
          <w:p w14:paraId="263931EE" w14:textId="77777777" w:rsidR="00981229" w:rsidRPr="00B82146" w:rsidRDefault="00981229" w:rsidP="00781C85">
            <w:pPr>
              <w:spacing w:before="40" w:after="40"/>
              <w:jc w:val="center"/>
              <w:rPr>
                <w:sz w:val="20"/>
              </w:rPr>
            </w:pPr>
          </w:p>
        </w:tc>
        <w:tc>
          <w:tcPr>
            <w:tcW w:w="811" w:type="dxa"/>
          </w:tcPr>
          <w:p w14:paraId="7B3D4768" w14:textId="77777777" w:rsidR="00981229" w:rsidRPr="00B82146" w:rsidRDefault="00981229" w:rsidP="00781C85">
            <w:pPr>
              <w:spacing w:before="40" w:after="40"/>
              <w:jc w:val="center"/>
              <w:rPr>
                <w:sz w:val="20"/>
              </w:rPr>
            </w:pPr>
          </w:p>
        </w:tc>
      </w:tr>
      <w:tr w:rsidR="00981229" w:rsidRPr="00B82146" w14:paraId="3AADEB4C" w14:textId="77777777" w:rsidTr="00781C85">
        <w:tc>
          <w:tcPr>
            <w:tcW w:w="4395" w:type="dxa"/>
            <w:shd w:val="clear" w:color="auto" w:fill="F2F4F7"/>
          </w:tcPr>
          <w:p w14:paraId="2B23A1EA" w14:textId="77777777" w:rsidR="00981229" w:rsidRPr="00B82146" w:rsidRDefault="00981229" w:rsidP="00781C85">
            <w:pPr>
              <w:spacing w:before="40" w:after="40"/>
              <w:rPr>
                <w:sz w:val="20"/>
              </w:rPr>
            </w:pPr>
            <w:r>
              <w:rPr>
                <w:rFonts w:ascii="Calibri" w:hAnsi="Calibri"/>
                <w:b/>
                <w:sz w:val="20"/>
              </w:rPr>
              <w:t>2. Listening (Dinleme Becerisi) / Listening Skill</w:t>
            </w:r>
          </w:p>
        </w:tc>
        <w:tc>
          <w:tcPr>
            <w:tcW w:w="964" w:type="dxa"/>
            <w:shd w:val="clear" w:color="auto" w:fill="F2F4F7"/>
          </w:tcPr>
          <w:p w14:paraId="11075F29" w14:textId="77777777" w:rsidR="00981229" w:rsidRPr="00B82146" w:rsidRDefault="00981229" w:rsidP="00781C85">
            <w:pPr>
              <w:spacing w:before="40" w:after="40"/>
              <w:jc w:val="center"/>
              <w:rPr>
                <w:sz w:val="20"/>
              </w:rPr>
            </w:pPr>
          </w:p>
        </w:tc>
        <w:tc>
          <w:tcPr>
            <w:tcW w:w="850" w:type="dxa"/>
            <w:shd w:val="clear" w:color="auto" w:fill="F2F4F7"/>
          </w:tcPr>
          <w:p w14:paraId="62DA5081" w14:textId="77777777" w:rsidR="00981229" w:rsidRPr="00B82146" w:rsidRDefault="00981229" w:rsidP="00781C85">
            <w:pPr>
              <w:spacing w:before="40" w:after="40"/>
              <w:jc w:val="center"/>
              <w:rPr>
                <w:sz w:val="20"/>
              </w:rPr>
            </w:pPr>
          </w:p>
        </w:tc>
        <w:tc>
          <w:tcPr>
            <w:tcW w:w="851" w:type="dxa"/>
            <w:shd w:val="clear" w:color="auto" w:fill="F2F4F7"/>
          </w:tcPr>
          <w:p w14:paraId="6C4F4FEF" w14:textId="77777777" w:rsidR="00981229" w:rsidRPr="00B82146" w:rsidRDefault="00981229" w:rsidP="00781C85">
            <w:pPr>
              <w:spacing w:before="40" w:after="40"/>
              <w:jc w:val="center"/>
              <w:rPr>
                <w:sz w:val="20"/>
              </w:rPr>
            </w:pPr>
          </w:p>
        </w:tc>
        <w:tc>
          <w:tcPr>
            <w:tcW w:w="850" w:type="dxa"/>
            <w:shd w:val="clear" w:color="auto" w:fill="F2F4F7"/>
          </w:tcPr>
          <w:p w14:paraId="39BA7351" w14:textId="77777777" w:rsidR="00981229" w:rsidRPr="00B82146" w:rsidRDefault="00981229" w:rsidP="00781C85">
            <w:pPr>
              <w:spacing w:before="40" w:after="40"/>
              <w:jc w:val="center"/>
              <w:rPr>
                <w:sz w:val="20"/>
              </w:rPr>
            </w:pPr>
          </w:p>
        </w:tc>
        <w:tc>
          <w:tcPr>
            <w:tcW w:w="851" w:type="dxa"/>
            <w:shd w:val="clear" w:color="auto" w:fill="F2F4F7"/>
          </w:tcPr>
          <w:p w14:paraId="40E6CF0E" w14:textId="77777777" w:rsidR="00981229" w:rsidRPr="00B82146" w:rsidRDefault="00981229" w:rsidP="00781C85">
            <w:pPr>
              <w:spacing w:before="40" w:after="40"/>
              <w:jc w:val="center"/>
              <w:rPr>
                <w:sz w:val="20"/>
              </w:rPr>
            </w:pPr>
          </w:p>
        </w:tc>
        <w:tc>
          <w:tcPr>
            <w:tcW w:w="850" w:type="dxa"/>
            <w:shd w:val="clear" w:color="auto" w:fill="F2F4F7"/>
          </w:tcPr>
          <w:p w14:paraId="71A223C0" w14:textId="77777777" w:rsidR="00981229" w:rsidRPr="00B82146" w:rsidRDefault="00981229" w:rsidP="00781C85">
            <w:pPr>
              <w:spacing w:before="40" w:after="40"/>
              <w:jc w:val="center"/>
              <w:rPr>
                <w:sz w:val="20"/>
              </w:rPr>
            </w:pPr>
          </w:p>
        </w:tc>
        <w:tc>
          <w:tcPr>
            <w:tcW w:w="851" w:type="dxa"/>
            <w:shd w:val="clear" w:color="auto" w:fill="F2F4F7"/>
          </w:tcPr>
          <w:p w14:paraId="74426A84" w14:textId="77777777" w:rsidR="00981229" w:rsidRPr="00B82146" w:rsidRDefault="00981229" w:rsidP="00781C85">
            <w:pPr>
              <w:spacing w:before="40" w:after="40"/>
              <w:jc w:val="center"/>
              <w:rPr>
                <w:sz w:val="20"/>
              </w:rPr>
            </w:pPr>
          </w:p>
        </w:tc>
        <w:tc>
          <w:tcPr>
            <w:tcW w:w="811" w:type="dxa"/>
            <w:shd w:val="clear" w:color="auto" w:fill="F2F4F7"/>
          </w:tcPr>
          <w:p w14:paraId="32FD4E34" w14:textId="77777777" w:rsidR="00981229" w:rsidRPr="00B82146" w:rsidRDefault="00981229" w:rsidP="00781C85">
            <w:pPr>
              <w:spacing w:before="40" w:after="40"/>
              <w:jc w:val="center"/>
              <w:rPr>
                <w:sz w:val="20"/>
              </w:rPr>
            </w:pPr>
          </w:p>
        </w:tc>
      </w:tr>
      <w:tr w:rsidR="00981229" w:rsidRPr="00B82146" w14:paraId="7041D70D" w14:textId="77777777" w:rsidTr="00781C85">
        <w:tc>
          <w:tcPr>
            <w:tcW w:w="4395" w:type="dxa"/>
          </w:tcPr>
          <w:p w14:paraId="3D28843F" w14:textId="77777777" w:rsidR="00981229" w:rsidRPr="00B82146" w:rsidRDefault="00981229" w:rsidP="00781C85">
            <w:pPr>
              <w:spacing w:before="40" w:after="40"/>
              <w:rPr>
                <w:sz w:val="20"/>
              </w:rPr>
            </w:pPr>
            <w:r>
              <w:rPr>
                <w:rFonts w:ascii="Calibri" w:hAnsi="Calibri"/>
                <w:b/>
                <w:sz w:val="20"/>
              </w:rPr>
              <w:t>3. Reading (Okuma Becerisi) / Reading Skill</w:t>
            </w:r>
          </w:p>
        </w:tc>
        <w:tc>
          <w:tcPr>
            <w:tcW w:w="964" w:type="dxa"/>
          </w:tcPr>
          <w:p w14:paraId="56664338" w14:textId="77777777" w:rsidR="00981229" w:rsidRPr="00B82146" w:rsidRDefault="00981229" w:rsidP="00781C85">
            <w:pPr>
              <w:spacing w:before="40" w:after="40"/>
              <w:jc w:val="center"/>
              <w:rPr>
                <w:sz w:val="20"/>
              </w:rPr>
            </w:pPr>
          </w:p>
        </w:tc>
        <w:tc>
          <w:tcPr>
            <w:tcW w:w="850" w:type="dxa"/>
          </w:tcPr>
          <w:p w14:paraId="2C2DAF7C" w14:textId="77777777" w:rsidR="00981229" w:rsidRPr="00B82146" w:rsidRDefault="00981229" w:rsidP="00781C85">
            <w:pPr>
              <w:spacing w:before="40" w:after="40"/>
              <w:jc w:val="center"/>
              <w:rPr>
                <w:sz w:val="20"/>
              </w:rPr>
            </w:pPr>
          </w:p>
        </w:tc>
        <w:tc>
          <w:tcPr>
            <w:tcW w:w="851" w:type="dxa"/>
          </w:tcPr>
          <w:p w14:paraId="6FB1F05A" w14:textId="77777777" w:rsidR="00981229" w:rsidRPr="00B82146" w:rsidRDefault="00981229" w:rsidP="00781C85">
            <w:pPr>
              <w:spacing w:before="40" w:after="40"/>
              <w:jc w:val="center"/>
              <w:rPr>
                <w:sz w:val="20"/>
              </w:rPr>
            </w:pPr>
          </w:p>
        </w:tc>
        <w:tc>
          <w:tcPr>
            <w:tcW w:w="850" w:type="dxa"/>
          </w:tcPr>
          <w:p w14:paraId="185E9167" w14:textId="77777777" w:rsidR="00981229" w:rsidRPr="00B82146" w:rsidRDefault="00981229" w:rsidP="00781C85">
            <w:pPr>
              <w:spacing w:before="40" w:after="40"/>
              <w:jc w:val="center"/>
              <w:rPr>
                <w:sz w:val="20"/>
              </w:rPr>
            </w:pPr>
          </w:p>
        </w:tc>
        <w:tc>
          <w:tcPr>
            <w:tcW w:w="851" w:type="dxa"/>
          </w:tcPr>
          <w:p w14:paraId="7EFCD4B0" w14:textId="77777777" w:rsidR="00981229" w:rsidRPr="00B82146" w:rsidRDefault="00981229" w:rsidP="00781C85">
            <w:pPr>
              <w:spacing w:before="40" w:after="40"/>
              <w:jc w:val="center"/>
              <w:rPr>
                <w:sz w:val="20"/>
              </w:rPr>
            </w:pPr>
          </w:p>
        </w:tc>
        <w:tc>
          <w:tcPr>
            <w:tcW w:w="850" w:type="dxa"/>
          </w:tcPr>
          <w:p w14:paraId="44784D96" w14:textId="77777777" w:rsidR="00981229" w:rsidRPr="00B82146" w:rsidRDefault="00981229" w:rsidP="00781C85">
            <w:pPr>
              <w:spacing w:before="40" w:after="40"/>
              <w:jc w:val="center"/>
              <w:rPr>
                <w:sz w:val="20"/>
              </w:rPr>
            </w:pPr>
          </w:p>
        </w:tc>
        <w:tc>
          <w:tcPr>
            <w:tcW w:w="851" w:type="dxa"/>
          </w:tcPr>
          <w:p w14:paraId="564551D3" w14:textId="77777777" w:rsidR="00981229" w:rsidRPr="00B82146" w:rsidRDefault="00981229" w:rsidP="00781C85">
            <w:pPr>
              <w:spacing w:before="40" w:after="40"/>
              <w:jc w:val="center"/>
              <w:rPr>
                <w:sz w:val="20"/>
              </w:rPr>
            </w:pPr>
          </w:p>
        </w:tc>
        <w:tc>
          <w:tcPr>
            <w:tcW w:w="811" w:type="dxa"/>
          </w:tcPr>
          <w:p w14:paraId="3C60FFCB" w14:textId="77777777" w:rsidR="00981229" w:rsidRPr="00B82146" w:rsidRDefault="00981229" w:rsidP="00781C85">
            <w:pPr>
              <w:spacing w:before="40" w:after="40"/>
              <w:jc w:val="center"/>
              <w:rPr>
                <w:sz w:val="20"/>
              </w:rPr>
            </w:pPr>
          </w:p>
        </w:tc>
      </w:tr>
      <w:tr w:rsidR="00981229" w:rsidRPr="00B82146" w14:paraId="7592B6EB" w14:textId="77777777" w:rsidTr="00781C85">
        <w:tc>
          <w:tcPr>
            <w:tcW w:w="4395" w:type="dxa"/>
            <w:shd w:val="clear" w:color="auto" w:fill="F2F4F7"/>
          </w:tcPr>
          <w:p w14:paraId="28E3F26E" w14:textId="77777777" w:rsidR="00981229" w:rsidRPr="00B82146" w:rsidRDefault="00981229" w:rsidP="00781C85">
            <w:pPr>
              <w:spacing w:before="40" w:after="40"/>
              <w:rPr>
                <w:sz w:val="20"/>
              </w:rPr>
            </w:pPr>
            <w:r>
              <w:rPr>
                <w:rFonts w:ascii="Calibri" w:hAnsi="Calibri"/>
                <w:b/>
                <w:sz w:val="20"/>
              </w:rPr>
              <w:t>4. Writing (Yazma Becerisi) / Writing Skill</w:t>
            </w:r>
          </w:p>
        </w:tc>
        <w:tc>
          <w:tcPr>
            <w:tcW w:w="964" w:type="dxa"/>
            <w:shd w:val="clear" w:color="auto" w:fill="F2F4F7"/>
          </w:tcPr>
          <w:p w14:paraId="4BD81E3B" w14:textId="77777777" w:rsidR="00981229" w:rsidRPr="00B82146" w:rsidRDefault="00981229" w:rsidP="00781C85">
            <w:pPr>
              <w:spacing w:before="40" w:after="40"/>
              <w:jc w:val="center"/>
              <w:rPr>
                <w:sz w:val="20"/>
              </w:rPr>
            </w:pPr>
          </w:p>
        </w:tc>
        <w:tc>
          <w:tcPr>
            <w:tcW w:w="850" w:type="dxa"/>
            <w:shd w:val="clear" w:color="auto" w:fill="F2F4F7"/>
          </w:tcPr>
          <w:p w14:paraId="3D0CA715" w14:textId="77777777" w:rsidR="00981229" w:rsidRPr="00B82146" w:rsidRDefault="00981229" w:rsidP="00781C85">
            <w:pPr>
              <w:spacing w:before="40" w:after="40"/>
              <w:jc w:val="center"/>
              <w:rPr>
                <w:sz w:val="20"/>
              </w:rPr>
            </w:pPr>
          </w:p>
        </w:tc>
        <w:tc>
          <w:tcPr>
            <w:tcW w:w="851" w:type="dxa"/>
            <w:shd w:val="clear" w:color="auto" w:fill="F2F4F7"/>
          </w:tcPr>
          <w:p w14:paraId="2972AED1" w14:textId="77777777" w:rsidR="00981229" w:rsidRPr="00B82146" w:rsidRDefault="00981229" w:rsidP="00781C85">
            <w:pPr>
              <w:spacing w:before="40" w:after="40"/>
              <w:jc w:val="center"/>
              <w:rPr>
                <w:sz w:val="20"/>
              </w:rPr>
            </w:pPr>
          </w:p>
        </w:tc>
        <w:tc>
          <w:tcPr>
            <w:tcW w:w="850" w:type="dxa"/>
            <w:shd w:val="clear" w:color="auto" w:fill="F2F4F7"/>
          </w:tcPr>
          <w:p w14:paraId="2FA947C4" w14:textId="77777777" w:rsidR="00981229" w:rsidRPr="00B82146" w:rsidRDefault="00981229" w:rsidP="00781C85">
            <w:pPr>
              <w:spacing w:before="40" w:after="40"/>
              <w:jc w:val="center"/>
              <w:rPr>
                <w:sz w:val="20"/>
              </w:rPr>
            </w:pPr>
          </w:p>
        </w:tc>
        <w:tc>
          <w:tcPr>
            <w:tcW w:w="851" w:type="dxa"/>
            <w:shd w:val="clear" w:color="auto" w:fill="F2F4F7"/>
          </w:tcPr>
          <w:p w14:paraId="0C32FAC1" w14:textId="77777777" w:rsidR="00981229" w:rsidRPr="00B82146" w:rsidRDefault="00981229" w:rsidP="00781C85">
            <w:pPr>
              <w:spacing w:before="40" w:after="40"/>
              <w:jc w:val="center"/>
              <w:rPr>
                <w:sz w:val="20"/>
              </w:rPr>
            </w:pPr>
          </w:p>
        </w:tc>
        <w:tc>
          <w:tcPr>
            <w:tcW w:w="850" w:type="dxa"/>
            <w:shd w:val="clear" w:color="auto" w:fill="F2F4F7"/>
          </w:tcPr>
          <w:p w14:paraId="1ACA7BB5" w14:textId="77777777" w:rsidR="00981229" w:rsidRPr="00B82146" w:rsidRDefault="00981229" w:rsidP="00781C85">
            <w:pPr>
              <w:spacing w:before="40" w:after="40"/>
              <w:jc w:val="center"/>
              <w:rPr>
                <w:sz w:val="20"/>
              </w:rPr>
            </w:pPr>
          </w:p>
        </w:tc>
        <w:tc>
          <w:tcPr>
            <w:tcW w:w="851" w:type="dxa"/>
            <w:shd w:val="clear" w:color="auto" w:fill="F2F4F7"/>
          </w:tcPr>
          <w:p w14:paraId="64F88E11" w14:textId="77777777" w:rsidR="00981229" w:rsidRPr="00B82146" w:rsidRDefault="00981229" w:rsidP="00781C85">
            <w:pPr>
              <w:spacing w:before="40" w:after="40"/>
              <w:jc w:val="center"/>
              <w:rPr>
                <w:sz w:val="20"/>
              </w:rPr>
            </w:pPr>
          </w:p>
        </w:tc>
        <w:tc>
          <w:tcPr>
            <w:tcW w:w="811" w:type="dxa"/>
            <w:shd w:val="clear" w:color="auto" w:fill="F2F4F7"/>
          </w:tcPr>
          <w:p w14:paraId="2E6F0EAC" w14:textId="77777777" w:rsidR="00981229" w:rsidRPr="00B82146" w:rsidRDefault="00981229" w:rsidP="00781C85">
            <w:pPr>
              <w:spacing w:before="40" w:after="40"/>
              <w:jc w:val="center"/>
              <w:rPr>
                <w:sz w:val="20"/>
              </w:rPr>
            </w:pPr>
          </w:p>
        </w:tc>
      </w:tr>
      <w:tr w:rsidR="00981229" w:rsidRPr="00B82146" w14:paraId="597D6F86" w14:textId="77777777" w:rsidTr="00781C85">
        <w:tc>
          <w:tcPr>
            <w:tcW w:w="4395" w:type="dxa"/>
          </w:tcPr>
          <w:p w14:paraId="18805ECB" w14:textId="77777777" w:rsidR="00981229" w:rsidRPr="00B82146" w:rsidRDefault="00981229" w:rsidP="00781C85">
            <w:pPr>
              <w:spacing w:before="40" w:after="40"/>
              <w:rPr>
                <w:sz w:val="20"/>
              </w:rPr>
            </w:pPr>
            <w:r>
              <w:rPr>
                <w:rFonts w:ascii="Calibri" w:hAnsi="Calibri"/>
                <w:b/>
                <w:sz w:val="20"/>
              </w:rPr>
              <w:t>5. Vocabulary (Kelime Bilgisi) / Vocabulary</w:t>
            </w:r>
          </w:p>
        </w:tc>
        <w:tc>
          <w:tcPr>
            <w:tcW w:w="964" w:type="dxa"/>
          </w:tcPr>
          <w:p w14:paraId="0FC14A52" w14:textId="77777777" w:rsidR="00981229" w:rsidRPr="00B82146" w:rsidRDefault="00981229" w:rsidP="00781C85">
            <w:pPr>
              <w:spacing w:before="40" w:after="40"/>
              <w:jc w:val="center"/>
              <w:rPr>
                <w:sz w:val="20"/>
              </w:rPr>
            </w:pPr>
          </w:p>
        </w:tc>
        <w:tc>
          <w:tcPr>
            <w:tcW w:w="850" w:type="dxa"/>
          </w:tcPr>
          <w:p w14:paraId="054CE497" w14:textId="77777777" w:rsidR="00981229" w:rsidRPr="00B82146" w:rsidRDefault="00981229" w:rsidP="00781C85">
            <w:pPr>
              <w:spacing w:before="40" w:after="40"/>
              <w:jc w:val="center"/>
              <w:rPr>
                <w:sz w:val="20"/>
              </w:rPr>
            </w:pPr>
          </w:p>
        </w:tc>
        <w:tc>
          <w:tcPr>
            <w:tcW w:w="851" w:type="dxa"/>
          </w:tcPr>
          <w:p w14:paraId="71EA1C31" w14:textId="77777777" w:rsidR="00981229" w:rsidRPr="00B82146" w:rsidRDefault="00981229" w:rsidP="00781C85">
            <w:pPr>
              <w:spacing w:before="40" w:after="40"/>
              <w:jc w:val="center"/>
              <w:rPr>
                <w:sz w:val="20"/>
              </w:rPr>
            </w:pPr>
          </w:p>
        </w:tc>
        <w:tc>
          <w:tcPr>
            <w:tcW w:w="850" w:type="dxa"/>
          </w:tcPr>
          <w:p w14:paraId="3D486B81" w14:textId="77777777" w:rsidR="00981229" w:rsidRPr="00B82146" w:rsidRDefault="00981229" w:rsidP="00781C85">
            <w:pPr>
              <w:spacing w:before="40" w:after="40"/>
              <w:jc w:val="center"/>
              <w:rPr>
                <w:sz w:val="20"/>
              </w:rPr>
            </w:pPr>
          </w:p>
        </w:tc>
        <w:tc>
          <w:tcPr>
            <w:tcW w:w="851" w:type="dxa"/>
          </w:tcPr>
          <w:p w14:paraId="1E50F654" w14:textId="77777777" w:rsidR="00981229" w:rsidRPr="00B82146" w:rsidRDefault="00981229" w:rsidP="00781C85">
            <w:pPr>
              <w:spacing w:before="40" w:after="40"/>
              <w:jc w:val="center"/>
              <w:rPr>
                <w:sz w:val="20"/>
              </w:rPr>
            </w:pPr>
          </w:p>
        </w:tc>
        <w:tc>
          <w:tcPr>
            <w:tcW w:w="850" w:type="dxa"/>
          </w:tcPr>
          <w:p w14:paraId="2306AC6A" w14:textId="77777777" w:rsidR="00981229" w:rsidRPr="00B82146" w:rsidRDefault="00981229" w:rsidP="00781C85">
            <w:pPr>
              <w:spacing w:before="40" w:after="40"/>
              <w:jc w:val="center"/>
              <w:rPr>
                <w:sz w:val="20"/>
              </w:rPr>
            </w:pPr>
          </w:p>
        </w:tc>
        <w:tc>
          <w:tcPr>
            <w:tcW w:w="851" w:type="dxa"/>
          </w:tcPr>
          <w:p w14:paraId="52112550" w14:textId="77777777" w:rsidR="00981229" w:rsidRPr="00B82146" w:rsidRDefault="00981229" w:rsidP="00781C85">
            <w:pPr>
              <w:spacing w:before="40" w:after="40"/>
              <w:jc w:val="center"/>
              <w:rPr>
                <w:sz w:val="20"/>
              </w:rPr>
            </w:pPr>
          </w:p>
        </w:tc>
        <w:tc>
          <w:tcPr>
            <w:tcW w:w="811" w:type="dxa"/>
          </w:tcPr>
          <w:p w14:paraId="76D160DA" w14:textId="77777777" w:rsidR="00981229" w:rsidRPr="00B82146" w:rsidRDefault="00981229" w:rsidP="00781C85">
            <w:pPr>
              <w:spacing w:before="40" w:after="40"/>
              <w:jc w:val="center"/>
              <w:rPr>
                <w:sz w:val="20"/>
              </w:rPr>
            </w:pPr>
          </w:p>
        </w:tc>
      </w:tr>
      <w:tr w:rsidR="00981229" w:rsidRPr="00B82146" w14:paraId="1841BFDE" w14:textId="77777777" w:rsidTr="00781C85">
        <w:tc>
          <w:tcPr>
            <w:tcW w:w="4395" w:type="dxa"/>
            <w:shd w:val="clear" w:color="auto" w:fill="F2F4F7"/>
          </w:tcPr>
          <w:p w14:paraId="3C2C49E9" w14:textId="77777777" w:rsidR="00981229" w:rsidRPr="00B82146" w:rsidRDefault="00981229" w:rsidP="00781C85">
            <w:pPr>
              <w:spacing w:before="40" w:after="40"/>
              <w:rPr>
                <w:sz w:val="20"/>
              </w:rPr>
            </w:pPr>
            <w:r>
              <w:rPr>
                <w:rFonts w:ascii="Calibri" w:hAnsi="Calibri"/>
                <w:b/>
                <w:sz w:val="20"/>
              </w:rPr>
              <w:t>6. Pronunciation (Telaffuz Doğruluğu) / Pronunciation Accuracy</w:t>
            </w:r>
          </w:p>
        </w:tc>
        <w:tc>
          <w:tcPr>
            <w:tcW w:w="964" w:type="dxa"/>
            <w:shd w:val="clear" w:color="auto" w:fill="F2F4F7"/>
          </w:tcPr>
          <w:p w14:paraId="0A1C4E82" w14:textId="77777777" w:rsidR="00981229" w:rsidRPr="00B82146" w:rsidRDefault="00981229" w:rsidP="00781C85">
            <w:pPr>
              <w:spacing w:before="40" w:after="40"/>
              <w:jc w:val="center"/>
              <w:rPr>
                <w:sz w:val="20"/>
              </w:rPr>
            </w:pPr>
          </w:p>
        </w:tc>
        <w:tc>
          <w:tcPr>
            <w:tcW w:w="850" w:type="dxa"/>
            <w:shd w:val="clear" w:color="auto" w:fill="F2F4F7"/>
          </w:tcPr>
          <w:p w14:paraId="7AFC830D" w14:textId="77777777" w:rsidR="00981229" w:rsidRPr="00B82146" w:rsidRDefault="00981229" w:rsidP="00781C85">
            <w:pPr>
              <w:spacing w:before="40" w:after="40"/>
              <w:jc w:val="center"/>
              <w:rPr>
                <w:sz w:val="20"/>
              </w:rPr>
            </w:pPr>
          </w:p>
        </w:tc>
        <w:tc>
          <w:tcPr>
            <w:tcW w:w="851" w:type="dxa"/>
            <w:shd w:val="clear" w:color="auto" w:fill="F2F4F7"/>
          </w:tcPr>
          <w:p w14:paraId="443C81E8" w14:textId="77777777" w:rsidR="00981229" w:rsidRPr="00B82146" w:rsidRDefault="00981229" w:rsidP="00781C85">
            <w:pPr>
              <w:spacing w:before="40" w:after="40"/>
              <w:jc w:val="center"/>
              <w:rPr>
                <w:sz w:val="20"/>
              </w:rPr>
            </w:pPr>
          </w:p>
        </w:tc>
        <w:tc>
          <w:tcPr>
            <w:tcW w:w="850" w:type="dxa"/>
            <w:shd w:val="clear" w:color="auto" w:fill="F2F4F7"/>
          </w:tcPr>
          <w:p w14:paraId="6050889B" w14:textId="77777777" w:rsidR="00981229" w:rsidRPr="00B82146" w:rsidRDefault="00981229" w:rsidP="00781C85">
            <w:pPr>
              <w:spacing w:before="40" w:after="40"/>
              <w:jc w:val="center"/>
              <w:rPr>
                <w:sz w:val="20"/>
              </w:rPr>
            </w:pPr>
          </w:p>
        </w:tc>
        <w:tc>
          <w:tcPr>
            <w:tcW w:w="851" w:type="dxa"/>
            <w:shd w:val="clear" w:color="auto" w:fill="F2F4F7"/>
          </w:tcPr>
          <w:p w14:paraId="0C958EA9" w14:textId="77777777" w:rsidR="00981229" w:rsidRPr="00B82146" w:rsidRDefault="00981229" w:rsidP="00781C85">
            <w:pPr>
              <w:spacing w:before="40" w:after="40"/>
              <w:jc w:val="center"/>
              <w:rPr>
                <w:sz w:val="20"/>
              </w:rPr>
            </w:pPr>
          </w:p>
        </w:tc>
        <w:tc>
          <w:tcPr>
            <w:tcW w:w="850" w:type="dxa"/>
            <w:shd w:val="clear" w:color="auto" w:fill="F2F4F7"/>
          </w:tcPr>
          <w:p w14:paraId="608E8F88" w14:textId="77777777" w:rsidR="00981229" w:rsidRPr="00B82146" w:rsidRDefault="00981229" w:rsidP="00781C85">
            <w:pPr>
              <w:spacing w:before="40" w:after="40"/>
              <w:jc w:val="center"/>
              <w:rPr>
                <w:sz w:val="20"/>
              </w:rPr>
            </w:pPr>
          </w:p>
        </w:tc>
        <w:tc>
          <w:tcPr>
            <w:tcW w:w="851" w:type="dxa"/>
            <w:shd w:val="clear" w:color="auto" w:fill="F2F4F7"/>
          </w:tcPr>
          <w:p w14:paraId="58253FB4" w14:textId="77777777" w:rsidR="00981229" w:rsidRPr="00B82146" w:rsidRDefault="00981229" w:rsidP="00781C85">
            <w:pPr>
              <w:spacing w:before="40" w:after="40"/>
              <w:jc w:val="center"/>
              <w:rPr>
                <w:sz w:val="20"/>
              </w:rPr>
            </w:pPr>
          </w:p>
        </w:tc>
        <w:tc>
          <w:tcPr>
            <w:tcW w:w="811" w:type="dxa"/>
            <w:shd w:val="clear" w:color="auto" w:fill="F2F4F7"/>
          </w:tcPr>
          <w:p w14:paraId="2809BA6D" w14:textId="77777777" w:rsidR="00981229" w:rsidRPr="00B82146" w:rsidRDefault="00981229" w:rsidP="00781C85">
            <w:pPr>
              <w:spacing w:before="40" w:after="40"/>
              <w:jc w:val="center"/>
              <w:rPr>
                <w:sz w:val="20"/>
              </w:rPr>
            </w:pPr>
          </w:p>
        </w:tc>
      </w:tr>
      <w:tr w:rsidR="00981229" w:rsidRPr="00B82146" w14:paraId="6D82A4B8" w14:textId="77777777" w:rsidTr="00781C85">
        <w:tc>
          <w:tcPr>
            <w:tcW w:w="4395" w:type="dxa"/>
          </w:tcPr>
          <w:p w14:paraId="2D6A5A14" w14:textId="77777777" w:rsidR="00981229" w:rsidRPr="00B82146" w:rsidRDefault="00981229" w:rsidP="00781C85">
            <w:pPr>
              <w:spacing w:before="40" w:after="40"/>
              <w:rPr>
                <w:sz w:val="20"/>
              </w:rPr>
            </w:pPr>
            <w:r>
              <w:rPr>
                <w:rFonts w:ascii="Calibri" w:hAnsi="Calibri"/>
                <w:b/>
                <w:sz w:val="20"/>
              </w:rPr>
              <w:t>7. Grammar (Dil Yapıları ve Uyum) / Grammaring Chunks</w:t>
            </w:r>
          </w:p>
        </w:tc>
        <w:tc>
          <w:tcPr>
            <w:tcW w:w="964" w:type="dxa"/>
          </w:tcPr>
          <w:p w14:paraId="640E6E1B" w14:textId="77777777" w:rsidR="00981229" w:rsidRPr="00B82146" w:rsidRDefault="00981229" w:rsidP="00781C85">
            <w:pPr>
              <w:spacing w:before="40" w:after="40"/>
              <w:jc w:val="center"/>
              <w:rPr>
                <w:sz w:val="20"/>
              </w:rPr>
            </w:pPr>
          </w:p>
        </w:tc>
        <w:tc>
          <w:tcPr>
            <w:tcW w:w="850" w:type="dxa"/>
          </w:tcPr>
          <w:p w14:paraId="18A2EE88" w14:textId="77777777" w:rsidR="00981229" w:rsidRPr="00B82146" w:rsidRDefault="00981229" w:rsidP="00781C85">
            <w:pPr>
              <w:spacing w:before="40" w:after="40"/>
              <w:jc w:val="center"/>
              <w:rPr>
                <w:sz w:val="20"/>
              </w:rPr>
            </w:pPr>
          </w:p>
        </w:tc>
        <w:tc>
          <w:tcPr>
            <w:tcW w:w="851" w:type="dxa"/>
          </w:tcPr>
          <w:p w14:paraId="3DA5A063" w14:textId="77777777" w:rsidR="00981229" w:rsidRPr="00B82146" w:rsidRDefault="00981229" w:rsidP="00781C85">
            <w:pPr>
              <w:spacing w:before="40" w:after="40"/>
              <w:jc w:val="center"/>
              <w:rPr>
                <w:sz w:val="20"/>
              </w:rPr>
            </w:pPr>
          </w:p>
        </w:tc>
        <w:tc>
          <w:tcPr>
            <w:tcW w:w="850" w:type="dxa"/>
          </w:tcPr>
          <w:p w14:paraId="1606CCA9" w14:textId="77777777" w:rsidR="00981229" w:rsidRPr="00B82146" w:rsidRDefault="00981229" w:rsidP="00781C85">
            <w:pPr>
              <w:spacing w:before="40" w:after="40"/>
              <w:jc w:val="center"/>
              <w:rPr>
                <w:sz w:val="20"/>
              </w:rPr>
            </w:pPr>
          </w:p>
        </w:tc>
        <w:tc>
          <w:tcPr>
            <w:tcW w:w="851" w:type="dxa"/>
          </w:tcPr>
          <w:p w14:paraId="1DE628F1" w14:textId="77777777" w:rsidR="00981229" w:rsidRPr="00B82146" w:rsidRDefault="00981229" w:rsidP="00781C85">
            <w:pPr>
              <w:spacing w:before="40" w:after="40"/>
              <w:jc w:val="center"/>
              <w:rPr>
                <w:sz w:val="20"/>
              </w:rPr>
            </w:pPr>
          </w:p>
        </w:tc>
        <w:tc>
          <w:tcPr>
            <w:tcW w:w="850" w:type="dxa"/>
          </w:tcPr>
          <w:p w14:paraId="21BD6C36" w14:textId="77777777" w:rsidR="00981229" w:rsidRPr="00B82146" w:rsidRDefault="00981229" w:rsidP="00781C85">
            <w:pPr>
              <w:spacing w:before="40" w:after="40"/>
              <w:jc w:val="center"/>
              <w:rPr>
                <w:sz w:val="20"/>
              </w:rPr>
            </w:pPr>
          </w:p>
        </w:tc>
        <w:tc>
          <w:tcPr>
            <w:tcW w:w="851" w:type="dxa"/>
          </w:tcPr>
          <w:p w14:paraId="7AED121B" w14:textId="77777777" w:rsidR="00981229" w:rsidRPr="00B82146" w:rsidRDefault="00981229" w:rsidP="00781C85">
            <w:pPr>
              <w:spacing w:before="40" w:after="40"/>
              <w:jc w:val="center"/>
              <w:rPr>
                <w:sz w:val="20"/>
              </w:rPr>
            </w:pPr>
          </w:p>
        </w:tc>
        <w:tc>
          <w:tcPr>
            <w:tcW w:w="811" w:type="dxa"/>
          </w:tcPr>
          <w:p w14:paraId="73DC8260" w14:textId="77777777" w:rsidR="00981229" w:rsidRPr="00B82146" w:rsidRDefault="00981229" w:rsidP="00781C85">
            <w:pPr>
              <w:spacing w:before="40" w:after="40"/>
              <w:jc w:val="center"/>
              <w:rPr>
                <w:sz w:val="20"/>
              </w:rPr>
            </w:pPr>
          </w:p>
        </w:tc>
      </w:tr>
      <w:tr w:rsidR="00981229" w:rsidRPr="00B82146" w14:paraId="2CDDDCF1" w14:textId="77777777" w:rsidTr="00781C85">
        <w:tc>
          <w:tcPr>
            <w:tcW w:w="4395" w:type="dxa"/>
            <w:shd w:val="clear" w:color="auto" w:fill="F2F4F7"/>
          </w:tcPr>
          <w:p w14:paraId="47F60CD2" w14:textId="77777777" w:rsidR="00981229" w:rsidRPr="00B82146" w:rsidRDefault="00981229" w:rsidP="00781C85">
            <w:pPr>
              <w:spacing w:before="40" w:after="40"/>
              <w:rPr>
                <w:sz w:val="20"/>
              </w:rPr>
            </w:pPr>
            <w:r>
              <w:rPr>
                <w:rFonts w:ascii="Calibri" w:hAnsi="Calibri"/>
                <w:b/>
                <w:sz w:val="20"/>
              </w:rPr>
              <w:t>8. SELS (Sosyal-Duygusal Beceriler) / Social-Emotional Skills</w:t>
            </w:r>
          </w:p>
        </w:tc>
        <w:tc>
          <w:tcPr>
            <w:tcW w:w="964" w:type="dxa"/>
            <w:shd w:val="clear" w:color="auto" w:fill="F2F4F7"/>
          </w:tcPr>
          <w:p w14:paraId="4556B65F" w14:textId="77777777" w:rsidR="00981229" w:rsidRPr="00B82146" w:rsidRDefault="00981229" w:rsidP="00781C85">
            <w:pPr>
              <w:spacing w:before="40" w:after="40"/>
              <w:jc w:val="center"/>
              <w:rPr>
                <w:sz w:val="20"/>
              </w:rPr>
            </w:pPr>
          </w:p>
        </w:tc>
        <w:tc>
          <w:tcPr>
            <w:tcW w:w="850" w:type="dxa"/>
            <w:shd w:val="clear" w:color="auto" w:fill="F2F4F7"/>
          </w:tcPr>
          <w:p w14:paraId="2A9F2B70" w14:textId="77777777" w:rsidR="00981229" w:rsidRPr="00B82146" w:rsidRDefault="00981229" w:rsidP="00781C85">
            <w:pPr>
              <w:spacing w:before="40" w:after="40"/>
              <w:jc w:val="center"/>
              <w:rPr>
                <w:sz w:val="20"/>
              </w:rPr>
            </w:pPr>
          </w:p>
        </w:tc>
        <w:tc>
          <w:tcPr>
            <w:tcW w:w="851" w:type="dxa"/>
            <w:shd w:val="clear" w:color="auto" w:fill="F2F4F7"/>
          </w:tcPr>
          <w:p w14:paraId="375221C2" w14:textId="77777777" w:rsidR="00981229" w:rsidRPr="00B82146" w:rsidRDefault="00981229" w:rsidP="00781C85">
            <w:pPr>
              <w:spacing w:before="40" w:after="40"/>
              <w:jc w:val="center"/>
              <w:rPr>
                <w:sz w:val="20"/>
              </w:rPr>
            </w:pPr>
          </w:p>
        </w:tc>
        <w:tc>
          <w:tcPr>
            <w:tcW w:w="850" w:type="dxa"/>
            <w:shd w:val="clear" w:color="auto" w:fill="F2F4F7"/>
          </w:tcPr>
          <w:p w14:paraId="64E5E08C" w14:textId="77777777" w:rsidR="00981229" w:rsidRPr="00B82146" w:rsidRDefault="00981229" w:rsidP="00781C85">
            <w:pPr>
              <w:spacing w:before="40" w:after="40"/>
              <w:jc w:val="center"/>
              <w:rPr>
                <w:sz w:val="20"/>
              </w:rPr>
            </w:pPr>
          </w:p>
        </w:tc>
        <w:tc>
          <w:tcPr>
            <w:tcW w:w="851" w:type="dxa"/>
            <w:shd w:val="clear" w:color="auto" w:fill="F2F4F7"/>
          </w:tcPr>
          <w:p w14:paraId="61E4493A" w14:textId="77777777" w:rsidR="00981229" w:rsidRPr="00B82146" w:rsidRDefault="00981229" w:rsidP="00781C85">
            <w:pPr>
              <w:spacing w:before="40" w:after="40"/>
              <w:jc w:val="center"/>
              <w:rPr>
                <w:sz w:val="20"/>
              </w:rPr>
            </w:pPr>
          </w:p>
        </w:tc>
        <w:tc>
          <w:tcPr>
            <w:tcW w:w="850" w:type="dxa"/>
            <w:shd w:val="clear" w:color="auto" w:fill="F2F4F7"/>
          </w:tcPr>
          <w:p w14:paraId="0DDA2544" w14:textId="77777777" w:rsidR="00981229" w:rsidRPr="00B82146" w:rsidRDefault="00981229" w:rsidP="00781C85">
            <w:pPr>
              <w:spacing w:before="40" w:after="40"/>
              <w:jc w:val="center"/>
              <w:rPr>
                <w:sz w:val="20"/>
              </w:rPr>
            </w:pPr>
          </w:p>
        </w:tc>
        <w:tc>
          <w:tcPr>
            <w:tcW w:w="851" w:type="dxa"/>
            <w:shd w:val="clear" w:color="auto" w:fill="F2F4F7"/>
          </w:tcPr>
          <w:p w14:paraId="04D46A76" w14:textId="77777777" w:rsidR="00981229" w:rsidRPr="00B82146" w:rsidRDefault="00981229" w:rsidP="00781C85">
            <w:pPr>
              <w:spacing w:before="40" w:after="40"/>
              <w:jc w:val="center"/>
              <w:rPr>
                <w:sz w:val="20"/>
              </w:rPr>
            </w:pPr>
          </w:p>
        </w:tc>
        <w:tc>
          <w:tcPr>
            <w:tcW w:w="811" w:type="dxa"/>
            <w:shd w:val="clear" w:color="auto" w:fill="F2F4F7"/>
          </w:tcPr>
          <w:p w14:paraId="6404F2A7" w14:textId="77777777" w:rsidR="00981229" w:rsidRPr="00B82146" w:rsidRDefault="00981229" w:rsidP="00781C85">
            <w:pPr>
              <w:spacing w:before="40" w:after="40"/>
              <w:jc w:val="center"/>
              <w:rPr>
                <w:sz w:val="20"/>
              </w:rPr>
            </w:pPr>
          </w:p>
        </w:tc>
      </w:tr>
      <w:tr w:rsidR="00981229" w:rsidRPr="00B82146" w14:paraId="076B8FC6" w14:textId="77777777" w:rsidTr="00781C85">
        <w:tc>
          <w:tcPr>
            <w:tcW w:w="4395" w:type="dxa"/>
          </w:tcPr>
          <w:p w14:paraId="5671CF15" w14:textId="77777777" w:rsidR="00981229" w:rsidRPr="00B82146" w:rsidRDefault="00981229" w:rsidP="00781C85">
            <w:pPr>
              <w:spacing w:before="40" w:after="40"/>
              <w:rPr>
                <w:sz w:val="20"/>
              </w:rPr>
            </w:pPr>
            <w:r>
              <w:rPr>
                <w:rFonts w:ascii="Calibri" w:hAnsi="Calibri"/>
                <w:b/>
                <w:sz w:val="20"/>
              </w:rPr>
              <w:t>9. Values Literacy (Erdem-Değer-Eylem Gelişimi)</w:t>
            </w:r>
          </w:p>
        </w:tc>
        <w:tc>
          <w:tcPr>
            <w:tcW w:w="964" w:type="dxa"/>
          </w:tcPr>
          <w:p w14:paraId="6722480C" w14:textId="77777777" w:rsidR="00981229" w:rsidRPr="00B82146" w:rsidRDefault="00981229" w:rsidP="00781C85">
            <w:pPr>
              <w:spacing w:before="40" w:after="40"/>
              <w:jc w:val="center"/>
              <w:rPr>
                <w:sz w:val="20"/>
              </w:rPr>
            </w:pPr>
          </w:p>
        </w:tc>
        <w:tc>
          <w:tcPr>
            <w:tcW w:w="850" w:type="dxa"/>
          </w:tcPr>
          <w:p w14:paraId="2932D205" w14:textId="77777777" w:rsidR="00981229" w:rsidRPr="00B82146" w:rsidRDefault="00981229" w:rsidP="00781C85">
            <w:pPr>
              <w:spacing w:before="40" w:after="40"/>
              <w:jc w:val="center"/>
              <w:rPr>
                <w:sz w:val="20"/>
              </w:rPr>
            </w:pPr>
          </w:p>
        </w:tc>
        <w:tc>
          <w:tcPr>
            <w:tcW w:w="851" w:type="dxa"/>
          </w:tcPr>
          <w:p w14:paraId="1DAFE59B" w14:textId="77777777" w:rsidR="00981229" w:rsidRPr="00B82146" w:rsidRDefault="00981229" w:rsidP="00781C85">
            <w:pPr>
              <w:spacing w:before="40" w:after="40"/>
              <w:jc w:val="center"/>
              <w:rPr>
                <w:sz w:val="20"/>
              </w:rPr>
            </w:pPr>
          </w:p>
        </w:tc>
        <w:tc>
          <w:tcPr>
            <w:tcW w:w="850" w:type="dxa"/>
          </w:tcPr>
          <w:p w14:paraId="00083258" w14:textId="77777777" w:rsidR="00981229" w:rsidRPr="00B82146" w:rsidRDefault="00981229" w:rsidP="00781C85">
            <w:pPr>
              <w:spacing w:before="40" w:after="40"/>
              <w:jc w:val="center"/>
              <w:rPr>
                <w:sz w:val="20"/>
              </w:rPr>
            </w:pPr>
          </w:p>
        </w:tc>
        <w:tc>
          <w:tcPr>
            <w:tcW w:w="851" w:type="dxa"/>
          </w:tcPr>
          <w:p w14:paraId="558014F0" w14:textId="77777777" w:rsidR="00981229" w:rsidRPr="00B82146" w:rsidRDefault="00981229" w:rsidP="00781C85">
            <w:pPr>
              <w:spacing w:before="40" w:after="40"/>
              <w:jc w:val="center"/>
              <w:rPr>
                <w:sz w:val="20"/>
              </w:rPr>
            </w:pPr>
          </w:p>
        </w:tc>
        <w:tc>
          <w:tcPr>
            <w:tcW w:w="850" w:type="dxa"/>
          </w:tcPr>
          <w:p w14:paraId="2DB01328" w14:textId="77777777" w:rsidR="00981229" w:rsidRPr="00B82146" w:rsidRDefault="00981229" w:rsidP="00781C85">
            <w:pPr>
              <w:spacing w:before="40" w:after="40"/>
              <w:jc w:val="center"/>
              <w:rPr>
                <w:sz w:val="20"/>
              </w:rPr>
            </w:pPr>
          </w:p>
        </w:tc>
        <w:tc>
          <w:tcPr>
            <w:tcW w:w="851" w:type="dxa"/>
          </w:tcPr>
          <w:p w14:paraId="56DBB015" w14:textId="77777777" w:rsidR="00981229" w:rsidRPr="00B82146" w:rsidRDefault="00981229" w:rsidP="00781C85">
            <w:pPr>
              <w:spacing w:before="40" w:after="40"/>
              <w:jc w:val="center"/>
              <w:rPr>
                <w:sz w:val="20"/>
              </w:rPr>
            </w:pPr>
          </w:p>
        </w:tc>
        <w:tc>
          <w:tcPr>
            <w:tcW w:w="811" w:type="dxa"/>
          </w:tcPr>
          <w:p w14:paraId="44FF0B91" w14:textId="77777777" w:rsidR="00981229" w:rsidRPr="00B82146" w:rsidRDefault="00981229" w:rsidP="00781C85">
            <w:pPr>
              <w:spacing w:before="40" w:after="40"/>
              <w:jc w:val="center"/>
              <w:rPr>
                <w:sz w:val="20"/>
              </w:rPr>
            </w:pPr>
          </w:p>
        </w:tc>
      </w:tr>
      <w:tr w:rsidR="00981229" w:rsidRPr="00B82146" w14:paraId="4F21B5AB" w14:textId="77777777" w:rsidTr="00781C85">
        <w:tc>
          <w:tcPr>
            <w:tcW w:w="4395" w:type="dxa"/>
            <w:shd w:val="clear" w:color="auto" w:fill="F2F4F7"/>
          </w:tcPr>
          <w:p w14:paraId="44774717" w14:textId="77777777" w:rsidR="00981229" w:rsidRPr="00B82146" w:rsidRDefault="00981229" w:rsidP="00781C85">
            <w:pPr>
              <w:spacing w:before="40" w:after="40"/>
              <w:rPr>
                <w:sz w:val="20"/>
              </w:rPr>
            </w:pPr>
            <w:r>
              <w:rPr>
                <w:rFonts w:ascii="Calibri" w:hAnsi="Calibri"/>
                <w:b/>
                <w:sz w:val="20"/>
              </w:rPr>
              <w:t>10. Responsibility &amp; Effort (Sorumluluk Bilinci ve Çaba)</w:t>
            </w:r>
          </w:p>
        </w:tc>
        <w:tc>
          <w:tcPr>
            <w:tcW w:w="964" w:type="dxa"/>
            <w:shd w:val="clear" w:color="auto" w:fill="F2F4F7"/>
          </w:tcPr>
          <w:p w14:paraId="2EEF24FC" w14:textId="77777777" w:rsidR="00981229" w:rsidRPr="00B82146" w:rsidRDefault="00981229" w:rsidP="00781C85">
            <w:pPr>
              <w:spacing w:before="40" w:after="40"/>
              <w:jc w:val="center"/>
              <w:rPr>
                <w:sz w:val="20"/>
              </w:rPr>
            </w:pPr>
          </w:p>
        </w:tc>
        <w:tc>
          <w:tcPr>
            <w:tcW w:w="850" w:type="dxa"/>
            <w:shd w:val="clear" w:color="auto" w:fill="F2F4F7"/>
          </w:tcPr>
          <w:p w14:paraId="276A930B" w14:textId="77777777" w:rsidR="00981229" w:rsidRPr="00B82146" w:rsidRDefault="00981229" w:rsidP="00781C85">
            <w:pPr>
              <w:spacing w:before="40" w:after="40"/>
              <w:jc w:val="center"/>
              <w:rPr>
                <w:sz w:val="20"/>
              </w:rPr>
            </w:pPr>
          </w:p>
        </w:tc>
        <w:tc>
          <w:tcPr>
            <w:tcW w:w="851" w:type="dxa"/>
            <w:shd w:val="clear" w:color="auto" w:fill="F2F4F7"/>
          </w:tcPr>
          <w:p w14:paraId="3E97C904" w14:textId="77777777" w:rsidR="00981229" w:rsidRPr="00B82146" w:rsidRDefault="00981229" w:rsidP="00781C85">
            <w:pPr>
              <w:spacing w:before="40" w:after="40"/>
              <w:jc w:val="center"/>
              <w:rPr>
                <w:sz w:val="20"/>
              </w:rPr>
            </w:pPr>
          </w:p>
        </w:tc>
        <w:tc>
          <w:tcPr>
            <w:tcW w:w="850" w:type="dxa"/>
            <w:shd w:val="clear" w:color="auto" w:fill="F2F4F7"/>
          </w:tcPr>
          <w:p w14:paraId="600764E2" w14:textId="77777777" w:rsidR="00981229" w:rsidRPr="00B82146" w:rsidRDefault="00981229" w:rsidP="00781C85">
            <w:pPr>
              <w:spacing w:before="40" w:after="40"/>
              <w:jc w:val="center"/>
              <w:rPr>
                <w:sz w:val="20"/>
              </w:rPr>
            </w:pPr>
          </w:p>
        </w:tc>
        <w:tc>
          <w:tcPr>
            <w:tcW w:w="851" w:type="dxa"/>
            <w:shd w:val="clear" w:color="auto" w:fill="F2F4F7"/>
          </w:tcPr>
          <w:p w14:paraId="16B6286B" w14:textId="77777777" w:rsidR="00981229" w:rsidRPr="00B82146" w:rsidRDefault="00981229" w:rsidP="00781C85">
            <w:pPr>
              <w:spacing w:before="40" w:after="40"/>
              <w:jc w:val="center"/>
              <w:rPr>
                <w:sz w:val="20"/>
              </w:rPr>
            </w:pPr>
          </w:p>
        </w:tc>
        <w:tc>
          <w:tcPr>
            <w:tcW w:w="850" w:type="dxa"/>
            <w:shd w:val="clear" w:color="auto" w:fill="F2F4F7"/>
          </w:tcPr>
          <w:p w14:paraId="65393D14" w14:textId="77777777" w:rsidR="00981229" w:rsidRPr="00B82146" w:rsidRDefault="00981229" w:rsidP="00781C85">
            <w:pPr>
              <w:spacing w:before="40" w:after="40"/>
              <w:jc w:val="center"/>
              <w:rPr>
                <w:sz w:val="20"/>
              </w:rPr>
            </w:pPr>
          </w:p>
        </w:tc>
        <w:tc>
          <w:tcPr>
            <w:tcW w:w="851" w:type="dxa"/>
            <w:shd w:val="clear" w:color="auto" w:fill="F2F4F7"/>
          </w:tcPr>
          <w:p w14:paraId="5FE9088C" w14:textId="77777777" w:rsidR="00981229" w:rsidRPr="00B82146" w:rsidRDefault="00981229" w:rsidP="00781C85">
            <w:pPr>
              <w:spacing w:before="40" w:after="40"/>
              <w:jc w:val="center"/>
              <w:rPr>
                <w:sz w:val="20"/>
              </w:rPr>
            </w:pPr>
          </w:p>
        </w:tc>
        <w:tc>
          <w:tcPr>
            <w:tcW w:w="811" w:type="dxa"/>
            <w:shd w:val="clear" w:color="auto" w:fill="F2F4F7"/>
          </w:tcPr>
          <w:p w14:paraId="09F9CC5D" w14:textId="77777777" w:rsidR="00981229" w:rsidRPr="00B82146" w:rsidRDefault="00981229" w:rsidP="00781C85">
            <w:pPr>
              <w:spacing w:before="40" w:after="40"/>
              <w:jc w:val="center"/>
              <w:rPr>
                <w:sz w:val="20"/>
              </w:rPr>
            </w:pPr>
          </w:p>
        </w:tc>
      </w:tr>
    </w:tbl>
    <w:p w14:paraId="5B434F90" w14:textId="77777777" w:rsidR="00981229" w:rsidRDefault="00981229" w:rsidP="00981229">
      <w:pPr>
        <w:keepNext/>
        <w:spacing w:before="360" w:after="120"/>
        <w:rPr>
          <w:rFonts w:ascii="Arial" w:hAnsi="Arial"/>
          <w:b/>
          <w:sz w:val="32"/>
        </w:rPr>
      </w:pPr>
    </w:p>
    <w:p w14:paraId="40503D7A" w14:textId="77777777" w:rsidR="00981229" w:rsidRDefault="00981229" w:rsidP="00981229">
      <w:pPr>
        <w:keepNext/>
        <w:spacing w:before="360" w:after="120"/>
        <w:rPr>
          <w:rFonts w:ascii="Arial" w:hAnsi="Arial"/>
          <w:b/>
          <w:sz w:val="32"/>
        </w:rPr>
      </w:pPr>
    </w:p>
    <w:p w14:paraId="615335F4" w14:textId="77777777" w:rsidR="00981229" w:rsidRDefault="00981229" w:rsidP="00981229">
      <w:pPr>
        <w:keepNext/>
        <w:spacing w:before="360" w:after="120"/>
        <w:rPr>
          <w:rFonts w:ascii="Arial" w:hAnsi="Arial"/>
          <w:b/>
          <w:sz w:val="32"/>
        </w:rPr>
      </w:pPr>
    </w:p>
    <w:p w14:paraId="5049BA2A" w14:textId="77777777" w:rsidR="00981229" w:rsidRDefault="00981229" w:rsidP="00981229">
      <w:pPr>
        <w:keepNext/>
        <w:spacing w:before="360" w:after="120"/>
        <w:rPr>
          <w:rFonts w:ascii="Arial" w:hAnsi="Arial"/>
          <w:b/>
          <w:sz w:val="32"/>
        </w:rPr>
      </w:pPr>
    </w:p>
    <w:p w14:paraId="3777C602" w14:textId="77777777" w:rsidR="00981229" w:rsidRPr="003C72B7" w:rsidRDefault="00981229" w:rsidP="00981229">
      <w:pPr>
        <w:spacing w:after="120"/>
      </w:pPr>
      <w:r>
        <w:rPr>
          <w:rFonts w:ascii="Calibri" w:hAnsi="Calibri"/>
          <w:sz w:val="21"/>
        </w:rPr>
        <w:t>Öğretmen İmzası / Signature: .......................................   Tarih / Date: ....../....../202...</w:t>
      </w:r>
    </w:p>
    <w:p w14:paraId="08F41206" w14:textId="77777777" w:rsidR="00981229" w:rsidRPr="003C72B7" w:rsidRDefault="00981229" w:rsidP="00981229">
      <w:r>
        <w:br w:type="page"/>
      </w:r>
    </w:p>
    <w:p w14:paraId="166414BF" w14:textId="57A25A7C" w:rsidR="00981229" w:rsidRPr="003C72B7" w:rsidRDefault="00981229" w:rsidP="00981229">
      <w:pPr>
        <w:keepNext/>
        <w:spacing w:before="360" w:after="120"/>
      </w:pPr>
      <w:r>
        <w:rPr>
          <w:rFonts w:ascii="Arial" w:hAnsi="Arial"/>
          <w:b/>
          <w:sz w:val="32"/>
        </w:rPr>
        <w:t>Bölüm 6. Öğrenci Performansı Süreç Rubriği / Student Performance Rubric</w:t>
      </w:r>
    </w:p>
    <w:p w14:paraId="187CAF71" w14:textId="77777777" w:rsidR="00981229" w:rsidRPr="0011235E" w:rsidRDefault="00981229" w:rsidP="00981229">
      <w:pPr>
        <w:spacing w:after="160"/>
        <w:rPr>
          <w:color w:val="000000" w:themeColor="text1"/>
        </w:rPr>
      </w:pPr>
      <w:r>
        <w:rPr>
          <w:rFonts w:ascii="Segoe UI Emoji" w:hAnsi="Segoe UI Emoji" w:cs="Segoe UI Emoji"/>
          <w:b/>
          <w:color w:val="000000" w:themeColor="text1"/>
          <w:sz w:val="16"/>
        </w:rPr>
        <w:t>ℹ️</w:t>
      </w:r>
      <w:r>
        <w:rPr>
          <w:rFonts w:ascii="Arial" w:hAnsi="Arial"/>
          <w:b/>
          <w:color w:val="000000" w:themeColor="text1"/>
          <w:sz w:val="16"/>
        </w:rPr>
        <w:t xml:space="preserve"> Metodolojik Açıklama / Methodological Note: </w:t>
      </w:r>
      <w:r>
        <w:rPr>
          <w:rFonts w:ascii="Arial" w:hAnsi="Arial"/>
          <w:i/>
          <w:color w:val="000000" w:themeColor="text1"/>
          <w:sz w:val="15"/>
        </w:rPr>
        <w:t>Bu gözlem rubriği, Türkiye Yüzyılı Maarif Modeli (TYMM) ölçme ve değerlendirme ilkelerine, öğretmen dosyanızdaki 10 gelişim alanı ve sembollerle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%100 uyumlu olarak dikey (portrait) formatta hazırlanmıştır. Kolay kopyalanabilir ve yazdırılabilir yapıdadır.</w:t>
      </w:r>
      <w:r>
        <w:rPr>
          <w:rFonts w:ascii="Arial" w:hAnsi="Arial"/>
          <w:i/>
          <w:color w:val="000000" w:themeColor="text1"/>
          <w:sz w:val="15"/>
        </w:rPr>
        <w:br/>
        <w:t>This rubric is prepared in portrait format, fully compliant with the 10 official development areas and symbols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xml:space="preserve">, </w:t>
      </w:r>
      <w:r>
        <w:rPr>
          <w:rFonts w:ascii="Segoe UI Symbol" w:hAnsi="Segoe UI Symbol" w:cs="Segoe UI Symbol"/>
          <w:i/>
          <w:color w:val="000000" w:themeColor="text1"/>
          <w:sz w:val="15"/>
        </w:rPr>
        <w:t>❢</w:t>
      </w:r>
      <w:r>
        <w:rPr>
          <w:rFonts w:ascii="Arial" w:hAnsi="Arial"/>
          <w:i/>
          <w:color w:val="000000" w:themeColor="text1"/>
          <w:sz w:val="15"/>
        </w:rPr>
        <w:t>) in your Master v7 teacher portfolio according to the Turkish Century Education Model principles.</w:t>
      </w:r>
    </w:p>
    <w:tbl>
      <w:tblPr>
        <w:tblW w:w="10773" w:type="dxa"/>
        <w:jc w:val="center"/>
        <w:tblBorders>
          <w:top w:val="single" w:sz="4" w:space="0" w:color="D3D3D3"/>
          <w:bottom w:val="single" w:sz="4" w:space="0" w:color="D3D3D3"/>
          <w:insideH w:val="single" w:sz="4" w:space="0" w:color="E0E0E0"/>
        </w:tblBorders>
        <w:tblLayout w:type="fixed"/>
        <w:tblLook w:val="04A0" w:firstRow="1" w:lastRow="0" w:firstColumn="1" w:lastColumn="0" w:noHBand="0" w:noVBand="1"/>
      </w:tblPr>
      <w:tblGrid>
        <w:gridCol w:w="2439"/>
        <w:gridCol w:w="2232"/>
        <w:gridCol w:w="2232"/>
        <w:gridCol w:w="2232"/>
        <w:gridCol w:w="1638"/>
      </w:tblGrid>
      <w:tr w:rsidR="00981229" w:rsidRPr="00B82146" w14:paraId="386982ED" w14:textId="77777777" w:rsidTr="00781C85">
        <w:trPr>
          <w:jc w:val="center"/>
        </w:trPr>
        <w:tc>
          <w:tcPr>
            <w:tcW w:w="2439"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0263438B" w14:textId="77777777" w:rsidR="00981229" w:rsidRPr="00B82146" w:rsidRDefault="00981229" w:rsidP="00781C85">
            <w:pPr>
              <w:spacing w:after="0" w:line="240" w:lineRule="auto"/>
              <w:jc w:val="center"/>
              <w:rPr>
                <w:color w:val="FFFFFF" w:themeColor="background1"/>
                <w:sz w:val="18"/>
              </w:rPr>
            </w:pPr>
            <w:r>
              <w:rPr>
                <w:rFonts w:ascii="Arial" w:hAnsi="Arial"/>
                <w:b/>
                <w:color w:val="FFFFFF" w:themeColor="background1"/>
                <w:sz w:val="18"/>
              </w:rPr>
              <w:t>Kriter /</w:t>
            </w:r>
            <w:r>
              <w:rPr>
                <w:rFonts w:ascii="Arial" w:hAnsi="Arial"/>
                <w:b/>
                <w:color w:val="FFFFFF" w:themeColor="background1"/>
                <w:sz w:val="18"/>
              </w:rPr>
              <w:br/>
              <w:t>Criterion</w:t>
            </w:r>
          </w:p>
        </w:tc>
        <w:tc>
          <w:tcPr>
            <w:tcW w:w="2232"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3522D588"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w:t>
            </w:r>
            <w:r>
              <w:rPr>
                <w:rFonts w:ascii="Arial" w:hAnsi="Arial" w:cs="Arial"/>
                <w:b/>
                <w:color w:val="FFFFFF" w:themeColor="background1"/>
                <w:sz w:val="18"/>
              </w:rPr>
              <w:t>İ</w:t>
            </w:r>
            <w:r>
              <w:rPr>
                <w:rFonts w:ascii="Arial" w:hAnsi="Arial"/>
                <w:b/>
                <w:color w:val="FFFFFF" w:themeColor="background1"/>
                <w:sz w:val="18"/>
              </w:rPr>
              <w:t>leri D</w:t>
            </w:r>
            <w:r>
              <w:rPr>
                <w:rFonts w:ascii="Arial" w:hAnsi="Arial" w:cs="Arial"/>
                <w:b/>
                <w:color w:val="FFFFFF" w:themeColor="background1"/>
                <w:sz w:val="18"/>
              </w:rPr>
              <w:t>ü</w:t>
            </w:r>
            <w:r>
              <w:rPr>
                <w:rFonts w:ascii="Arial" w:hAnsi="Arial"/>
                <w:b/>
                <w:color w:val="FFFFFF" w:themeColor="background1"/>
                <w:sz w:val="18"/>
              </w:rPr>
              <w:t>zey</w:t>
            </w:r>
            <w:r>
              <w:rPr>
                <w:rFonts w:ascii="Arial" w:hAnsi="Arial"/>
                <w:b/>
                <w:color w:val="FFFFFF" w:themeColor="background1"/>
                <w:sz w:val="18"/>
              </w:rPr>
              <w:br/>
              <w:t>(Consistent &amp; Exemplary)</w:t>
            </w:r>
            <w:r>
              <w:rPr>
                <w:rFonts w:ascii="Arial" w:hAnsi="Arial"/>
                <w:b/>
                <w:color w:val="FFFFFF" w:themeColor="background1"/>
                <w:sz w:val="18"/>
              </w:rPr>
              <w:br/>
            </w:r>
          </w:p>
        </w:tc>
        <w:tc>
          <w:tcPr>
            <w:tcW w:w="2232"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1466986E"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Beklenen Düzey</w:t>
            </w:r>
            <w:r>
              <w:rPr>
                <w:rFonts w:ascii="Arial" w:hAnsi="Arial"/>
                <w:b/>
                <w:color w:val="FFFFFF" w:themeColor="background1"/>
                <w:sz w:val="18"/>
              </w:rPr>
              <w:br/>
              <w:t>(Mostly Independent)</w:t>
            </w:r>
            <w:r>
              <w:rPr>
                <w:rFonts w:ascii="Arial" w:hAnsi="Arial"/>
                <w:b/>
                <w:color w:val="FFFFFF" w:themeColor="background1"/>
                <w:sz w:val="18"/>
              </w:rPr>
              <w:br/>
            </w:r>
          </w:p>
        </w:tc>
        <w:tc>
          <w:tcPr>
            <w:tcW w:w="2232"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3EF26C28"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Gelişmekte Olan</w:t>
            </w:r>
            <w:r>
              <w:rPr>
                <w:rFonts w:ascii="Arial" w:hAnsi="Arial"/>
                <w:b/>
                <w:color w:val="FFFFFF" w:themeColor="background1"/>
                <w:sz w:val="18"/>
              </w:rPr>
              <w:br/>
              <w:t>(Developing with Support)</w:t>
            </w:r>
            <w:r>
              <w:rPr>
                <w:rFonts w:ascii="Arial" w:hAnsi="Arial"/>
                <w:b/>
                <w:color w:val="FFFFFF" w:themeColor="background1"/>
                <w:sz w:val="18"/>
              </w:rPr>
              <w:br/>
            </w:r>
          </w:p>
        </w:tc>
        <w:tc>
          <w:tcPr>
            <w:tcW w:w="1638" w:type="dxa"/>
            <w:tcBorders>
              <w:top w:val="single" w:sz="4" w:space="0" w:color="D3D3D3"/>
              <w:left w:val="nil"/>
              <w:bottom w:val="single" w:sz="4" w:space="0" w:color="E0E0E0"/>
              <w:right w:val="nil"/>
            </w:tcBorders>
            <w:shd w:val="clear" w:color="auto" w:fill="1F4E79"/>
            <w:tcMar>
              <w:top w:w="140" w:type="dxa"/>
              <w:left w:w="100" w:type="dxa"/>
              <w:bottom w:w="140" w:type="dxa"/>
              <w:right w:w="100" w:type="dxa"/>
            </w:tcMar>
            <w:vAlign w:val="center"/>
            <w:hideMark/>
          </w:tcPr>
          <w:p w14:paraId="752C1D35" w14:textId="77777777" w:rsidR="00981229" w:rsidRPr="00B82146" w:rsidRDefault="00981229" w:rsidP="00781C85">
            <w:pPr>
              <w:spacing w:after="0" w:line="240" w:lineRule="auto"/>
              <w:jc w:val="center"/>
              <w:rPr>
                <w:color w:val="FFFFFF" w:themeColor="background1"/>
                <w:sz w:val="18"/>
              </w:rPr>
            </w:pPr>
            <w:r>
              <w:rPr>
                <w:rFonts w:ascii="Segoe UI Symbol" w:hAnsi="Segoe UI Symbol" w:cs="Segoe UI Symbol"/>
                <w:b/>
                <w:color w:val="FFFFFF" w:themeColor="background1"/>
                <w:sz w:val="18"/>
              </w:rPr>
              <w:t>❢</w:t>
            </w:r>
            <w:r>
              <w:rPr>
                <w:rFonts w:ascii="Arial" w:hAnsi="Arial"/>
                <w:b/>
                <w:color w:val="FFFFFF" w:themeColor="background1"/>
                <w:sz w:val="18"/>
              </w:rPr>
              <w:t xml:space="preserve"> Başlangıç Düzeyi</w:t>
            </w:r>
            <w:r>
              <w:rPr>
                <w:rFonts w:ascii="Arial" w:hAnsi="Arial"/>
                <w:b/>
                <w:color w:val="FFFFFF" w:themeColor="background1"/>
                <w:sz w:val="18"/>
              </w:rPr>
              <w:br/>
              <w:t>(Emerging / Open to Growth)</w:t>
            </w:r>
            <w:r>
              <w:rPr>
                <w:rFonts w:ascii="Arial" w:hAnsi="Arial"/>
                <w:b/>
                <w:color w:val="FFFFFF" w:themeColor="background1"/>
                <w:sz w:val="18"/>
              </w:rPr>
              <w:br/>
            </w:r>
          </w:p>
        </w:tc>
      </w:tr>
      <w:tr w:rsidR="00981229" w:rsidRPr="00B82146" w14:paraId="1090DF21"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42D07D90"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1. </w:t>
            </w:r>
            <w:r>
              <w:rPr>
                <w:rFonts w:ascii="Arial" w:hAnsi="Arial"/>
                <w:b/>
                <w:color w:val="000000" w:themeColor="text1"/>
                <w:sz w:val="18"/>
              </w:rPr>
              <w:br/>
              <w:t>Speaking</w:t>
            </w:r>
            <w:r>
              <w:rPr>
                <w:rFonts w:ascii="Arial" w:hAnsi="Arial"/>
                <w:b/>
                <w:color w:val="000000" w:themeColor="text1"/>
                <w:sz w:val="18"/>
              </w:rPr>
              <w:br/>
              <w:t>(Konuşma Becerisi)</w:t>
            </w:r>
            <w:r>
              <w:rPr>
                <w:rFonts w:ascii="Arial" w:hAnsi="Arial"/>
                <w:b/>
                <w:color w:val="000000" w:themeColor="text1"/>
                <w:sz w:val="18"/>
              </w:rPr>
              <w:br/>
            </w:r>
            <w:r>
              <w:rPr>
                <w:rFonts w:ascii="Arial" w:hAnsi="Arial"/>
                <w:i/>
                <w:color w:val="000000" w:themeColor="text1"/>
                <w:sz w:val="18"/>
              </w:rPr>
              <w:t>(Speaking Skill)</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536DD162"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Düşüncelerini akıcı, net ve dil kurallarına %100 uygun olarak ifade eder.</w:t>
            </w:r>
            <w:r>
              <w:rPr>
                <w:rFonts w:ascii="Arial" w:hAnsi="Arial"/>
                <w:color w:val="000000" w:themeColor="text1"/>
                <w:sz w:val="18"/>
              </w:rPr>
              <w:br/>
            </w:r>
            <w:r>
              <w:rPr>
                <w:rFonts w:ascii="Arial" w:hAnsi="Arial"/>
                <w:i/>
                <w:color w:val="000000" w:themeColor="text1"/>
                <w:sz w:val="18"/>
              </w:rPr>
              <w:t>Expresses ideas clearly &amp; fluently with correct grammatical structure.</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7066EC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Çoğu zaman doğru cümlelerle akıcı konuşur; küçük telaffuz/dil bilgisi hataları yapar.</w:t>
            </w:r>
            <w:r>
              <w:rPr>
                <w:rFonts w:ascii="Arial" w:hAnsi="Arial"/>
                <w:color w:val="000000" w:themeColor="text1"/>
                <w:sz w:val="18"/>
              </w:rPr>
              <w:br/>
            </w:r>
            <w:r>
              <w:rPr>
                <w:rFonts w:ascii="Arial" w:hAnsi="Arial"/>
                <w:i/>
                <w:color w:val="000000" w:themeColor="text1"/>
                <w:sz w:val="18"/>
              </w:rPr>
              <w:t>Mostly correct; minor pronunciation or structural mistakes.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CD56BEB"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Sınırlı ifadeler kullanır, konuşmak için destek ve yönlendirme bekler.</w:t>
            </w:r>
            <w:r>
              <w:rPr>
                <w:rFonts w:ascii="Arial" w:hAnsi="Arial"/>
                <w:color w:val="000000" w:themeColor="text1"/>
                <w:sz w:val="18"/>
              </w:rPr>
              <w:br/>
            </w:r>
            <w:r>
              <w:rPr>
                <w:rFonts w:ascii="Arial" w:hAnsi="Arial"/>
                <w:i/>
                <w:color w:val="000000" w:themeColor="text1"/>
                <w:sz w:val="18"/>
              </w:rPr>
              <w:t>Limited expression; needs encouragement/prompting.</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299C7B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Düşüncelerini ifade etmekte çok zorlanır; tek kelimelik yanıtlar verir veya sessiz kalır.</w:t>
            </w:r>
            <w:r>
              <w:rPr>
                <w:rFonts w:ascii="Arial" w:hAnsi="Arial"/>
                <w:color w:val="000000" w:themeColor="text1"/>
                <w:sz w:val="18"/>
              </w:rPr>
              <w:br/>
            </w:r>
            <w:r>
              <w:rPr>
                <w:rFonts w:ascii="Arial" w:hAnsi="Arial"/>
                <w:i/>
                <w:color w:val="000000" w:themeColor="text1"/>
                <w:sz w:val="18"/>
              </w:rPr>
              <w:t>Struggles to express ideas; single-word answers or remains silent.</w:t>
            </w:r>
          </w:p>
        </w:tc>
      </w:tr>
      <w:tr w:rsidR="00981229" w:rsidRPr="00B82146" w14:paraId="3E6D4F2C"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20CCA877"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2. </w:t>
            </w:r>
            <w:r>
              <w:rPr>
                <w:rFonts w:ascii="Arial" w:hAnsi="Arial"/>
                <w:b/>
                <w:color w:val="000000" w:themeColor="text1"/>
                <w:sz w:val="18"/>
              </w:rPr>
              <w:br/>
              <w:t>Listening</w:t>
            </w:r>
            <w:r>
              <w:rPr>
                <w:rFonts w:ascii="Arial" w:hAnsi="Arial"/>
                <w:b/>
                <w:color w:val="000000" w:themeColor="text1"/>
                <w:sz w:val="18"/>
              </w:rPr>
              <w:br/>
              <w:t>(Dinleme Becerisi)</w:t>
            </w:r>
            <w:r>
              <w:rPr>
                <w:rFonts w:ascii="Arial" w:hAnsi="Arial"/>
                <w:b/>
                <w:color w:val="000000" w:themeColor="text1"/>
                <w:sz w:val="18"/>
              </w:rPr>
              <w:br/>
            </w:r>
            <w:r>
              <w:rPr>
                <w:rFonts w:ascii="Arial" w:hAnsi="Arial"/>
                <w:i/>
                <w:color w:val="000000" w:themeColor="text1"/>
                <w:sz w:val="18"/>
              </w:rPr>
              <w:t>(Listening Skill)</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6667AEE6"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Yönergeleri ve dinlediği karmaşık diyalogları tamamen anlar; detayları eksiksiz hatırlar.</w:t>
            </w:r>
            <w:r>
              <w:rPr>
                <w:rFonts w:ascii="Arial" w:hAnsi="Arial"/>
                <w:color w:val="000000" w:themeColor="text1"/>
                <w:sz w:val="18"/>
              </w:rPr>
              <w:br/>
            </w:r>
            <w:r>
              <w:rPr>
                <w:rFonts w:ascii="Arial" w:hAnsi="Arial"/>
                <w:i/>
                <w:color w:val="000000" w:themeColor="text1"/>
                <w:sz w:val="18"/>
              </w:rPr>
              <w:t>Fully understands complex instructions and audio; recalls all details.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2ADAD4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Ders konuşmalarını ve yönergeleri rahatlıkla anlar; sadece ufak detayları kaçırır.</w:t>
            </w:r>
            <w:r>
              <w:rPr>
                <w:rFonts w:ascii="Arial" w:hAnsi="Arial"/>
                <w:color w:val="000000" w:themeColor="text1"/>
                <w:sz w:val="18"/>
              </w:rPr>
              <w:br/>
            </w:r>
            <w:r>
              <w:rPr>
                <w:rFonts w:ascii="Arial" w:hAnsi="Arial"/>
                <w:i/>
                <w:color w:val="000000" w:themeColor="text1"/>
                <w:sz w:val="18"/>
              </w:rPr>
              <w:t>Understands classroom talk &amp; instructions; misses minor details only.</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4BDE7DED"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Basit diyalogları anlar ancak sınıf hızındaki konuşmaları takipte desteğe ihtiyaç duyar.</w:t>
            </w:r>
            <w:r>
              <w:rPr>
                <w:rFonts w:ascii="Arial" w:hAnsi="Arial"/>
                <w:color w:val="000000" w:themeColor="text1"/>
                <w:sz w:val="18"/>
              </w:rPr>
              <w:br/>
            </w:r>
            <w:r>
              <w:rPr>
                <w:rFonts w:ascii="Arial" w:hAnsi="Arial"/>
                <w:i/>
                <w:color w:val="000000" w:themeColor="text1"/>
                <w:sz w:val="18"/>
              </w:rPr>
              <w:t>Understands simple dialogues; needs support to follow normal class speed.</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191B8DA"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En basit yönergeleri bile takip edemez, dinlediği konuşmaları anlamakta zorlanır.</w:t>
            </w:r>
            <w:r>
              <w:rPr>
                <w:rFonts w:ascii="Arial" w:hAnsi="Arial"/>
                <w:color w:val="000000" w:themeColor="text1"/>
                <w:sz w:val="18"/>
              </w:rPr>
              <w:br/>
            </w:r>
            <w:r>
              <w:rPr>
                <w:rFonts w:ascii="Arial" w:hAnsi="Arial"/>
                <w:i/>
                <w:color w:val="000000" w:themeColor="text1"/>
                <w:sz w:val="18"/>
              </w:rPr>
              <w:t>Struggles to follow basic instructions; fails to understand audio.</w:t>
            </w:r>
          </w:p>
        </w:tc>
      </w:tr>
      <w:tr w:rsidR="00981229" w:rsidRPr="00B82146" w14:paraId="6E378DFB"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02832BDF"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3. </w:t>
            </w:r>
            <w:r>
              <w:rPr>
                <w:rFonts w:ascii="Arial" w:hAnsi="Arial"/>
                <w:b/>
                <w:color w:val="000000" w:themeColor="text1"/>
                <w:sz w:val="18"/>
              </w:rPr>
              <w:br/>
              <w:t>Reading</w:t>
            </w:r>
            <w:r>
              <w:rPr>
                <w:rFonts w:ascii="Arial" w:hAnsi="Arial"/>
                <w:b/>
                <w:color w:val="000000" w:themeColor="text1"/>
                <w:sz w:val="18"/>
              </w:rPr>
              <w:br/>
              <w:t>(Okuma Becerisi)</w:t>
            </w:r>
            <w:r>
              <w:rPr>
                <w:rFonts w:ascii="Arial" w:hAnsi="Arial"/>
                <w:b/>
                <w:color w:val="000000" w:themeColor="text1"/>
                <w:sz w:val="18"/>
              </w:rPr>
              <w:br/>
            </w:r>
            <w:r>
              <w:rPr>
                <w:rFonts w:ascii="Arial" w:hAnsi="Arial"/>
                <w:i/>
                <w:color w:val="000000" w:themeColor="text1"/>
                <w:sz w:val="18"/>
              </w:rPr>
              <w:t>(Reading Skill)</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D36B82A"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Metinleri akıcı ve telaffuz kurallarına uygun okur; derinlemesine tam analiz yapar.</w:t>
            </w:r>
            <w:r>
              <w:rPr>
                <w:rFonts w:ascii="Arial" w:hAnsi="Arial"/>
                <w:color w:val="000000" w:themeColor="text1"/>
                <w:sz w:val="18"/>
              </w:rPr>
              <w:br/>
            </w:r>
            <w:r>
              <w:rPr>
                <w:rFonts w:ascii="Arial" w:hAnsi="Arial"/>
                <w:i/>
                <w:color w:val="000000" w:themeColor="text1"/>
                <w:sz w:val="18"/>
              </w:rPr>
              <w:t>Reads fluently with correct pronunciation; fully comprehends text.</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7441F44"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Kısa metinleri doğru okur, ana fikri ve detayların çoğunu rahatlıkla anlar.</w:t>
            </w:r>
            <w:r>
              <w:rPr>
                <w:rFonts w:ascii="Arial" w:hAnsi="Arial"/>
                <w:color w:val="000000" w:themeColor="text1"/>
                <w:sz w:val="18"/>
              </w:rPr>
              <w:br/>
            </w:r>
            <w:r>
              <w:rPr>
                <w:rFonts w:ascii="Arial" w:hAnsi="Arial"/>
                <w:i/>
                <w:color w:val="000000" w:themeColor="text1"/>
                <w:sz w:val="18"/>
              </w:rPr>
              <w:t>Reads with minor errors; understands main idea &amp; most details.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4B7055C9"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Basit metinlerin sadece ana fikrini kavrar; okuma ve anlamada ek desteğe ihtiyaç duyar.</w:t>
            </w:r>
            <w:r>
              <w:rPr>
                <w:rFonts w:ascii="Arial" w:hAnsi="Arial"/>
                <w:color w:val="000000" w:themeColor="text1"/>
                <w:sz w:val="18"/>
              </w:rPr>
              <w:br/>
            </w:r>
            <w:r>
              <w:rPr>
                <w:rFonts w:ascii="Arial" w:hAnsi="Arial"/>
                <w:i/>
                <w:color w:val="000000" w:themeColor="text1"/>
                <w:sz w:val="18"/>
              </w:rPr>
              <w:t>Reads simple texts but comprehension is limited without guidance.</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2F97D0F2"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En temel düzeydeki kısa cümleleri okumakta ve anlamlandırmakta ciddi zorluk yaşar.</w:t>
            </w:r>
            <w:r>
              <w:rPr>
                <w:rFonts w:ascii="Arial" w:hAnsi="Arial"/>
                <w:color w:val="000000" w:themeColor="text1"/>
                <w:sz w:val="18"/>
              </w:rPr>
              <w:br/>
            </w:r>
            <w:r>
              <w:rPr>
                <w:rFonts w:ascii="Arial" w:hAnsi="Arial"/>
                <w:i/>
                <w:color w:val="000000" w:themeColor="text1"/>
                <w:sz w:val="18"/>
              </w:rPr>
              <w:t>Struggles to read basic sentences; cannot grasp meaning of short texts.</w:t>
            </w:r>
          </w:p>
        </w:tc>
      </w:tr>
      <w:tr w:rsidR="00981229" w:rsidRPr="00B82146" w14:paraId="70983D57"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644ECD9E"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4. </w:t>
            </w:r>
            <w:r>
              <w:rPr>
                <w:rFonts w:ascii="Arial" w:hAnsi="Arial"/>
                <w:b/>
                <w:color w:val="000000" w:themeColor="text1"/>
                <w:sz w:val="18"/>
              </w:rPr>
              <w:br/>
              <w:t>Writing</w:t>
            </w:r>
            <w:r>
              <w:rPr>
                <w:rFonts w:ascii="Arial" w:hAnsi="Arial"/>
                <w:b/>
                <w:color w:val="000000" w:themeColor="text1"/>
                <w:sz w:val="18"/>
              </w:rPr>
              <w:br/>
              <w:t>(Yazma Becerisi)</w:t>
            </w:r>
            <w:r>
              <w:rPr>
                <w:rFonts w:ascii="Arial" w:hAnsi="Arial"/>
                <w:b/>
                <w:color w:val="000000" w:themeColor="text1"/>
                <w:sz w:val="18"/>
              </w:rPr>
              <w:br/>
            </w:r>
            <w:r>
              <w:rPr>
                <w:rFonts w:ascii="Arial" w:hAnsi="Arial"/>
                <w:i/>
                <w:color w:val="000000" w:themeColor="text1"/>
                <w:sz w:val="18"/>
              </w:rPr>
              <w:t>(Writing Skill)</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E3314EB"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Düşüncelerini mantıklı, kurallara uygun, zengin ve kusursuz paragraflarla yazar.</w:t>
            </w:r>
            <w:r>
              <w:rPr>
                <w:rFonts w:ascii="Arial" w:hAnsi="Arial"/>
                <w:color w:val="000000" w:themeColor="text1"/>
                <w:sz w:val="18"/>
              </w:rPr>
              <w:br/>
            </w:r>
            <w:r>
              <w:rPr>
                <w:rFonts w:ascii="Arial" w:hAnsi="Arial"/>
                <w:i/>
                <w:color w:val="000000" w:themeColor="text1"/>
                <w:sz w:val="18"/>
              </w:rPr>
              <w:t>Writes clearly, logically, with rich and correct grammar/spelling.</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48B65223"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Anlaşılır, anlamlı cümleler yazar; küçük imla veya dil bilgisi hataları yapar.</w:t>
            </w:r>
            <w:r>
              <w:rPr>
                <w:rFonts w:ascii="Arial" w:hAnsi="Arial"/>
                <w:color w:val="000000" w:themeColor="text1"/>
                <w:sz w:val="18"/>
              </w:rPr>
              <w:br/>
            </w:r>
            <w:r>
              <w:rPr>
                <w:rFonts w:ascii="Arial" w:hAnsi="Arial"/>
                <w:i/>
                <w:color w:val="000000" w:themeColor="text1"/>
                <w:sz w:val="18"/>
              </w:rPr>
              <w:t>Writes understandable texts; minor grammar or spelling mistakes.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1579EF98"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Sadece çok basit, sınırlı ve kısa cümleler yazar; sık dil bilgisi hataları yapar.</w:t>
            </w:r>
            <w:r>
              <w:rPr>
                <w:rFonts w:ascii="Arial" w:hAnsi="Arial"/>
                <w:color w:val="000000" w:themeColor="text1"/>
                <w:sz w:val="18"/>
              </w:rPr>
              <w:br/>
            </w:r>
            <w:r>
              <w:rPr>
                <w:rFonts w:ascii="Arial" w:hAnsi="Arial"/>
                <w:i/>
                <w:color w:val="000000" w:themeColor="text1"/>
                <w:sz w:val="18"/>
              </w:rPr>
              <w:t>Writes limited/short sentences; frequent grammatical mistakes.</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01E95CC2"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Kelimeleri doğru yazamaz, basit cümle kurmakta zorlanır, yazısı anlaşılmazdır.</w:t>
            </w:r>
            <w:r>
              <w:rPr>
                <w:rFonts w:ascii="Arial" w:hAnsi="Arial"/>
                <w:color w:val="000000" w:themeColor="text1"/>
                <w:sz w:val="18"/>
              </w:rPr>
              <w:br/>
            </w:r>
            <w:r>
              <w:rPr>
                <w:rFonts w:ascii="Arial" w:hAnsi="Arial"/>
                <w:i/>
                <w:color w:val="000000" w:themeColor="text1"/>
                <w:sz w:val="18"/>
              </w:rPr>
              <w:t>Struggles to write basic words; sentences are incomplete/unclear.</w:t>
            </w:r>
          </w:p>
        </w:tc>
      </w:tr>
      <w:tr w:rsidR="00981229" w:rsidRPr="00B82146" w14:paraId="44DF5E5A"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1B761BA9"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5. </w:t>
            </w:r>
            <w:r>
              <w:rPr>
                <w:rFonts w:ascii="Arial" w:hAnsi="Arial"/>
                <w:b/>
                <w:color w:val="000000" w:themeColor="text1"/>
                <w:sz w:val="18"/>
              </w:rPr>
              <w:br/>
              <w:t>Vocabulary</w:t>
            </w:r>
            <w:r>
              <w:rPr>
                <w:rFonts w:ascii="Arial" w:hAnsi="Arial"/>
                <w:b/>
                <w:color w:val="000000" w:themeColor="text1"/>
                <w:sz w:val="18"/>
              </w:rPr>
              <w:br/>
              <w:t>(Kelime Bilgisi)</w:t>
            </w:r>
            <w:r>
              <w:rPr>
                <w:rFonts w:ascii="Arial" w:hAnsi="Arial"/>
                <w:b/>
                <w:color w:val="000000" w:themeColor="text1"/>
                <w:sz w:val="18"/>
              </w:rPr>
              <w:br/>
            </w:r>
            <w:r>
              <w:rPr>
                <w:rFonts w:ascii="Arial" w:hAnsi="Arial"/>
                <w:i/>
                <w:color w:val="000000" w:themeColor="text1"/>
                <w:sz w:val="18"/>
              </w:rPr>
              <w:t>(Vocabulary Skill)</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1D0FDFEA"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Tema kelimelerini zengin bir dağarcıkla, doğru bağlamda ve yaratıcı şekilde kullanır.</w:t>
            </w:r>
            <w:r>
              <w:rPr>
                <w:rFonts w:ascii="Arial" w:hAnsi="Arial"/>
                <w:color w:val="000000" w:themeColor="text1"/>
                <w:sz w:val="18"/>
              </w:rPr>
              <w:br/>
            </w:r>
            <w:r>
              <w:rPr>
                <w:rFonts w:ascii="Arial" w:hAnsi="Arial"/>
                <w:i/>
                <w:color w:val="000000" w:themeColor="text1"/>
                <w:sz w:val="18"/>
              </w:rPr>
              <w:t>Wide vocabulary; uses theme words accurately in correct contexts.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50DCC5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Öğrenilen kelimeleri doğru kullanır; nadiren bağlam dışı hatalar yapar.</w:t>
            </w:r>
            <w:r>
              <w:rPr>
                <w:rFonts w:ascii="Arial" w:hAnsi="Arial"/>
                <w:color w:val="000000" w:themeColor="text1"/>
                <w:sz w:val="18"/>
              </w:rPr>
              <w:br/>
            </w:r>
            <w:r>
              <w:rPr>
                <w:rFonts w:ascii="Arial" w:hAnsi="Arial"/>
                <w:i/>
                <w:color w:val="000000" w:themeColor="text1"/>
                <w:sz w:val="18"/>
              </w:rPr>
              <w:t>Moderate vocabulary; uses most theme words with minor errors.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D65894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Sınırlı kelime bilgisine sahiptir; sık sık Türkçe kelimelere başvurur.</w:t>
            </w:r>
            <w:r>
              <w:rPr>
                <w:rFonts w:ascii="Arial" w:hAnsi="Arial"/>
                <w:color w:val="000000" w:themeColor="text1"/>
                <w:sz w:val="18"/>
              </w:rPr>
              <w:br/>
            </w:r>
            <w:r>
              <w:rPr>
                <w:rFonts w:ascii="Arial" w:hAnsi="Arial"/>
                <w:i/>
                <w:color w:val="000000" w:themeColor="text1"/>
                <w:sz w:val="18"/>
              </w:rPr>
              <w:t>Limited vocabulary; frequently relies on L1/Turkish to express meaning.</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B519C2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Çok sınırlı kelime dağarcığı vardır; temel tema kelimelerini hatırlayamaz.</w:t>
            </w:r>
            <w:r>
              <w:rPr>
                <w:rFonts w:ascii="Arial" w:hAnsi="Arial"/>
                <w:color w:val="000000" w:themeColor="text1"/>
                <w:sz w:val="18"/>
              </w:rPr>
              <w:br/>
            </w:r>
            <w:r>
              <w:rPr>
                <w:rFonts w:ascii="Arial" w:hAnsi="Arial"/>
                <w:i/>
                <w:color w:val="000000" w:themeColor="text1"/>
                <w:sz w:val="18"/>
              </w:rPr>
              <w:t>Very limited vocabulary; struggles to remember basic words.</w:t>
            </w:r>
          </w:p>
        </w:tc>
      </w:tr>
      <w:tr w:rsidR="00981229" w:rsidRPr="00B82146" w14:paraId="3096C76F"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48337DA8"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6. </w:t>
            </w:r>
            <w:r>
              <w:rPr>
                <w:rFonts w:ascii="Arial" w:hAnsi="Arial"/>
                <w:b/>
                <w:color w:val="000000" w:themeColor="text1"/>
                <w:sz w:val="18"/>
              </w:rPr>
              <w:br/>
              <w:t>Pronunciation</w:t>
            </w:r>
            <w:r>
              <w:rPr>
                <w:rFonts w:ascii="Arial" w:hAnsi="Arial"/>
                <w:b/>
                <w:color w:val="000000" w:themeColor="text1"/>
                <w:sz w:val="18"/>
              </w:rPr>
              <w:br/>
              <w:t>(Telaffuz Doğruluğu)</w:t>
            </w:r>
            <w:r>
              <w:rPr>
                <w:rFonts w:ascii="Arial" w:hAnsi="Arial"/>
                <w:b/>
                <w:color w:val="000000" w:themeColor="text1"/>
                <w:sz w:val="18"/>
              </w:rPr>
              <w:br/>
            </w:r>
            <w:r>
              <w:rPr>
                <w:rFonts w:ascii="Arial" w:hAnsi="Arial"/>
                <w:i/>
                <w:color w:val="000000" w:themeColor="text1"/>
                <w:sz w:val="18"/>
              </w:rPr>
              <w:t>(Pronunciation Accuracy)</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7A68838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Sesleri, kelimeleri ve cümleleri kusursuz telaffuz eder; doğal ritim sergiler.</w:t>
            </w:r>
            <w:r>
              <w:rPr>
                <w:rFonts w:ascii="Arial" w:hAnsi="Arial"/>
                <w:color w:val="000000" w:themeColor="text1"/>
                <w:sz w:val="18"/>
              </w:rPr>
              <w:br/>
            </w:r>
            <w:r>
              <w:rPr>
                <w:rFonts w:ascii="Arial" w:hAnsi="Arial"/>
                <w:i/>
                <w:color w:val="000000" w:themeColor="text1"/>
                <w:sz w:val="18"/>
              </w:rPr>
              <w:t>Correct, clear pronunciation; natural English rhythm and intonation.</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1689ADC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Kelimeleri anlaşılır şekilde telaffuz eder; hatalar iletişimi engellemez.</w:t>
            </w:r>
            <w:r>
              <w:rPr>
                <w:rFonts w:ascii="Arial" w:hAnsi="Arial"/>
                <w:color w:val="000000" w:themeColor="text1"/>
                <w:sz w:val="18"/>
              </w:rPr>
              <w:br/>
            </w:r>
            <w:r>
              <w:rPr>
                <w:rFonts w:ascii="Arial" w:hAnsi="Arial"/>
                <w:i/>
                <w:color w:val="000000" w:themeColor="text1"/>
                <w:sz w:val="18"/>
              </w:rPr>
              <w:t>Minor pronunciation mistakes; speech is easily understandable.</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3ADD6551"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Sık sesletim hataları yapar; anlaşılması için yakın dikkat gerektirir.</w:t>
            </w:r>
            <w:r>
              <w:rPr>
                <w:rFonts w:ascii="Arial" w:hAnsi="Arial"/>
                <w:color w:val="000000" w:themeColor="text1"/>
                <w:sz w:val="18"/>
              </w:rPr>
              <w:br/>
            </w:r>
            <w:r>
              <w:rPr>
                <w:rFonts w:ascii="Arial" w:hAnsi="Arial"/>
                <w:i/>
                <w:color w:val="000000" w:themeColor="text1"/>
                <w:sz w:val="18"/>
              </w:rPr>
              <w:t>Frequent pronunciation errors; difficult to understand at times.</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5A84B814"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Ciddi telaffuz hataları yapar, konuşması neredeyse tamamen anlaşılmazdır.</w:t>
            </w:r>
            <w:r>
              <w:rPr>
                <w:rFonts w:ascii="Arial" w:hAnsi="Arial"/>
                <w:color w:val="000000" w:themeColor="text1"/>
                <w:sz w:val="18"/>
              </w:rPr>
              <w:br/>
            </w:r>
            <w:r>
              <w:rPr>
                <w:rFonts w:ascii="Arial" w:hAnsi="Arial"/>
                <w:i/>
                <w:color w:val="000000" w:themeColor="text1"/>
                <w:sz w:val="18"/>
              </w:rPr>
              <w:t>Serious pronunciation errors; speech is incomprehensible.</w:t>
            </w:r>
          </w:p>
        </w:tc>
      </w:tr>
      <w:tr w:rsidR="00981229" w:rsidRPr="00B82146" w14:paraId="279EF1EA"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236DC3F2"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7. </w:t>
            </w:r>
            <w:r>
              <w:rPr>
                <w:rFonts w:ascii="Arial" w:hAnsi="Arial"/>
                <w:b/>
                <w:color w:val="000000" w:themeColor="text1"/>
                <w:sz w:val="18"/>
              </w:rPr>
              <w:br/>
              <w:t>Grammar</w:t>
            </w:r>
            <w:r>
              <w:rPr>
                <w:rFonts w:ascii="Arial" w:hAnsi="Arial"/>
                <w:b/>
                <w:color w:val="000000" w:themeColor="text1"/>
                <w:sz w:val="18"/>
              </w:rPr>
              <w:br/>
              <w:t>(Dil Yapıları ve Uyum)</w:t>
            </w:r>
            <w:r>
              <w:rPr>
                <w:rFonts w:ascii="Arial" w:hAnsi="Arial"/>
                <w:b/>
                <w:color w:val="000000" w:themeColor="text1"/>
                <w:sz w:val="18"/>
              </w:rPr>
              <w:br/>
            </w:r>
            <w:r>
              <w:rPr>
                <w:rFonts w:ascii="Arial" w:hAnsi="Arial"/>
                <w:i/>
                <w:color w:val="000000" w:themeColor="text1"/>
                <w:sz w:val="18"/>
              </w:rPr>
              <w:t>(Grammar Chunks)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4502CD7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Hedef dil yapılarını ve cümle kalıplarını (chunks) tamamen hatasız ve doğal kullanır.</w:t>
            </w:r>
            <w:r>
              <w:rPr>
                <w:rFonts w:ascii="Arial" w:hAnsi="Arial"/>
                <w:color w:val="000000" w:themeColor="text1"/>
                <w:sz w:val="18"/>
              </w:rPr>
              <w:br/>
            </w:r>
            <w:r>
              <w:rPr>
                <w:rFonts w:ascii="Arial" w:hAnsi="Arial"/>
                <w:i/>
                <w:color w:val="000000" w:themeColor="text1"/>
                <w:sz w:val="18"/>
              </w:rPr>
              <w:t>Uses targeted structures perfectly; correct sentence patterns with no errors.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1792258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Derste öğrenilen kalıpları çoğunlukla doğru kullanır; anlamı bozmayan ufak hatalar yapar.</w:t>
            </w:r>
            <w:r>
              <w:rPr>
                <w:rFonts w:ascii="Arial" w:hAnsi="Arial"/>
                <w:color w:val="000000" w:themeColor="text1"/>
                <w:sz w:val="18"/>
              </w:rPr>
              <w:br/>
            </w:r>
            <w:r>
              <w:rPr>
                <w:rFonts w:ascii="Arial" w:hAnsi="Arial"/>
                <w:i/>
                <w:color w:val="000000" w:themeColor="text1"/>
                <w:sz w:val="18"/>
              </w:rPr>
              <w:t>Minor errors in structures; overall usage is mostly correct.</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5CB776B3"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Sadece ezberlenmiş kalıpları kullanır; basit cümle kurarken sıkça hata yapar.</w:t>
            </w:r>
            <w:r>
              <w:rPr>
                <w:rFonts w:ascii="Arial" w:hAnsi="Arial"/>
                <w:color w:val="000000" w:themeColor="text1"/>
                <w:sz w:val="18"/>
              </w:rPr>
              <w:br/>
            </w:r>
            <w:r>
              <w:rPr>
                <w:rFonts w:ascii="Arial" w:hAnsi="Arial"/>
                <w:i/>
                <w:color w:val="000000" w:themeColor="text1"/>
                <w:sz w:val="18"/>
              </w:rPr>
              <w:t>Frequent errors in grammar; struggles to apply newly learned structures.</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551A12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Hedeflenen dil yapılarını hiç uygulayamaz, dil bilgisi hataları anlamı engeller.</w:t>
            </w:r>
            <w:r>
              <w:rPr>
                <w:rFonts w:ascii="Arial" w:hAnsi="Arial"/>
                <w:color w:val="000000" w:themeColor="text1"/>
                <w:sz w:val="18"/>
              </w:rPr>
              <w:br/>
            </w:r>
            <w:r>
              <w:rPr>
                <w:rFonts w:ascii="Arial" w:hAnsi="Arial"/>
                <w:i/>
                <w:color w:val="000000" w:themeColor="text1"/>
                <w:sz w:val="18"/>
              </w:rPr>
              <w:t>Many grammatical errors; structures are mostly incorrect and unclear.</w:t>
            </w:r>
          </w:p>
        </w:tc>
      </w:tr>
      <w:tr w:rsidR="00981229" w:rsidRPr="00B82146" w14:paraId="05AAB1EF" w14:textId="77777777" w:rsidTr="00781C85">
        <w:trPr>
          <w:jc w:val="center"/>
        </w:trPr>
        <w:tc>
          <w:tcPr>
            <w:tcW w:w="2439" w:type="dxa"/>
            <w:tcBorders>
              <w:top w:val="single" w:sz="4" w:space="0" w:color="E0E0E0"/>
              <w:left w:val="nil"/>
              <w:bottom w:val="single" w:sz="4" w:space="0" w:color="E0E0E0"/>
              <w:right w:val="nil"/>
            </w:tcBorders>
            <w:shd w:val="clear" w:color="auto" w:fill="D6E4F0"/>
            <w:tcMar>
              <w:top w:w="100" w:type="dxa"/>
              <w:left w:w="100" w:type="dxa"/>
              <w:bottom w:w="100" w:type="dxa"/>
              <w:right w:w="100" w:type="dxa"/>
            </w:tcMar>
            <w:vAlign w:val="center"/>
            <w:hideMark/>
          </w:tcPr>
          <w:p w14:paraId="17B354B5"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8. </w:t>
            </w:r>
            <w:r>
              <w:rPr>
                <w:rFonts w:ascii="Arial" w:hAnsi="Arial"/>
                <w:b/>
                <w:color w:val="000000" w:themeColor="text1"/>
                <w:sz w:val="18"/>
              </w:rPr>
              <w:br/>
              <w:t>SELS</w:t>
            </w:r>
            <w:r>
              <w:rPr>
                <w:rFonts w:ascii="Arial" w:hAnsi="Arial"/>
                <w:b/>
                <w:color w:val="000000" w:themeColor="text1"/>
                <w:sz w:val="18"/>
              </w:rPr>
              <w:br/>
              <w:t>(Sosyal-Duygusal Beceriler)</w:t>
            </w:r>
            <w:r>
              <w:rPr>
                <w:rFonts w:ascii="Arial" w:hAnsi="Arial"/>
                <w:b/>
                <w:color w:val="000000" w:themeColor="text1"/>
                <w:sz w:val="18"/>
              </w:rPr>
              <w:br/>
            </w:r>
            <w:r>
              <w:rPr>
                <w:rFonts w:ascii="Arial" w:hAnsi="Arial"/>
                <w:i/>
                <w:color w:val="000000" w:themeColor="text1"/>
                <w:sz w:val="18"/>
              </w:rPr>
              <w:t>(Social-Emotional Skills)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55C56E28"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Grup çalışmalarında harika liderlik ve dayanışma gösterir; akranlarına tam saygılıdır.</w:t>
            </w:r>
            <w:r>
              <w:rPr>
                <w:rFonts w:ascii="Arial" w:hAnsi="Arial"/>
                <w:color w:val="000000" w:themeColor="text1"/>
                <w:sz w:val="18"/>
              </w:rPr>
              <w:br/>
            </w:r>
            <w:r>
              <w:rPr>
                <w:rFonts w:ascii="Arial" w:hAnsi="Arial"/>
                <w:i/>
                <w:color w:val="000000" w:themeColor="text1"/>
                <w:sz w:val="18"/>
              </w:rPr>
              <w:t>Exceptional cooperation; respects peer opinions, shows great leadership.</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121FDC89"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Sınıf ve grup çalışmalarına uyumludur, arkadaşlarına saygıyla yaklaşır.</w:t>
            </w:r>
            <w:r>
              <w:rPr>
                <w:rFonts w:ascii="Arial" w:hAnsi="Arial"/>
                <w:color w:val="000000" w:themeColor="text1"/>
                <w:sz w:val="18"/>
              </w:rPr>
              <w:br/>
            </w:r>
            <w:r>
              <w:rPr>
                <w:rFonts w:ascii="Arial" w:hAnsi="Arial"/>
                <w:i/>
                <w:color w:val="000000" w:themeColor="text1"/>
                <w:sz w:val="18"/>
              </w:rPr>
              <w:t>Cooperative and helpful; respects classroom rules and classmates.</w:t>
            </w:r>
          </w:p>
        </w:tc>
        <w:tc>
          <w:tcPr>
            <w:tcW w:w="2232"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6B5C2BBD"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Grup çalışmalarında çekingendir; iş birliği kurması için sürekli teşvik edilmelidir.</w:t>
            </w:r>
            <w:r>
              <w:rPr>
                <w:rFonts w:ascii="Arial" w:hAnsi="Arial"/>
                <w:color w:val="000000" w:themeColor="text1"/>
                <w:sz w:val="18"/>
              </w:rPr>
              <w:br/>
            </w:r>
            <w:r>
              <w:rPr>
                <w:rFonts w:ascii="Arial" w:hAnsi="Arial"/>
                <w:i/>
                <w:color w:val="000000" w:themeColor="text1"/>
                <w:sz w:val="18"/>
              </w:rPr>
              <w:t>Limited cooperation; sometimes passive, needs support/encouragement.</w:t>
            </w:r>
          </w:p>
        </w:tc>
        <w:tc>
          <w:tcPr>
            <w:tcW w:w="1638" w:type="dxa"/>
            <w:tcBorders>
              <w:top w:val="single" w:sz="4" w:space="0" w:color="E0E0E0"/>
              <w:left w:val="nil"/>
              <w:bottom w:val="single" w:sz="4" w:space="0" w:color="E0E0E0"/>
              <w:right w:val="nil"/>
            </w:tcBorders>
            <w:shd w:val="clear" w:color="auto" w:fill="F2F6F9"/>
            <w:tcMar>
              <w:top w:w="100" w:type="dxa"/>
              <w:left w:w="100" w:type="dxa"/>
              <w:bottom w:w="100" w:type="dxa"/>
              <w:right w:w="100" w:type="dxa"/>
            </w:tcMar>
            <w:vAlign w:val="center"/>
            <w:hideMark/>
          </w:tcPr>
          <w:p w14:paraId="4A06E5C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İş birliğine kapalıdır, sınıf kurallarına uymakta ve uyum sağlamakta zorlanır.</w:t>
            </w:r>
            <w:r>
              <w:rPr>
                <w:rFonts w:ascii="Arial" w:hAnsi="Arial"/>
                <w:color w:val="000000" w:themeColor="text1"/>
                <w:sz w:val="18"/>
              </w:rPr>
              <w:br/>
            </w:r>
            <w:r>
              <w:rPr>
                <w:rFonts w:ascii="Arial" w:hAnsi="Arial"/>
                <w:i/>
                <w:color w:val="000000" w:themeColor="text1"/>
                <w:sz w:val="18"/>
              </w:rPr>
              <w:t>Does not cooperate; disrupts collaborative tasks or stays isolated.</w:t>
            </w:r>
          </w:p>
        </w:tc>
      </w:tr>
      <w:tr w:rsidR="00981229" w:rsidRPr="00B82146" w14:paraId="452B7571" w14:textId="77777777" w:rsidTr="00781C85">
        <w:trPr>
          <w:jc w:val="center"/>
        </w:trPr>
        <w:tc>
          <w:tcPr>
            <w:tcW w:w="2439" w:type="dxa"/>
            <w:tcBorders>
              <w:top w:val="single" w:sz="4" w:space="0" w:color="E0E0E0"/>
              <w:left w:val="nil"/>
              <w:bottom w:val="single" w:sz="4" w:space="0" w:color="E0E0E0"/>
              <w:right w:val="nil"/>
            </w:tcBorders>
            <w:shd w:val="clear" w:color="auto" w:fill="E2ECF5"/>
            <w:tcMar>
              <w:top w:w="100" w:type="dxa"/>
              <w:left w:w="100" w:type="dxa"/>
              <w:bottom w:w="100" w:type="dxa"/>
              <w:right w:w="100" w:type="dxa"/>
            </w:tcMar>
            <w:vAlign w:val="center"/>
            <w:hideMark/>
          </w:tcPr>
          <w:p w14:paraId="0078C3BE"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9. </w:t>
            </w:r>
            <w:r>
              <w:rPr>
                <w:rFonts w:ascii="Arial" w:hAnsi="Arial"/>
                <w:b/>
                <w:color w:val="000000" w:themeColor="text1"/>
                <w:sz w:val="18"/>
              </w:rPr>
              <w:br/>
              <w:t>Values Literacy</w:t>
            </w:r>
            <w:r>
              <w:rPr>
                <w:rFonts w:ascii="Arial" w:hAnsi="Arial"/>
                <w:b/>
                <w:color w:val="000000" w:themeColor="text1"/>
                <w:sz w:val="18"/>
              </w:rPr>
              <w:br/>
              <w:t>(Erdem-Değer-Eylem)</w:t>
            </w:r>
            <w:r>
              <w:rPr>
                <w:rFonts w:ascii="Arial" w:hAnsi="Arial"/>
                <w:b/>
                <w:color w:val="000000" w:themeColor="text1"/>
                <w:sz w:val="18"/>
              </w:rPr>
              <w:br/>
            </w:r>
            <w:r>
              <w:rPr>
                <w:rFonts w:ascii="Arial" w:hAnsi="Arial"/>
                <w:i/>
                <w:color w:val="000000" w:themeColor="text1"/>
                <w:sz w:val="18"/>
              </w:rPr>
              <w:t>(Values Literacy)</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33FA000E"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Sınıf ortamında dürüstlük, saygı ve nezaket değerlerini sürekli ve aktif olarak yaşatır.</w:t>
            </w:r>
            <w:r>
              <w:rPr>
                <w:rFonts w:ascii="Arial" w:hAnsi="Arial"/>
                <w:color w:val="000000" w:themeColor="text1"/>
                <w:sz w:val="18"/>
              </w:rPr>
              <w:br/>
            </w:r>
            <w:r>
              <w:rPr>
                <w:rFonts w:ascii="Arial" w:hAnsi="Arial"/>
                <w:i/>
                <w:color w:val="000000" w:themeColor="text1"/>
                <w:sz w:val="18"/>
              </w:rPr>
              <w:t>Actively models core values (respect, kindness, honesty) in all interactions.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18E0DD20"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Arkadaşlarına ve öğretmenine karşı saygılı, ahlaki kurallara uygun davranır.</w:t>
            </w:r>
            <w:r>
              <w:rPr>
                <w:rFonts w:ascii="Arial" w:hAnsi="Arial"/>
                <w:color w:val="000000" w:themeColor="text1"/>
                <w:sz w:val="18"/>
              </w:rPr>
              <w:br/>
            </w:r>
            <w:r>
              <w:rPr>
                <w:rFonts w:ascii="Arial" w:hAnsi="Arial"/>
                <w:i/>
                <w:color w:val="000000" w:themeColor="text1"/>
                <w:sz w:val="18"/>
              </w:rPr>
              <w:t>Shows respectful attitude; aligns behavior with core moral values.</w:t>
            </w:r>
          </w:p>
        </w:tc>
        <w:tc>
          <w:tcPr>
            <w:tcW w:w="2232"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058FD0E9"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Değerleri sergilemekte tutarsızdır; akran ilişkilerinde bazen kırıcı olabilir.</w:t>
            </w:r>
            <w:r>
              <w:rPr>
                <w:rFonts w:ascii="Arial" w:hAnsi="Arial"/>
                <w:color w:val="000000" w:themeColor="text1"/>
                <w:sz w:val="18"/>
              </w:rPr>
              <w:br/>
            </w:r>
            <w:r>
              <w:rPr>
                <w:rFonts w:ascii="Arial" w:hAnsi="Arial"/>
                <w:i/>
                <w:color w:val="000000" w:themeColor="text1"/>
                <w:sz w:val="18"/>
              </w:rPr>
              <w:t>Inconsistent behavior; sometimes struggles to show respectful values.</w:t>
            </w:r>
          </w:p>
        </w:tc>
        <w:tc>
          <w:tcPr>
            <w:tcW w:w="1638" w:type="dxa"/>
            <w:tcBorders>
              <w:top w:val="single" w:sz="4" w:space="0" w:color="E0E0E0"/>
              <w:left w:val="nil"/>
              <w:bottom w:val="single" w:sz="4" w:space="0" w:color="E0E0E0"/>
              <w:right w:val="nil"/>
            </w:tcBorders>
            <w:shd w:val="clear" w:color="auto" w:fill="FFFFFF"/>
            <w:tcMar>
              <w:top w:w="100" w:type="dxa"/>
              <w:left w:w="100" w:type="dxa"/>
              <w:bottom w:w="100" w:type="dxa"/>
              <w:right w:w="100" w:type="dxa"/>
            </w:tcMar>
            <w:vAlign w:val="center"/>
            <w:hideMark/>
          </w:tcPr>
          <w:p w14:paraId="794E1FEB"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Nezaket kurallarını göz ardı eder, bencilce davranır, akran duygularına duyarsızdır.</w:t>
            </w:r>
            <w:r>
              <w:rPr>
                <w:rFonts w:ascii="Arial" w:hAnsi="Arial"/>
                <w:color w:val="000000" w:themeColor="text1"/>
                <w:sz w:val="18"/>
              </w:rPr>
              <w:br/>
            </w:r>
            <w:r>
              <w:rPr>
                <w:rFonts w:ascii="Arial" w:hAnsi="Arial"/>
                <w:i/>
                <w:color w:val="000000" w:themeColor="text1"/>
                <w:sz w:val="18"/>
              </w:rPr>
              <w:t>Shows disrespectful behavior; ignores peer feelings and core classroom values.</w:t>
            </w:r>
          </w:p>
        </w:tc>
      </w:tr>
      <w:tr w:rsidR="00981229" w:rsidRPr="00B82146" w14:paraId="10946A75" w14:textId="77777777" w:rsidTr="00781C85">
        <w:trPr>
          <w:jc w:val="center"/>
        </w:trPr>
        <w:tc>
          <w:tcPr>
            <w:tcW w:w="2439" w:type="dxa"/>
            <w:tcBorders>
              <w:top w:val="single" w:sz="4" w:space="0" w:color="E0E0E0"/>
              <w:left w:val="nil"/>
              <w:bottom w:val="single" w:sz="4" w:space="0" w:color="D3D3D3"/>
              <w:right w:val="nil"/>
            </w:tcBorders>
            <w:shd w:val="clear" w:color="auto" w:fill="D6E4F0"/>
            <w:tcMar>
              <w:top w:w="100" w:type="dxa"/>
              <w:left w:w="100" w:type="dxa"/>
              <w:bottom w:w="100" w:type="dxa"/>
              <w:right w:w="100" w:type="dxa"/>
            </w:tcMar>
            <w:vAlign w:val="center"/>
            <w:hideMark/>
          </w:tcPr>
          <w:p w14:paraId="2F45440C" w14:textId="77777777" w:rsidR="00981229" w:rsidRPr="00B82146" w:rsidRDefault="00981229" w:rsidP="00781C85">
            <w:pPr>
              <w:spacing w:after="40" w:line="240" w:lineRule="auto"/>
              <w:jc w:val="center"/>
              <w:rPr>
                <w:color w:val="000000" w:themeColor="text1"/>
                <w:sz w:val="18"/>
              </w:rPr>
            </w:pPr>
            <w:r>
              <w:rPr>
                <w:rFonts w:ascii="Arial" w:hAnsi="Arial"/>
                <w:b/>
                <w:color w:val="000000" w:themeColor="text1"/>
                <w:sz w:val="18"/>
              </w:rPr>
              <w:t xml:space="preserve">10. </w:t>
            </w:r>
            <w:r>
              <w:rPr>
                <w:rFonts w:ascii="Arial" w:hAnsi="Arial"/>
                <w:b/>
                <w:color w:val="000000" w:themeColor="text1"/>
                <w:sz w:val="18"/>
              </w:rPr>
              <w:br/>
              <w:t>Responsibility &amp; Effort</w:t>
            </w:r>
            <w:r>
              <w:rPr>
                <w:rFonts w:ascii="Arial" w:hAnsi="Arial"/>
                <w:b/>
                <w:color w:val="000000" w:themeColor="text1"/>
                <w:sz w:val="18"/>
              </w:rPr>
              <w:br/>
              <w:t>(Sorumluluk ve Çaba)</w:t>
            </w:r>
            <w:r>
              <w:rPr>
                <w:rFonts w:ascii="Arial" w:hAnsi="Arial"/>
                <w:b/>
                <w:color w:val="000000" w:themeColor="text1"/>
                <w:sz w:val="18"/>
              </w:rPr>
              <w:br/>
            </w:r>
            <w:r>
              <w:rPr>
                <w:rFonts w:ascii="Arial" w:hAnsi="Arial"/>
                <w:i/>
                <w:color w:val="000000" w:themeColor="text1"/>
                <w:sz w:val="18"/>
              </w:rPr>
              <w:t>(Responsibility &amp; Effort)</w:t>
            </w:r>
          </w:p>
        </w:tc>
        <w:tc>
          <w:tcPr>
            <w:tcW w:w="2232"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0F504B97"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Ödev ve portfolyo görevlerini tam zamanında ve üstün çabayla, eksiksiz hazırlar.</w:t>
            </w:r>
            <w:r>
              <w:rPr>
                <w:rFonts w:ascii="Arial" w:hAnsi="Arial"/>
                <w:color w:val="000000" w:themeColor="text1"/>
                <w:sz w:val="18"/>
              </w:rPr>
              <w:br/>
            </w:r>
            <w:r>
              <w:rPr>
                <w:rFonts w:ascii="Arial" w:hAnsi="Arial"/>
                <w:i/>
                <w:color w:val="000000" w:themeColor="text1"/>
                <w:sz w:val="18"/>
              </w:rPr>
              <w:t>Completes all tasks/homework on time with outstanding effort and quality.</w:t>
            </w:r>
          </w:p>
        </w:tc>
        <w:tc>
          <w:tcPr>
            <w:tcW w:w="2232"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1670A16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Sorumluluklarını çoğunlukla zamanında yerine getirir, ders dışı çalışmalara gayret eder.</w:t>
            </w:r>
            <w:r>
              <w:rPr>
                <w:rFonts w:ascii="Arial" w:hAnsi="Arial"/>
                <w:color w:val="000000" w:themeColor="text1"/>
                <w:sz w:val="18"/>
              </w:rPr>
              <w:br/>
            </w:r>
            <w:r>
              <w:rPr>
                <w:rFonts w:ascii="Arial" w:hAnsi="Arial"/>
                <w:i/>
                <w:color w:val="000000" w:themeColor="text1"/>
                <w:sz w:val="18"/>
              </w:rPr>
              <w:t>Completes tasks mostly on time; shows positive effort to improve.</w:t>
            </w:r>
          </w:p>
        </w:tc>
        <w:tc>
          <w:tcPr>
            <w:tcW w:w="2232"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79ED5D3C"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Görevlerini hatırlatmayla ve geç tamamlar; ödevlerinde eksikler mevcuttur.</w:t>
            </w:r>
            <w:r>
              <w:rPr>
                <w:rFonts w:ascii="Arial" w:hAnsi="Arial"/>
                <w:color w:val="000000" w:themeColor="text1"/>
                <w:sz w:val="18"/>
              </w:rPr>
              <w:br/>
            </w:r>
            <w:r>
              <w:rPr>
                <w:rFonts w:ascii="Arial" w:hAnsi="Arial"/>
                <w:i/>
                <w:color w:val="000000" w:themeColor="text1"/>
                <w:sz w:val="18"/>
              </w:rPr>
              <w:t>Needs constant reminders to finish tasks; homework is often incomplete.</w:t>
            </w:r>
          </w:p>
        </w:tc>
        <w:tc>
          <w:tcPr>
            <w:tcW w:w="1638" w:type="dxa"/>
            <w:tcBorders>
              <w:top w:val="single" w:sz="4" w:space="0" w:color="E0E0E0"/>
              <w:left w:val="nil"/>
              <w:bottom w:val="single" w:sz="4" w:space="0" w:color="D3D3D3"/>
              <w:right w:val="nil"/>
            </w:tcBorders>
            <w:shd w:val="clear" w:color="auto" w:fill="F2F6F9"/>
            <w:tcMar>
              <w:top w:w="100" w:type="dxa"/>
              <w:left w:w="100" w:type="dxa"/>
              <w:bottom w:w="100" w:type="dxa"/>
              <w:right w:w="100" w:type="dxa"/>
            </w:tcMar>
            <w:vAlign w:val="center"/>
            <w:hideMark/>
          </w:tcPr>
          <w:p w14:paraId="221EBF0F" w14:textId="77777777" w:rsidR="00981229" w:rsidRPr="00B82146" w:rsidRDefault="00981229" w:rsidP="00781C85">
            <w:pPr>
              <w:spacing w:after="0" w:line="240" w:lineRule="auto"/>
              <w:rPr>
                <w:color w:val="000000" w:themeColor="text1"/>
                <w:sz w:val="18"/>
              </w:rPr>
            </w:pPr>
            <w:r>
              <w:rPr>
                <w:rFonts w:ascii="Arial" w:hAnsi="Arial"/>
                <w:color w:val="000000" w:themeColor="text1"/>
                <w:sz w:val="18"/>
              </w:rPr>
              <w:t>Hiçbir sorumluluğunu yerine getirmez, ödev yapmaz ve öğrenme çabası göstermez.</w:t>
            </w:r>
            <w:r>
              <w:rPr>
                <w:rFonts w:ascii="Arial" w:hAnsi="Arial"/>
                <w:color w:val="000000" w:themeColor="text1"/>
                <w:sz w:val="18"/>
              </w:rPr>
              <w:br/>
            </w:r>
            <w:r>
              <w:rPr>
                <w:rFonts w:ascii="Arial" w:hAnsi="Arial"/>
                <w:i/>
                <w:color w:val="000000" w:themeColor="text1"/>
                <w:sz w:val="18"/>
              </w:rPr>
              <w:t>Disregards responsibilities; rarely does homework, shows no effort.</w:t>
            </w:r>
          </w:p>
        </w:tc>
      </w:tr>
    </w:tbl>
    <w:p w14:paraId="00AC21AD" w14:textId="77777777" w:rsidR="00981229" w:rsidRDefault="00981229">
      <w:pPr>
        <w:keepNext/>
        <w:spacing w:before="360" w:after="120"/>
        <w:rPr>
          <w:rFonts w:ascii="Arial" w:hAnsi="Arial"/>
          <w:b/>
          <w:sz w:val="32"/>
        </w:rPr>
      </w:pPr>
    </w:p>
    <w:p w14:paraId="42A229EB" w14:textId="73D513BC" w:rsidR="00867C21" w:rsidRPr="003C72B7" w:rsidRDefault="00A14E1E">
      <w:pPr>
        <w:keepNext/>
        <w:spacing w:before="360" w:after="120"/>
      </w:pPr>
      <w:r>
        <w:rPr>
          <w:rFonts w:ascii="Arial" w:hAnsi="Arial"/>
          <w:b/>
          <w:sz w:val="32"/>
        </w:rPr>
        <w:t>Bölüm 7. Öğrenci Gelişim Müdahale ve Yeniden Değerlendirme Formu / Intervention and Re-assessment Form</w:t>
      </w:r>
    </w:p>
    <w:p w14:paraId="622EF037"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Değerlendirmeler sonucunda dil ediniminde destek gereksinimi duyan (sembolü ❢ olan) öğrencilere yönelik olarak uygulanan bireysel telafi, destek ve gelişim adımlarının belgelenmesi amacıyla hazırlanmıştır.</w:t>
      </w:r>
    </w:p>
    <w:tbl>
      <w:tblPr>
        <w:tblStyle w:val="TabloKlavuzu"/>
        <w:tblW w:w="0" w:type="auto"/>
        <w:tblLayout w:type="fixed"/>
        <w:tblLook w:val="04A0" w:firstRow="1" w:lastRow="0" w:firstColumn="1" w:lastColumn="0" w:noHBand="0" w:noVBand="1"/>
      </w:tblPr>
      <w:tblGrid>
        <w:gridCol w:w="4680"/>
        <w:gridCol w:w="4680"/>
      </w:tblGrid>
      <w:tr w:rsidR="003C72B7" w:rsidRPr="003C72B7" w14:paraId="601B2A6F" w14:textId="77777777">
        <w:tc>
          <w:tcPr>
            <w:tcW w:w="4680" w:type="dxa"/>
          </w:tcPr>
          <w:p w14:paraId="3DC251A3" w14:textId="77777777" w:rsidR="00867C21" w:rsidRPr="003C72B7" w:rsidRDefault="00A14E1E">
            <w:pPr>
              <w:spacing w:before="40" w:after="40"/>
            </w:pPr>
            <w:r>
              <w:rPr>
                <w:rFonts w:ascii="Calibri" w:hAnsi="Calibri"/>
                <w:b/>
                <w:sz w:val="19"/>
              </w:rPr>
              <w:t>Öğrenci Adı Soyadı / Student Name:</w:t>
            </w:r>
            <w:r>
              <w:rPr>
                <w:rFonts w:ascii="Calibri" w:hAnsi="Calibri"/>
                <w:b/>
                <w:sz w:val="19"/>
              </w:rPr>
              <w:br/>
            </w:r>
          </w:p>
        </w:tc>
        <w:tc>
          <w:tcPr>
            <w:tcW w:w="4680" w:type="dxa"/>
          </w:tcPr>
          <w:p w14:paraId="62C2A404" w14:textId="77777777" w:rsidR="00867C21" w:rsidRPr="003C72B7" w:rsidRDefault="00A14E1E">
            <w:pPr>
              <w:spacing w:before="40" w:after="40"/>
            </w:pPr>
            <w:r>
              <w:rPr>
                <w:rFonts w:ascii="Calibri" w:hAnsi="Calibri"/>
                <w:b/>
                <w:sz w:val="19"/>
              </w:rPr>
              <w:t>Tarih / Date:</w:t>
            </w:r>
            <w:r>
              <w:rPr>
                <w:rFonts w:ascii="Calibri" w:hAnsi="Calibri"/>
                <w:b/>
                <w:sz w:val="19"/>
              </w:rPr>
              <w:br/>
            </w:r>
          </w:p>
        </w:tc>
      </w:tr>
      <w:tr w:rsidR="003C72B7" w:rsidRPr="003C72B7" w14:paraId="6606E729" w14:textId="77777777">
        <w:tc>
          <w:tcPr>
            <w:tcW w:w="4680" w:type="dxa"/>
          </w:tcPr>
          <w:p w14:paraId="53ABD6EC" w14:textId="77777777" w:rsidR="00867C21" w:rsidRPr="003C72B7" w:rsidRDefault="00A14E1E">
            <w:pPr>
              <w:spacing w:before="40" w:after="40"/>
            </w:pPr>
            <w:r>
              <w:rPr>
                <w:rFonts w:ascii="Calibri" w:hAnsi="Calibri"/>
                <w:b/>
                <w:sz w:val="19"/>
              </w:rPr>
              <w:t>Desteklenen Dil Becerisi &amp; Kriter / Target Skill &amp; Criterion:</w:t>
            </w:r>
            <w:r>
              <w:rPr>
                <w:rFonts w:ascii="Calibri" w:hAnsi="Calibri"/>
                <w:b/>
                <w:sz w:val="19"/>
              </w:rPr>
              <w:br/>
            </w:r>
          </w:p>
          <w:p w14:paraId="0D37BD44" w14:textId="77777777" w:rsidR="00745635" w:rsidRPr="003C72B7" w:rsidRDefault="00745635">
            <w:pPr>
              <w:spacing w:before="40" w:after="40"/>
            </w:pPr>
          </w:p>
        </w:tc>
        <w:tc>
          <w:tcPr>
            <w:tcW w:w="4680" w:type="dxa"/>
          </w:tcPr>
          <w:p w14:paraId="2E64A47C" w14:textId="77777777" w:rsidR="00867C21" w:rsidRPr="003C72B7" w:rsidRDefault="00A14E1E">
            <w:pPr>
              <w:spacing w:before="40" w:after="40"/>
            </w:pPr>
            <w:r>
              <w:rPr>
                <w:rFonts w:ascii="Calibri" w:hAnsi="Calibri"/>
                <w:b/>
                <w:sz w:val="19"/>
              </w:rPr>
              <w:t>Gözlemlenen Güçlük ve Eksiklik / Observed Difficulty:</w:t>
            </w:r>
            <w:r>
              <w:rPr>
                <w:rFonts w:ascii="Calibri" w:hAnsi="Calibri"/>
                <w:b/>
                <w:sz w:val="19"/>
              </w:rPr>
              <w:br/>
            </w:r>
          </w:p>
        </w:tc>
      </w:tr>
      <w:tr w:rsidR="003C72B7" w:rsidRPr="003C72B7" w14:paraId="0F5EB703" w14:textId="77777777">
        <w:tc>
          <w:tcPr>
            <w:tcW w:w="4680" w:type="dxa"/>
          </w:tcPr>
          <w:p w14:paraId="31DEFFFD" w14:textId="77777777" w:rsidR="00867C21" w:rsidRPr="003C72B7" w:rsidRDefault="00A14E1E">
            <w:pPr>
              <w:spacing w:before="40" w:after="40"/>
            </w:pPr>
            <w:r>
              <w:rPr>
                <w:rFonts w:ascii="Calibri" w:hAnsi="Calibri"/>
                <w:b/>
                <w:sz w:val="19"/>
              </w:rPr>
              <w:t>Uygulanan Bireysel Destek ve Kaynaklar / Implemented Support:</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c>
          <w:tcPr>
            <w:tcW w:w="4680" w:type="dxa"/>
          </w:tcPr>
          <w:p w14:paraId="530F5C8F" w14:textId="77777777" w:rsidR="00867C21" w:rsidRPr="003C72B7" w:rsidRDefault="00A14E1E">
            <w:pPr>
              <w:spacing w:before="40" w:after="40"/>
            </w:pPr>
            <w:r>
              <w:rPr>
                <w:rFonts w:ascii="Calibri" w:hAnsi="Calibri"/>
                <w:b/>
                <w:sz w:val="19"/>
              </w:rPr>
              <w:t>Farklılaştırılmış Eğitim Planı (BEP) / Differentiated Activity Plan:</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r>
      <w:tr w:rsidR="003C72B7" w:rsidRPr="003C72B7" w14:paraId="54CC0743" w14:textId="77777777">
        <w:tc>
          <w:tcPr>
            <w:tcW w:w="4680" w:type="dxa"/>
          </w:tcPr>
          <w:p w14:paraId="3F9FB87E" w14:textId="77777777" w:rsidR="00867C21" w:rsidRPr="003C72B7" w:rsidRDefault="00A14E1E">
            <w:pPr>
              <w:spacing w:before="40" w:after="40"/>
            </w:pPr>
            <w:r>
              <w:rPr>
                <w:rFonts w:ascii="Calibri" w:hAnsi="Calibri"/>
                <w:b/>
                <w:sz w:val="19"/>
              </w:rPr>
              <w:t>Yeniden Değerlendirme Tarihi &amp; Sonuç / Re-assessment Result:</w:t>
            </w:r>
            <w:r>
              <w:rPr>
                <w:rFonts w:ascii="Calibri" w:hAnsi="Calibri"/>
                <w:b/>
                <w:sz w:val="19"/>
              </w:rPr>
              <w:br/>
            </w:r>
            <w:r>
              <w:rPr>
                <w:rFonts w:ascii="Calibri" w:hAnsi="Calibri"/>
                <w:b/>
                <w:sz w:val="19"/>
              </w:rPr>
              <w:br/>
            </w:r>
            <w:r>
              <w:rPr>
                <w:rFonts w:ascii="Calibri" w:hAnsi="Calibri"/>
                <w:b/>
                <w:sz w:val="19"/>
              </w:rPr>
              <w:br/>
            </w:r>
            <w:r>
              <w:rPr>
                <w:rFonts w:ascii="Calibri" w:hAnsi="Calibri"/>
                <w:b/>
                <w:sz w:val="19"/>
              </w:rPr>
              <w:br/>
            </w:r>
          </w:p>
        </w:tc>
        <w:tc>
          <w:tcPr>
            <w:tcW w:w="4680" w:type="dxa"/>
          </w:tcPr>
          <w:p w14:paraId="6D75A1C5" w14:textId="77777777" w:rsidR="00867C21" w:rsidRPr="003C72B7" w:rsidRDefault="00A14E1E">
            <w:pPr>
              <w:spacing w:before="40" w:after="40"/>
            </w:pPr>
            <w:r>
              <w:rPr>
                <w:rFonts w:ascii="Calibri" w:hAnsi="Calibri"/>
                <w:b/>
                <w:sz w:val="19"/>
              </w:rPr>
              <w:t>Gelişim Seviyesi / Final Status Symbol:</w:t>
            </w:r>
            <w:r>
              <w:rPr>
                <w:rFonts w:ascii="Calibri" w:hAnsi="Calibri"/>
                <w:b/>
                <w:sz w:val="19"/>
              </w:rPr>
              <w:br/>
              <w:t>★ İleri Düzey</w:t>
            </w:r>
            <w:r>
              <w:rPr>
                <w:rFonts w:ascii="Calibri" w:hAnsi="Calibri"/>
                <w:b/>
                <w:sz w:val="19"/>
              </w:rPr>
              <w:br/>
              <w:t>✔ Beklenen Düzey</w:t>
            </w:r>
            <w:r>
              <w:rPr>
                <w:rFonts w:ascii="Calibri" w:hAnsi="Calibri"/>
                <w:b/>
                <w:sz w:val="19"/>
              </w:rPr>
              <w:br/>
              <w:t>✚ Gelişmekte Olan</w:t>
            </w:r>
            <w:r>
              <w:rPr>
                <w:rFonts w:ascii="Calibri" w:hAnsi="Calibri"/>
                <w:b/>
                <w:sz w:val="19"/>
              </w:rPr>
              <w:br/>
              <w:t>❢ Başlangıç Düzeyi</w:t>
            </w:r>
          </w:p>
        </w:tc>
      </w:tr>
      <w:tr w:rsidR="003C72B7" w:rsidRPr="003C72B7" w14:paraId="18DB6782" w14:textId="77777777">
        <w:tc>
          <w:tcPr>
            <w:tcW w:w="4680" w:type="dxa"/>
          </w:tcPr>
          <w:p w14:paraId="323F898E" w14:textId="77777777" w:rsidR="00867C21" w:rsidRPr="003C72B7" w:rsidRDefault="00A14E1E">
            <w:pPr>
              <w:spacing w:before="40" w:after="40"/>
            </w:pPr>
            <w:r>
              <w:rPr>
                <w:rFonts w:ascii="Calibri" w:hAnsi="Calibri"/>
                <w:b/>
                <w:sz w:val="19"/>
              </w:rPr>
              <w:t>Sonraki Adımlar / Next Learning Plan:</w:t>
            </w:r>
            <w:r>
              <w:rPr>
                <w:rFonts w:ascii="Calibri" w:hAnsi="Calibri"/>
                <w:b/>
                <w:sz w:val="19"/>
              </w:rPr>
              <w:br/>
            </w:r>
            <w:r>
              <w:rPr>
                <w:rFonts w:ascii="Calibri" w:hAnsi="Calibri"/>
                <w:b/>
                <w:sz w:val="19"/>
              </w:rPr>
              <w:br/>
            </w:r>
            <w:r>
              <w:rPr>
                <w:rFonts w:ascii="Calibri" w:hAnsi="Calibri"/>
                <w:b/>
                <w:sz w:val="19"/>
              </w:rPr>
              <w:br/>
            </w:r>
          </w:p>
        </w:tc>
        <w:tc>
          <w:tcPr>
            <w:tcW w:w="4680" w:type="dxa"/>
          </w:tcPr>
          <w:p w14:paraId="4A8CDBDC" w14:textId="77777777" w:rsidR="00867C21" w:rsidRPr="003C72B7" w:rsidRDefault="00A14E1E">
            <w:pPr>
              <w:spacing w:before="40" w:after="40"/>
            </w:pPr>
            <w:r>
              <w:rPr>
                <w:rFonts w:ascii="Calibri" w:hAnsi="Calibri"/>
                <w:b/>
                <w:sz w:val="19"/>
              </w:rPr>
              <w:t>Öğretmen Notları &amp; Dönüt / Remarks:</w:t>
            </w:r>
            <w:r>
              <w:rPr>
                <w:rFonts w:ascii="Calibri" w:hAnsi="Calibri"/>
                <w:b/>
                <w:sz w:val="19"/>
              </w:rPr>
              <w:br/>
            </w:r>
            <w:r>
              <w:rPr>
                <w:rFonts w:ascii="Calibri" w:hAnsi="Calibri"/>
                <w:b/>
                <w:sz w:val="19"/>
              </w:rPr>
              <w:br/>
            </w:r>
            <w:r>
              <w:rPr>
                <w:rFonts w:ascii="Calibri" w:hAnsi="Calibri"/>
                <w:b/>
                <w:sz w:val="19"/>
              </w:rPr>
              <w:br/>
            </w:r>
          </w:p>
        </w:tc>
      </w:tr>
    </w:tbl>
    <w:p w14:paraId="341E9EE0" w14:textId="5E606710" w:rsidR="00867C21" w:rsidRPr="003C72B7" w:rsidRDefault="00A14E1E">
      <w:pPr>
        <w:spacing w:after="120"/>
      </w:pPr>
      <w:r>
        <w:rPr>
          <w:rFonts w:ascii="Calibri" w:hAnsi="Calibri"/>
          <w:sz w:val="21"/>
        </w:rPr>
        <w:br/>
        <w:t>İngilizce Öğretmeni / English Teacher                     Veli / Parent                     Okul Müdürü / Principal</w:t>
      </w:r>
      <w:r>
        <w:rPr>
          <w:rFonts w:ascii="Calibri" w:hAnsi="Calibri"/>
          <w:sz w:val="21"/>
        </w:rPr>
        <w:br/>
        <w:t xml:space="preserve">İmza / Signature                                     </w:t>
      </w:r>
      <w:r>
        <w:rPr>
          <w:rFonts w:ascii="Calibri" w:hAnsi="Calibri"/>
          <w:sz w:val="21"/>
        </w:rPr>
        <w:tab/>
      </w:r>
      <w:r>
        <w:rPr>
          <w:rFonts w:ascii="Calibri" w:hAnsi="Calibri"/>
          <w:sz w:val="21"/>
        </w:rPr>
        <w:tab/>
        <w:t xml:space="preserve"> İmza / Signature                     İmza / Signature</w:t>
      </w:r>
    </w:p>
    <w:p w14:paraId="15C1B724" w14:textId="77777777" w:rsidR="00867C21" w:rsidRPr="003C72B7" w:rsidRDefault="00A14E1E">
      <w:r>
        <w:br w:type="page"/>
      </w:r>
    </w:p>
    <w:p w14:paraId="439BA9A8" w14:textId="00918E0C" w:rsidR="00867C21" w:rsidRPr="003C72B7" w:rsidRDefault="00A14E1E">
      <w:pPr>
        <w:keepNext/>
        <w:spacing w:before="360" w:after="120"/>
      </w:pPr>
      <w:r>
        <w:rPr>
          <w:rFonts w:ascii="Arial" w:hAnsi="Arial"/>
          <w:b/>
          <w:sz w:val="32"/>
        </w:rPr>
        <w:t>Bölüm 8. Haftalık Sınıf Gözlem Defteri Şablonu / Weekly Observation Journal Template -Opsiyonel</w:t>
      </w:r>
    </w:p>
    <w:p w14:paraId="45C87A1B" w14:textId="722B7519"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Öğretmenin her eğitim haftası sonunda sınıfın genel dil becerisi gelişim düzeyini, karşılaşılan telaffuz veya dil bilgisi aksaklıklarını ve gelecek haftanın planlama notlarını el yazısıyla kaydedebileceği pratik bir şablondur. Tüm bölümlüler doldurulmak zorunda değildir öğretmen kendisi için gelecek haftaya dair unutmaması gereken noktaları not alabilir</w:t>
      </w:r>
    </w:p>
    <w:p w14:paraId="06A55059" w14:textId="5E94367D" w:rsidR="00745635" w:rsidRPr="00C8003B" w:rsidRDefault="00C8003B" w:rsidP="00C8003B">
      <w:pPr>
        <w:spacing w:after="120"/>
        <w:rPr>
          <w:rFonts w:ascii="Calibri" w:hAnsi="Calibri"/>
          <w:b/>
          <w:bCs/>
          <w:sz w:val="21"/>
        </w:rPr>
      </w:pPr>
      <w:r>
        <w:rPr>
          <w:rFonts w:ascii="Calibri" w:hAnsi="Calibri"/>
          <w:b/>
          <w:bCs/>
          <w:sz w:val="28"/>
          <w:szCs w:val="32"/>
        </w:rPr>
        <w:t>………. . HAFTA</w:t>
      </w:r>
      <w:r>
        <w:rPr>
          <w:rFonts w:ascii="Calibri" w:hAnsi="Calibri"/>
          <w:b/>
          <w:bCs/>
          <w:sz w:val="28"/>
          <w:szCs w:val="32"/>
        </w:rPr>
        <w:br/>
      </w:r>
      <w:r>
        <w:rPr>
          <w:rFonts w:ascii="Calibri" w:hAnsi="Calibri"/>
          <w:b/>
          <w:bCs/>
          <w:sz w:val="21"/>
        </w:rPr>
        <w:t>BU HAFTA İLE İLGİLİ EN ÇOK AKILDA KALMASI GEREKENLER ( BAŞARILI ÖĞRENCİLER,GAYRET EDENLER, ÖĞRENME SÜREÇLERİ İLE İLGİLİ GÖZLEMLERİM- VELİ GÖRÜŞMESİ YAPMAM GEREKEN ÇOCUKLAR, GELECEK HAFTA YAPMAM GEREKEN HATIRLATMALAR:</w:t>
      </w:r>
    </w:p>
    <w:tbl>
      <w:tblPr>
        <w:tblStyle w:val="TabloKlavuzu"/>
        <w:tblW w:w="0" w:type="auto"/>
        <w:tblLook w:val="04A0" w:firstRow="1" w:lastRow="0" w:firstColumn="1" w:lastColumn="0" w:noHBand="0" w:noVBand="1"/>
      </w:tblPr>
      <w:tblGrid>
        <w:gridCol w:w="10174"/>
      </w:tblGrid>
      <w:tr w:rsidR="009869FA" w14:paraId="19708127" w14:textId="77777777" w:rsidTr="009869FA">
        <w:tc>
          <w:tcPr>
            <w:tcW w:w="10400" w:type="dxa"/>
          </w:tcPr>
          <w:p w14:paraId="19E79E70" w14:textId="77777777" w:rsidR="009869FA" w:rsidRDefault="009869FA">
            <w:pPr>
              <w:spacing w:after="120"/>
              <w:rPr>
                <w:rFonts w:ascii="Calibri" w:hAnsi="Calibri"/>
                <w:sz w:val="21"/>
              </w:rPr>
            </w:pPr>
          </w:p>
          <w:p w14:paraId="0ED489DF" w14:textId="77777777" w:rsidR="009869FA" w:rsidRDefault="009869FA">
            <w:pPr>
              <w:spacing w:after="120"/>
              <w:rPr>
                <w:rFonts w:ascii="Calibri" w:hAnsi="Calibri"/>
                <w:sz w:val="21"/>
              </w:rPr>
            </w:pPr>
          </w:p>
          <w:p w14:paraId="19251AE7" w14:textId="77777777" w:rsidR="009869FA" w:rsidRDefault="009869FA">
            <w:pPr>
              <w:spacing w:after="120"/>
              <w:rPr>
                <w:rFonts w:ascii="Calibri" w:hAnsi="Calibri"/>
                <w:sz w:val="21"/>
              </w:rPr>
            </w:pPr>
          </w:p>
          <w:p w14:paraId="0BB99371" w14:textId="77777777" w:rsidR="009869FA" w:rsidRDefault="009869FA">
            <w:pPr>
              <w:spacing w:after="120"/>
              <w:rPr>
                <w:rFonts w:ascii="Calibri" w:hAnsi="Calibri"/>
                <w:sz w:val="21"/>
              </w:rPr>
            </w:pPr>
          </w:p>
          <w:p w14:paraId="3ED5EA16" w14:textId="77777777" w:rsidR="009869FA" w:rsidRDefault="009869FA">
            <w:pPr>
              <w:spacing w:after="120"/>
              <w:rPr>
                <w:rFonts w:ascii="Calibri" w:hAnsi="Calibri"/>
                <w:sz w:val="21"/>
              </w:rPr>
            </w:pPr>
          </w:p>
          <w:p w14:paraId="2D3C5F34" w14:textId="77777777" w:rsidR="009869FA" w:rsidRDefault="009869FA">
            <w:pPr>
              <w:spacing w:after="120"/>
              <w:rPr>
                <w:rFonts w:ascii="Calibri" w:hAnsi="Calibri"/>
                <w:sz w:val="21"/>
              </w:rPr>
            </w:pPr>
          </w:p>
          <w:p w14:paraId="75095676" w14:textId="77777777" w:rsidR="009869FA" w:rsidRDefault="009869FA">
            <w:pPr>
              <w:spacing w:after="120"/>
              <w:rPr>
                <w:rFonts w:ascii="Calibri" w:hAnsi="Calibri"/>
                <w:sz w:val="21"/>
              </w:rPr>
            </w:pPr>
          </w:p>
          <w:p w14:paraId="76608754" w14:textId="77777777" w:rsidR="009869FA" w:rsidRDefault="009869FA">
            <w:pPr>
              <w:spacing w:after="120"/>
              <w:rPr>
                <w:rFonts w:ascii="Calibri" w:hAnsi="Calibri"/>
                <w:sz w:val="21"/>
              </w:rPr>
            </w:pPr>
          </w:p>
          <w:p w14:paraId="2A41C5BB" w14:textId="77777777" w:rsidR="009869FA" w:rsidRDefault="009869FA">
            <w:pPr>
              <w:spacing w:after="120"/>
              <w:rPr>
                <w:rFonts w:ascii="Calibri" w:hAnsi="Calibri"/>
                <w:sz w:val="21"/>
              </w:rPr>
            </w:pPr>
          </w:p>
          <w:p w14:paraId="3DE513A0" w14:textId="77777777" w:rsidR="009869FA" w:rsidRDefault="009869FA">
            <w:pPr>
              <w:spacing w:after="120"/>
              <w:rPr>
                <w:rFonts w:ascii="Calibri" w:hAnsi="Calibri"/>
                <w:sz w:val="21"/>
              </w:rPr>
            </w:pPr>
          </w:p>
          <w:p w14:paraId="514F03DA" w14:textId="77777777" w:rsidR="009869FA" w:rsidRDefault="009869FA">
            <w:pPr>
              <w:spacing w:after="120"/>
              <w:rPr>
                <w:rFonts w:ascii="Calibri" w:hAnsi="Calibri"/>
                <w:sz w:val="21"/>
              </w:rPr>
            </w:pPr>
          </w:p>
          <w:p w14:paraId="2927EDD1" w14:textId="77777777" w:rsidR="009869FA" w:rsidRDefault="009869FA">
            <w:pPr>
              <w:spacing w:after="120"/>
              <w:rPr>
                <w:rFonts w:ascii="Calibri" w:hAnsi="Calibri"/>
                <w:sz w:val="21"/>
              </w:rPr>
            </w:pPr>
          </w:p>
          <w:p w14:paraId="24ECF042" w14:textId="77777777" w:rsidR="009869FA" w:rsidRDefault="009869FA">
            <w:pPr>
              <w:spacing w:after="120"/>
              <w:rPr>
                <w:rFonts w:ascii="Calibri" w:hAnsi="Calibri"/>
                <w:sz w:val="21"/>
              </w:rPr>
            </w:pPr>
          </w:p>
          <w:p w14:paraId="4A84E153" w14:textId="77777777" w:rsidR="009869FA" w:rsidRDefault="009869FA">
            <w:pPr>
              <w:spacing w:after="120"/>
              <w:rPr>
                <w:rFonts w:ascii="Calibri" w:hAnsi="Calibri"/>
                <w:sz w:val="21"/>
              </w:rPr>
            </w:pPr>
          </w:p>
          <w:p w14:paraId="32842F19" w14:textId="77777777" w:rsidR="009869FA" w:rsidRDefault="009869FA">
            <w:pPr>
              <w:spacing w:after="120"/>
              <w:rPr>
                <w:rFonts w:ascii="Calibri" w:hAnsi="Calibri"/>
                <w:sz w:val="21"/>
              </w:rPr>
            </w:pPr>
          </w:p>
          <w:p w14:paraId="368E6211" w14:textId="77777777" w:rsidR="009869FA" w:rsidRDefault="009869FA">
            <w:pPr>
              <w:spacing w:after="120"/>
              <w:rPr>
                <w:rFonts w:ascii="Calibri" w:hAnsi="Calibri"/>
                <w:sz w:val="21"/>
              </w:rPr>
            </w:pPr>
          </w:p>
          <w:p w14:paraId="47005864" w14:textId="77777777" w:rsidR="009869FA" w:rsidRDefault="009869FA">
            <w:pPr>
              <w:spacing w:after="120"/>
              <w:rPr>
                <w:rFonts w:ascii="Calibri" w:hAnsi="Calibri"/>
                <w:sz w:val="21"/>
              </w:rPr>
            </w:pPr>
          </w:p>
          <w:p w14:paraId="3BCFB4B6" w14:textId="77777777" w:rsidR="009869FA" w:rsidRDefault="009869FA">
            <w:pPr>
              <w:spacing w:after="120"/>
              <w:rPr>
                <w:rFonts w:ascii="Calibri" w:hAnsi="Calibri"/>
                <w:sz w:val="21"/>
              </w:rPr>
            </w:pPr>
          </w:p>
          <w:p w14:paraId="05FE2F33" w14:textId="77777777" w:rsidR="009869FA" w:rsidRDefault="009869FA">
            <w:pPr>
              <w:spacing w:after="120"/>
              <w:rPr>
                <w:rFonts w:ascii="Calibri" w:hAnsi="Calibri"/>
                <w:sz w:val="21"/>
              </w:rPr>
            </w:pPr>
          </w:p>
          <w:p w14:paraId="64149F0D" w14:textId="77777777" w:rsidR="009869FA" w:rsidRDefault="009869FA">
            <w:pPr>
              <w:spacing w:after="120"/>
              <w:rPr>
                <w:rFonts w:ascii="Calibri" w:hAnsi="Calibri"/>
                <w:sz w:val="21"/>
              </w:rPr>
            </w:pPr>
          </w:p>
          <w:p w14:paraId="1418AE0D" w14:textId="77777777" w:rsidR="009869FA" w:rsidRDefault="009869FA">
            <w:pPr>
              <w:spacing w:after="120"/>
              <w:rPr>
                <w:rFonts w:ascii="Calibri" w:hAnsi="Calibri"/>
                <w:sz w:val="21"/>
              </w:rPr>
            </w:pPr>
          </w:p>
          <w:p w14:paraId="6FBE8CBA" w14:textId="77777777" w:rsidR="009869FA" w:rsidRDefault="009869FA">
            <w:pPr>
              <w:spacing w:after="120"/>
              <w:rPr>
                <w:rFonts w:ascii="Calibri" w:hAnsi="Calibri"/>
                <w:sz w:val="21"/>
              </w:rPr>
            </w:pPr>
          </w:p>
          <w:p w14:paraId="5BA9BACF" w14:textId="77777777" w:rsidR="009869FA" w:rsidRDefault="009869FA">
            <w:pPr>
              <w:spacing w:after="120"/>
              <w:rPr>
                <w:rFonts w:ascii="Calibri" w:hAnsi="Calibri"/>
                <w:sz w:val="21"/>
              </w:rPr>
            </w:pPr>
          </w:p>
        </w:tc>
      </w:tr>
    </w:tbl>
    <w:p w14:paraId="5AEC8CB6" w14:textId="0FAFD096" w:rsidR="009869FA" w:rsidRPr="003C72B7" w:rsidRDefault="009869FA">
      <w:pPr>
        <w:spacing w:after="120"/>
        <w:rPr>
          <w:rFonts w:ascii="Calibri" w:hAnsi="Calibri"/>
          <w:sz w:val="21"/>
        </w:rPr>
      </w:pPr>
    </w:p>
    <w:p w14:paraId="333EB2F6" w14:textId="77777777" w:rsidR="00745635" w:rsidRPr="003C72B7" w:rsidRDefault="00745635">
      <w:pPr>
        <w:spacing w:after="120"/>
        <w:rPr>
          <w:rFonts w:ascii="Calibri" w:hAnsi="Calibri"/>
          <w:sz w:val="21"/>
        </w:rPr>
      </w:pPr>
    </w:p>
    <w:p w14:paraId="2E292000" w14:textId="77777777" w:rsidR="00745635" w:rsidRPr="003C72B7" w:rsidRDefault="00745635">
      <w:pPr>
        <w:spacing w:after="120"/>
        <w:rPr>
          <w:rFonts w:ascii="Calibri" w:hAnsi="Calibri"/>
          <w:sz w:val="21"/>
        </w:rPr>
      </w:pPr>
    </w:p>
    <w:p w14:paraId="0D822111" w14:textId="488A7157" w:rsidR="00867C21" w:rsidRPr="003C72B7" w:rsidRDefault="00A14E1E">
      <w:pPr>
        <w:spacing w:after="120"/>
      </w:pPr>
      <w:r>
        <w:rPr>
          <w:rFonts w:ascii="Calibri" w:hAnsi="Calibri"/>
          <w:sz w:val="21"/>
        </w:rPr>
        <w:t>Öğretmen İmzası / Signature: .......................................       Tarih / Date: ....../....../202...</w:t>
      </w:r>
    </w:p>
    <w:p w14:paraId="026FA35E" w14:textId="72B10A29" w:rsidR="00867C21" w:rsidRPr="003C72B7" w:rsidRDefault="00A14E1E">
      <w:pPr>
        <w:keepNext/>
        <w:spacing w:before="360" w:after="120"/>
      </w:pPr>
      <w:r>
        <w:rPr>
          <w:rFonts w:ascii="Arial" w:hAnsi="Arial"/>
          <w:b/>
          <w:sz w:val="32"/>
        </w:rPr>
        <w:t>Bölüm 9. Tema Öğretmen Günlüğü Şablonu / Theme Teacher Journal Template  -Opsiyonel</w:t>
      </w:r>
    </w:p>
    <w:p w14:paraId="3808E32B" w14:textId="4AFE4732" w:rsidR="00745635" w:rsidRPr="0058539E" w:rsidRDefault="00A14E1E" w:rsidP="00745635">
      <w:pPr>
        <w:spacing w:before="80" w:after="160"/>
        <w:rPr>
          <w:rFonts w:ascii="Calibri" w:hAnsi="Calibri"/>
          <w:i/>
          <w:sz w:val="19"/>
        </w:rPr>
      </w:pPr>
      <w:r>
        <w:rPr>
          <w:rFonts w:ascii="Calibri" w:hAnsi="Calibri"/>
          <w:b/>
          <w:i/>
          <w:sz w:val="19"/>
        </w:rPr>
        <w:t xml:space="preserve">ℹ️ Metodolojik Açıklama: </w:t>
      </w:r>
      <w:r>
        <w:rPr>
          <w:rFonts w:ascii="Calibri" w:hAnsi="Calibri"/>
          <w:i/>
          <w:sz w:val="19"/>
        </w:rPr>
        <w:t>Her temanın bitiminde (yaklaşık 3-4 haftada bir) öğretmenin müfredat hedefleri, farklılaştırılmış öğretim uygulamaları ve veli iletişim süreçlerini bütünsel olarak yansıtması amacıyla tasarlanmıştır.Öğretmen kendisi için sürece dair unutmaması gereken noktaları not alabilir</w:t>
      </w:r>
    </w:p>
    <w:p w14:paraId="3D60722C" w14:textId="77777777" w:rsidR="00745635" w:rsidRPr="003C72B7" w:rsidRDefault="00745635">
      <w:pPr>
        <w:spacing w:before="80" w:after="160"/>
      </w:pPr>
    </w:p>
    <w:p w14:paraId="4A669347" w14:textId="41DBD617" w:rsidR="0058539E" w:rsidRPr="0058539E" w:rsidRDefault="00A14E1E" w:rsidP="00027965">
      <w:pPr>
        <w:spacing w:after="120"/>
        <w:rPr>
          <w:rFonts w:ascii="Calibri" w:hAnsi="Calibri"/>
          <w:b/>
          <w:bCs/>
          <w:sz w:val="24"/>
          <w:szCs w:val="28"/>
        </w:rPr>
      </w:pPr>
      <w:r>
        <w:rPr>
          <w:rFonts w:ascii="Calibri" w:hAnsi="Calibri"/>
          <w:sz w:val="21"/>
        </w:rPr>
        <w:br/>
      </w:r>
      <w:r>
        <w:rPr>
          <w:rFonts w:ascii="Calibri" w:hAnsi="Calibri"/>
          <w:b/>
          <w:bCs/>
          <w:sz w:val="24"/>
          <w:szCs w:val="28"/>
        </w:rPr>
        <w:t>Değerlendirilen Tema / Theme :</w:t>
      </w:r>
    </w:p>
    <w:p w14:paraId="1F1FEFC0" w14:textId="73D4EBCA" w:rsidR="00027965" w:rsidRPr="0058539E" w:rsidRDefault="00027965" w:rsidP="00027965">
      <w:pPr>
        <w:spacing w:after="120"/>
        <w:rPr>
          <w:rFonts w:ascii="Calibri" w:hAnsi="Calibri"/>
          <w:b/>
          <w:bCs/>
          <w:sz w:val="24"/>
          <w:szCs w:val="28"/>
        </w:rPr>
      </w:pPr>
      <w:r>
        <w:rPr>
          <w:rFonts w:ascii="Calibri" w:hAnsi="Calibri"/>
          <w:b/>
          <w:bCs/>
          <w:sz w:val="24"/>
          <w:szCs w:val="28"/>
        </w:rPr>
        <w:t>Değerlendirme Tarihi / Date:</w:t>
      </w:r>
    </w:p>
    <w:p w14:paraId="273D4F73" w14:textId="77777777" w:rsidR="00027965" w:rsidRPr="00027965" w:rsidRDefault="00027965" w:rsidP="00027965">
      <w:pPr>
        <w:spacing w:after="120"/>
        <w:rPr>
          <w:rFonts w:ascii="Calibri" w:hAnsi="Calibri"/>
          <w:sz w:val="21"/>
        </w:rPr>
      </w:pPr>
    </w:p>
    <w:p w14:paraId="178C8174" w14:textId="524EB020" w:rsidR="00027965" w:rsidRPr="00027965" w:rsidRDefault="0058539E" w:rsidP="00027965">
      <w:pPr>
        <w:spacing w:after="120"/>
        <w:rPr>
          <w:rFonts w:ascii="Calibri" w:hAnsi="Calibri"/>
          <w:sz w:val="21"/>
        </w:rPr>
      </w:pPr>
      <w:r>
        <w:rPr>
          <w:rFonts w:ascii="Calibri" w:hAnsi="Calibri"/>
          <w:sz w:val="21"/>
        </w:rPr>
        <w:t>(Hedef Dil Çıktılarının Gerçekleşme Düzeyi / Achievement Level-Süreç İçinde SELS ve Değerler Gelişimi Gözlemleri</w:t>
      </w:r>
    </w:p>
    <w:p w14:paraId="67C808F3" w14:textId="4FC79737" w:rsidR="00027965" w:rsidRPr="00027965" w:rsidRDefault="00027965" w:rsidP="00027965">
      <w:pPr>
        <w:spacing w:after="120"/>
        <w:rPr>
          <w:rFonts w:ascii="Calibri" w:hAnsi="Calibri"/>
          <w:sz w:val="21"/>
        </w:rPr>
      </w:pPr>
      <w:r>
        <w:rPr>
          <w:rFonts w:ascii="Calibri" w:hAnsi="Calibri"/>
          <w:sz w:val="21"/>
        </w:rPr>
        <w:t>Farklılaştırılmış Eğitim ve Müdahaleler / Supports-Bireysel Destek Alan Öğrencilerin Gelişim Durumu</w:t>
      </w:r>
    </w:p>
    <w:p w14:paraId="13A0616D" w14:textId="0192401A" w:rsidR="00027965" w:rsidRPr="00027965" w:rsidRDefault="00027965" w:rsidP="00027965">
      <w:pPr>
        <w:spacing w:after="120"/>
        <w:rPr>
          <w:rFonts w:ascii="Calibri" w:hAnsi="Calibri"/>
          <w:sz w:val="21"/>
        </w:rPr>
      </w:pPr>
      <w:r>
        <w:rPr>
          <w:rFonts w:ascii="Calibri" w:hAnsi="Calibri"/>
          <w:sz w:val="21"/>
        </w:rPr>
        <w:t>Veli İş Birliği Görüşmeleri ve Dönütlerin Özeti-Uygulanan Gecikmeli Geri Bildirim Etkinlikleri</w:t>
      </w:r>
    </w:p>
    <w:p w14:paraId="13D31B89" w14:textId="2FC79E32" w:rsidR="00027965" w:rsidRDefault="00027965" w:rsidP="00027965">
      <w:pPr>
        <w:spacing w:after="120"/>
        <w:rPr>
          <w:rFonts w:ascii="Calibri" w:hAnsi="Calibri"/>
          <w:sz w:val="21"/>
        </w:rPr>
      </w:pPr>
      <w:r>
        <w:rPr>
          <w:rFonts w:ascii="Calibri" w:hAnsi="Calibri"/>
          <w:sz w:val="21"/>
        </w:rPr>
        <w:t>Tema Sonu Gelişim Analizi ve Öz Yansıtma Notları -Gelecek Tema İçin Metodolojik Uyarlama ve Kararlar vs.)</w:t>
      </w:r>
    </w:p>
    <w:p w14:paraId="094AFCDF" w14:textId="140894ED" w:rsidR="0058539E" w:rsidRPr="0058539E" w:rsidRDefault="0058539E" w:rsidP="00027965">
      <w:pPr>
        <w:spacing w:after="120"/>
        <w:rPr>
          <w:rFonts w:ascii="Calibri" w:hAnsi="Calibri"/>
          <w:b/>
          <w:bCs/>
          <w:sz w:val="21"/>
        </w:rPr>
      </w:pPr>
      <w:r>
        <w:rPr>
          <w:rFonts w:ascii="Calibri" w:hAnsi="Calibri"/>
          <w:b/>
          <w:bCs/>
          <w:sz w:val="21"/>
        </w:rPr>
        <w:t>BU TEMA iLE iLGiLi GENEL GÖRÜŞLERiM VE ÖĞRENCiLERiMLE iLGiLi DiKKATiMi ÇEKEN HUSUSLAR :</w:t>
      </w:r>
    </w:p>
    <w:tbl>
      <w:tblPr>
        <w:tblStyle w:val="TabloKlavuzu"/>
        <w:tblW w:w="0" w:type="auto"/>
        <w:tblLook w:val="04A0" w:firstRow="1" w:lastRow="0" w:firstColumn="1" w:lastColumn="0" w:noHBand="0" w:noVBand="1"/>
      </w:tblPr>
      <w:tblGrid>
        <w:gridCol w:w="10174"/>
      </w:tblGrid>
      <w:tr w:rsidR="0058539E" w14:paraId="41814DED" w14:textId="77777777" w:rsidTr="0058539E">
        <w:tc>
          <w:tcPr>
            <w:tcW w:w="10400" w:type="dxa"/>
          </w:tcPr>
          <w:p w14:paraId="55302E26" w14:textId="77777777" w:rsidR="0058539E" w:rsidRDefault="0058539E" w:rsidP="00027965">
            <w:pPr>
              <w:spacing w:after="120"/>
              <w:rPr>
                <w:rFonts w:ascii="Calibri" w:hAnsi="Calibri"/>
                <w:sz w:val="21"/>
              </w:rPr>
            </w:pPr>
          </w:p>
          <w:p w14:paraId="7A6D702B" w14:textId="77777777" w:rsidR="0058539E" w:rsidRDefault="0058539E" w:rsidP="00027965">
            <w:pPr>
              <w:spacing w:after="120"/>
              <w:rPr>
                <w:rFonts w:ascii="Calibri" w:hAnsi="Calibri"/>
                <w:sz w:val="21"/>
              </w:rPr>
            </w:pPr>
          </w:p>
          <w:p w14:paraId="4DD0A24C" w14:textId="77777777" w:rsidR="0058539E" w:rsidRDefault="0058539E" w:rsidP="00027965">
            <w:pPr>
              <w:spacing w:after="120"/>
              <w:rPr>
                <w:rFonts w:ascii="Calibri" w:hAnsi="Calibri"/>
                <w:sz w:val="21"/>
              </w:rPr>
            </w:pPr>
          </w:p>
          <w:p w14:paraId="085B1FDC" w14:textId="77777777" w:rsidR="0058539E" w:rsidRDefault="0058539E" w:rsidP="00027965">
            <w:pPr>
              <w:spacing w:after="120"/>
              <w:rPr>
                <w:rFonts w:ascii="Calibri" w:hAnsi="Calibri"/>
                <w:sz w:val="21"/>
              </w:rPr>
            </w:pPr>
          </w:p>
          <w:p w14:paraId="3AFED425" w14:textId="77777777" w:rsidR="0058539E" w:rsidRDefault="0058539E" w:rsidP="00027965">
            <w:pPr>
              <w:spacing w:after="120"/>
              <w:rPr>
                <w:rFonts w:ascii="Calibri" w:hAnsi="Calibri"/>
                <w:sz w:val="21"/>
              </w:rPr>
            </w:pPr>
          </w:p>
          <w:p w14:paraId="4DC9D067" w14:textId="77777777" w:rsidR="0058539E" w:rsidRDefault="0058539E" w:rsidP="00027965">
            <w:pPr>
              <w:spacing w:after="120"/>
              <w:rPr>
                <w:rFonts w:ascii="Calibri" w:hAnsi="Calibri"/>
                <w:sz w:val="21"/>
              </w:rPr>
            </w:pPr>
          </w:p>
          <w:p w14:paraId="6B3453C1" w14:textId="77777777" w:rsidR="0058539E" w:rsidRDefault="0058539E" w:rsidP="00027965">
            <w:pPr>
              <w:spacing w:after="120"/>
              <w:rPr>
                <w:rFonts w:ascii="Calibri" w:hAnsi="Calibri"/>
                <w:sz w:val="21"/>
              </w:rPr>
            </w:pPr>
          </w:p>
          <w:p w14:paraId="6C927DED" w14:textId="77777777" w:rsidR="0058539E" w:rsidRDefault="0058539E" w:rsidP="00027965">
            <w:pPr>
              <w:spacing w:after="120"/>
              <w:rPr>
                <w:rFonts w:ascii="Calibri" w:hAnsi="Calibri"/>
                <w:sz w:val="21"/>
              </w:rPr>
            </w:pPr>
          </w:p>
          <w:p w14:paraId="562AA57A" w14:textId="77777777" w:rsidR="0058539E" w:rsidRDefault="0058539E" w:rsidP="00027965">
            <w:pPr>
              <w:spacing w:after="120"/>
              <w:rPr>
                <w:rFonts w:ascii="Calibri" w:hAnsi="Calibri"/>
                <w:sz w:val="21"/>
              </w:rPr>
            </w:pPr>
          </w:p>
          <w:p w14:paraId="53EE6FBA" w14:textId="77777777" w:rsidR="0058539E" w:rsidRDefault="0058539E" w:rsidP="00027965">
            <w:pPr>
              <w:spacing w:after="120"/>
              <w:rPr>
                <w:rFonts w:ascii="Calibri" w:hAnsi="Calibri"/>
                <w:sz w:val="21"/>
              </w:rPr>
            </w:pPr>
          </w:p>
          <w:p w14:paraId="465D2919" w14:textId="77777777" w:rsidR="0058539E" w:rsidRDefault="0058539E" w:rsidP="00027965">
            <w:pPr>
              <w:spacing w:after="120"/>
              <w:rPr>
                <w:rFonts w:ascii="Calibri" w:hAnsi="Calibri"/>
                <w:sz w:val="21"/>
              </w:rPr>
            </w:pPr>
          </w:p>
          <w:p w14:paraId="031DA4D3" w14:textId="77777777" w:rsidR="0058539E" w:rsidRDefault="0058539E" w:rsidP="00027965">
            <w:pPr>
              <w:spacing w:after="120"/>
              <w:rPr>
                <w:rFonts w:ascii="Calibri" w:hAnsi="Calibri"/>
                <w:sz w:val="21"/>
              </w:rPr>
            </w:pPr>
          </w:p>
          <w:p w14:paraId="4071BD7D" w14:textId="77777777" w:rsidR="0058539E" w:rsidRDefault="0058539E" w:rsidP="00027965">
            <w:pPr>
              <w:spacing w:after="120"/>
              <w:rPr>
                <w:rFonts w:ascii="Calibri" w:hAnsi="Calibri"/>
                <w:sz w:val="21"/>
              </w:rPr>
            </w:pPr>
          </w:p>
          <w:p w14:paraId="3989DA2D" w14:textId="77777777" w:rsidR="0058539E" w:rsidRDefault="0058539E" w:rsidP="00027965">
            <w:pPr>
              <w:spacing w:after="120"/>
              <w:rPr>
                <w:rFonts w:ascii="Calibri" w:hAnsi="Calibri"/>
                <w:sz w:val="21"/>
              </w:rPr>
            </w:pPr>
          </w:p>
          <w:p w14:paraId="6F1C3135" w14:textId="77777777" w:rsidR="0058539E" w:rsidRDefault="0058539E" w:rsidP="00027965">
            <w:pPr>
              <w:spacing w:after="120"/>
              <w:rPr>
                <w:rFonts w:ascii="Calibri" w:hAnsi="Calibri"/>
                <w:sz w:val="21"/>
              </w:rPr>
            </w:pPr>
          </w:p>
          <w:p w14:paraId="27A1B957" w14:textId="77777777" w:rsidR="0058539E" w:rsidRDefault="0058539E" w:rsidP="00027965">
            <w:pPr>
              <w:spacing w:after="120"/>
              <w:rPr>
                <w:rFonts w:ascii="Calibri" w:hAnsi="Calibri"/>
                <w:sz w:val="21"/>
              </w:rPr>
            </w:pPr>
          </w:p>
          <w:p w14:paraId="00150584" w14:textId="77777777" w:rsidR="0058539E" w:rsidRDefault="0058539E" w:rsidP="00027965">
            <w:pPr>
              <w:spacing w:after="120"/>
              <w:rPr>
                <w:rFonts w:ascii="Calibri" w:hAnsi="Calibri"/>
                <w:sz w:val="21"/>
              </w:rPr>
            </w:pPr>
          </w:p>
        </w:tc>
      </w:tr>
    </w:tbl>
    <w:p w14:paraId="38B482A3" w14:textId="56D6CB88" w:rsidR="0058539E" w:rsidRDefault="0058539E" w:rsidP="00027965">
      <w:pPr>
        <w:spacing w:after="120"/>
        <w:rPr>
          <w:rFonts w:ascii="Calibri" w:hAnsi="Calibri"/>
          <w:sz w:val="21"/>
        </w:rPr>
      </w:pPr>
    </w:p>
    <w:p w14:paraId="656E2E4E" w14:textId="27066411" w:rsidR="00867C21" w:rsidRDefault="00A14E1E">
      <w:pPr>
        <w:spacing w:after="120"/>
        <w:rPr>
          <w:rFonts w:ascii="Calibri" w:hAnsi="Calibri"/>
          <w:sz w:val="21"/>
        </w:rPr>
      </w:pPr>
      <w:r>
        <w:rPr>
          <w:rFonts w:ascii="Calibri" w:hAnsi="Calibri"/>
          <w:sz w:val="21"/>
        </w:rPr>
        <w:t>Öğretmen İmzası / Signature: .......................................   Tarih / Date: ....../....../202...</w:t>
      </w:r>
    </w:p>
    <w:p w14:paraId="41613B17" w14:textId="77777777" w:rsidR="0058539E" w:rsidRPr="003C72B7" w:rsidRDefault="0058539E">
      <w:pPr>
        <w:spacing w:after="120"/>
        <w:rPr>
          <w:rFonts w:ascii="Calibri" w:hAnsi="Calibri"/>
          <w:sz w:val="21"/>
        </w:rPr>
      </w:pPr>
    </w:p>
    <w:p w14:paraId="7A26439E" w14:textId="77777777" w:rsidR="00B77292" w:rsidRDefault="00B77292">
      <w:pPr>
        <w:spacing w:after="120"/>
        <w:rPr>
          <w:rFonts w:ascii="Calibri" w:hAnsi="Calibri"/>
          <w:sz w:val="21"/>
        </w:rPr>
      </w:pPr>
    </w:p>
    <w:p w14:paraId="1F348F70" w14:textId="77777777" w:rsidR="00C8003B" w:rsidRPr="003C72B7" w:rsidRDefault="00C8003B">
      <w:pPr>
        <w:spacing w:after="120"/>
        <w:rPr>
          <w:rFonts w:ascii="Calibri" w:hAnsi="Calibri"/>
          <w:sz w:val="21"/>
        </w:rPr>
      </w:pPr>
    </w:p>
    <w:p w14:paraId="20B828C1" w14:textId="77777777" w:rsidR="00B77292" w:rsidRPr="003C72B7" w:rsidRDefault="00B77292" w:rsidP="00B77292">
      <w:pPr>
        <w:spacing w:after="120"/>
        <w:jc w:val="center"/>
        <w:rPr>
          <w:sz w:val="20"/>
          <w:szCs w:val="20"/>
        </w:rPr>
      </w:pPr>
      <w:r>
        <w:rPr>
          <w:b/>
          <w:sz w:val="18"/>
          <w:szCs w:val="20"/>
        </w:rPr>
        <w:t>TÜRKİYE YÜZYILI MAARİF MODELİ İLE UYUMLU</w:t>
      </w:r>
    </w:p>
    <w:p w14:paraId="54002830" w14:textId="2134DFB7" w:rsidR="00B77292" w:rsidRPr="00B82146" w:rsidRDefault="00B77292" w:rsidP="00B82146">
      <w:pPr>
        <w:spacing w:after="480"/>
        <w:rPr>
          <w:rFonts w:ascii="Arial" w:hAnsi="Arial" w:cs="Arial"/>
          <w:b/>
          <w:bCs/>
          <w:sz w:val="24"/>
          <w:szCs w:val="24"/>
        </w:rPr>
      </w:pPr>
      <w:r>
        <w:rPr>
          <w:rFonts w:ascii="Arial" w:hAnsi="Arial" w:cs="Arial"/>
          <w:b/>
          <w:sz w:val="32"/>
        </w:rPr>
        <w:t>Bölüm 10.</w:t>
      </w:r>
      <w:r>
        <w:rPr>
          <w:rFonts w:ascii="Arial" w:hAnsi="Arial" w:cs="Arial"/>
          <w:b/>
          <w:sz w:val="28"/>
          <w:szCs w:val="20"/>
        </w:rPr>
        <w:t xml:space="preserve">DÖNEM SONU GENEL DEĞERLENDİRME VE PUANLAMA ÇİZELGESİ / </w:t>
      </w:r>
      <w:r>
        <w:rPr>
          <w:rFonts w:ascii="Arial" w:hAnsi="Arial" w:cs="Arial"/>
          <w:b/>
          <w:bCs/>
          <w:i/>
          <w:sz w:val="28"/>
          <w:szCs w:val="24"/>
        </w:rPr>
        <w:t>Term-End General Evaluation and Grading Rubric</w:t>
      </w:r>
    </w:p>
    <w:p w14:paraId="25129C7F" w14:textId="6761F479" w:rsidR="00B77292" w:rsidRPr="003C72B7" w:rsidRDefault="00B77292" w:rsidP="00B77292">
      <w:pPr>
        <w:spacing w:after="360"/>
        <w:ind w:left="360" w:right="360"/>
        <w:rPr>
          <w:rFonts w:ascii="Arial" w:hAnsi="Arial" w:cs="Arial"/>
          <w:sz w:val="20"/>
          <w:szCs w:val="20"/>
        </w:rPr>
      </w:pPr>
      <w:r>
        <w:rPr>
          <w:rFonts w:ascii="Segoe UI Emoji" w:hAnsi="Segoe UI Emoji" w:cs="Segoe UI Emoji"/>
          <w:b/>
          <w:sz w:val="20"/>
          <w:szCs w:val="20"/>
        </w:rPr>
        <w:t>ℹ️</w:t>
      </w:r>
      <w:r>
        <w:rPr>
          <w:rFonts w:ascii="Arial" w:hAnsi="Arial" w:cs="Arial"/>
          <w:b/>
          <w:sz w:val="20"/>
          <w:szCs w:val="20"/>
        </w:rPr>
        <w:t xml:space="preserve"> </w:t>
      </w:r>
      <w:proofErr w:type="spellStart"/>
      <w:r>
        <w:rPr>
          <w:rFonts w:ascii="Arial" w:hAnsi="Arial" w:cs="Arial"/>
          <w:b/>
          <w:sz w:val="20"/>
          <w:szCs w:val="20"/>
        </w:rPr>
        <w:t>Metodolojik</w:t>
      </w:r>
      <w:proofErr w:type="spellEnd"/>
      <w:r>
        <w:rPr>
          <w:rFonts w:ascii="Arial" w:hAnsi="Arial" w:cs="Arial"/>
          <w:b/>
          <w:sz w:val="20"/>
          <w:szCs w:val="20"/>
        </w:rPr>
        <w:t xml:space="preserve"> </w:t>
      </w:r>
      <w:proofErr w:type="spellStart"/>
      <w:r>
        <w:rPr>
          <w:rFonts w:ascii="Arial" w:hAnsi="Arial" w:cs="Arial"/>
          <w:b/>
          <w:sz w:val="20"/>
          <w:szCs w:val="20"/>
        </w:rPr>
        <w:t>Açıklama</w:t>
      </w:r>
      <w:proofErr w:type="spellEnd"/>
      <w:r>
        <w:rPr>
          <w:rFonts w:ascii="Arial" w:hAnsi="Arial" w:cs="Arial"/>
          <w:b/>
          <w:sz w:val="20"/>
          <w:szCs w:val="20"/>
        </w:rPr>
        <w:t xml:space="preserve"> </w:t>
      </w:r>
      <w:r>
        <w:rPr>
          <w:rFonts w:ascii="Arial" w:hAnsi="Arial" w:cs="Arial"/>
          <w:sz w:val="18"/>
          <w:szCs w:val="20"/>
        </w:rPr>
        <w:t xml:space="preserve">Bu </w:t>
      </w:r>
      <w:proofErr w:type="spellStart"/>
      <w:r>
        <w:rPr>
          <w:rFonts w:ascii="Arial" w:hAnsi="Arial" w:cs="Arial"/>
          <w:sz w:val="18"/>
          <w:szCs w:val="20"/>
        </w:rPr>
        <w:t>çizelge</w:t>
      </w:r>
      <w:proofErr w:type="spellEnd"/>
      <w:r>
        <w:rPr>
          <w:rFonts w:ascii="Arial" w:hAnsi="Arial" w:cs="Arial"/>
          <w:sz w:val="18"/>
          <w:szCs w:val="20"/>
        </w:rPr>
        <w:t xml:space="preserve">, Türkiye </w:t>
      </w:r>
      <w:proofErr w:type="spellStart"/>
      <w:r>
        <w:rPr>
          <w:rFonts w:ascii="Arial" w:hAnsi="Arial" w:cs="Arial"/>
          <w:sz w:val="18"/>
          <w:szCs w:val="20"/>
        </w:rPr>
        <w:t>Yüzyılı</w:t>
      </w:r>
      <w:proofErr w:type="spellEnd"/>
      <w:r>
        <w:rPr>
          <w:rFonts w:ascii="Arial" w:hAnsi="Arial" w:cs="Arial"/>
          <w:sz w:val="18"/>
          <w:szCs w:val="20"/>
        </w:rPr>
        <w:t xml:space="preserve"> Maarif </w:t>
      </w:r>
      <w:proofErr w:type="spellStart"/>
      <w:r>
        <w:rPr>
          <w:rFonts w:ascii="Arial" w:hAnsi="Arial" w:cs="Arial"/>
          <w:sz w:val="18"/>
          <w:szCs w:val="20"/>
        </w:rPr>
        <w:t>Modeli'nin</w:t>
      </w:r>
      <w:proofErr w:type="spellEnd"/>
      <w:r>
        <w:rPr>
          <w:rFonts w:ascii="Arial" w:hAnsi="Arial" w:cs="Arial"/>
          <w:sz w:val="18"/>
          <w:szCs w:val="20"/>
        </w:rPr>
        <w:t xml:space="preserve"> (TYMM) süreç odaklı değerlendirme felsefesine uygun olarak tasarlanmıştır. Ders </w:t>
      </w:r>
      <w:proofErr w:type="spellStart"/>
      <w:r>
        <w:rPr>
          <w:rFonts w:ascii="Arial" w:hAnsi="Arial" w:cs="Arial"/>
          <w:sz w:val="18"/>
          <w:szCs w:val="20"/>
        </w:rPr>
        <w:t>içi</w:t>
      </w:r>
      <w:proofErr w:type="spellEnd"/>
      <w:r>
        <w:rPr>
          <w:rFonts w:ascii="Arial" w:hAnsi="Arial" w:cs="Arial"/>
          <w:sz w:val="18"/>
          <w:szCs w:val="20"/>
        </w:rPr>
        <w:t xml:space="preserve"> </w:t>
      </w:r>
      <w:proofErr w:type="spellStart"/>
      <w:r>
        <w:rPr>
          <w:rFonts w:ascii="Arial" w:hAnsi="Arial" w:cs="Arial"/>
          <w:sz w:val="18"/>
          <w:szCs w:val="20"/>
        </w:rPr>
        <w:t>gözlemlerde</w:t>
      </w:r>
      <w:proofErr w:type="spellEnd"/>
      <w:r>
        <w:rPr>
          <w:rFonts w:ascii="Arial" w:hAnsi="Arial" w:cs="Arial"/>
          <w:sz w:val="18"/>
          <w:szCs w:val="20"/>
        </w:rPr>
        <w:t xml:space="preserve"> </w:t>
      </w:r>
      <w:proofErr w:type="spellStart"/>
      <w:proofErr w:type="gramStart"/>
      <w:r>
        <w:rPr>
          <w:rFonts w:ascii="Arial" w:hAnsi="Arial" w:cs="Arial"/>
          <w:sz w:val="18"/>
          <w:szCs w:val="20"/>
        </w:rPr>
        <w:t>kullanılan</w:t>
      </w:r>
      <w:proofErr w:type="spellEnd"/>
      <w:r>
        <w:rPr>
          <w:rFonts w:ascii="Arial" w:hAnsi="Arial" w:cs="Arial"/>
          <w:sz w:val="18"/>
          <w:szCs w:val="20"/>
        </w:rPr>
        <w:t xml:space="preserve">  </w:t>
      </w:r>
      <w:proofErr w:type="spellStart"/>
      <w:r>
        <w:rPr>
          <w:rFonts w:ascii="Arial" w:hAnsi="Arial" w:cs="Arial"/>
          <w:sz w:val="18"/>
          <w:szCs w:val="20"/>
        </w:rPr>
        <w:t>semboller</w:t>
      </w:r>
      <w:proofErr w:type="spellEnd"/>
      <w:proofErr w:type="gramEnd"/>
      <w:r>
        <w:rPr>
          <w:rFonts w:ascii="Arial" w:hAnsi="Arial" w:cs="Arial"/>
          <w:sz w:val="18"/>
          <w:szCs w:val="20"/>
        </w:rPr>
        <w:t xml:space="preserve"> (Yıldız, Tik, Artı, Ünlem), öğrencilerin dönem sonu e-Okul ders içi katılım ve konuşma performans notlarına adil ve şeffaf bir şekilde yansıtılması amacıyla puanlandırılmıştır. Süreç odaklı bu yaklaşım, öğrencinin sadece anlık başarısını değil, tüm dönem boyunca sergilediği dilsel gelişimi ve çabayı ödüllendirir. Öğrencinin formlarında çoğunluk hangi sembollerde yoğunlaşıyor ise aşağıdaki puan aralıklarına dönüştürülür.</w:t>
      </w:r>
    </w:p>
    <w:tbl>
      <w:tblPr>
        <w:tblW w:w="0" w:type="auto"/>
        <w:jc w:val="center"/>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ayout w:type="fixed"/>
        <w:tblLook w:val="04A0" w:firstRow="1" w:lastRow="0" w:firstColumn="1" w:lastColumn="0" w:noHBand="0" w:noVBand="1"/>
      </w:tblPr>
      <w:tblGrid>
        <w:gridCol w:w="1728"/>
        <w:gridCol w:w="2592"/>
        <w:gridCol w:w="1584"/>
        <w:gridCol w:w="3456"/>
      </w:tblGrid>
      <w:tr w:rsidR="003C72B7" w:rsidRPr="003C72B7" w14:paraId="3E1A973A"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560A6C8F"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Sembol</w:t>
            </w:r>
            <w:r>
              <w:rPr>
                <w:rFonts w:ascii="Arial" w:hAnsi="Arial" w:cs="Arial"/>
                <w:b/>
                <w:color w:val="FFFFFF" w:themeColor="background1"/>
                <w:sz w:val="18"/>
                <w:szCs w:val="20"/>
              </w:rPr>
              <w:br/>
              <w:t>(Symbol)</w:t>
            </w:r>
          </w:p>
        </w:tc>
        <w:tc>
          <w:tcPr>
            <w:tcW w:w="2592"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68F37B2B"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Gelişim Seviyesi</w:t>
            </w:r>
            <w:r>
              <w:rPr>
                <w:rFonts w:ascii="Arial" w:hAnsi="Arial" w:cs="Arial"/>
                <w:b/>
                <w:color w:val="FFFFFF" w:themeColor="background1"/>
                <w:sz w:val="18"/>
                <w:szCs w:val="20"/>
              </w:rPr>
              <w:br/>
              <w:t>(Maarif Modeli)</w:t>
            </w:r>
          </w:p>
        </w:tc>
        <w:tc>
          <w:tcPr>
            <w:tcW w:w="1584"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5FC91CED"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e-Okul Puanı</w:t>
            </w:r>
            <w:r>
              <w:rPr>
                <w:rFonts w:ascii="Arial" w:hAnsi="Arial" w:cs="Arial"/>
                <w:b/>
                <w:color w:val="FFFFFF" w:themeColor="background1"/>
                <w:sz w:val="18"/>
                <w:szCs w:val="20"/>
              </w:rPr>
              <w:br/>
              <w:t>(Score Range)</w:t>
            </w:r>
          </w:p>
        </w:tc>
        <w:tc>
          <w:tcPr>
            <w:tcW w:w="3456" w:type="dxa"/>
            <w:tcBorders>
              <w:top w:val="single" w:sz="4" w:space="0" w:color="D3D3D3"/>
              <w:left w:val="single" w:sz="4" w:space="0" w:color="D3D3D3"/>
              <w:bottom w:val="single" w:sz="4" w:space="0" w:color="D3D3D3"/>
              <w:right w:val="single" w:sz="4" w:space="0" w:color="D3D3D3"/>
            </w:tcBorders>
            <w:shd w:val="clear" w:color="auto" w:fill="1F4E79"/>
            <w:tcMar>
              <w:top w:w="140" w:type="dxa"/>
              <w:left w:w="150" w:type="dxa"/>
              <w:bottom w:w="140" w:type="dxa"/>
              <w:right w:w="150" w:type="dxa"/>
            </w:tcMar>
            <w:vAlign w:val="center"/>
            <w:hideMark/>
          </w:tcPr>
          <w:p w14:paraId="4167970D" w14:textId="77777777" w:rsidR="00B77292" w:rsidRPr="00B82146" w:rsidRDefault="00B77292">
            <w:pPr>
              <w:spacing w:after="0"/>
              <w:jc w:val="center"/>
              <w:rPr>
                <w:rFonts w:ascii="Arial" w:hAnsi="Arial" w:cs="Arial"/>
                <w:color w:val="FFFFFF" w:themeColor="background1"/>
                <w:sz w:val="20"/>
                <w:szCs w:val="20"/>
              </w:rPr>
            </w:pPr>
            <w:r>
              <w:rPr>
                <w:rFonts w:ascii="Arial" w:hAnsi="Arial" w:cs="Arial"/>
                <w:b/>
                <w:color w:val="FFFFFF" w:themeColor="background1"/>
                <w:sz w:val="18"/>
                <w:szCs w:val="20"/>
              </w:rPr>
              <w:t>Davranışsal ve Dilsel Betimleyiciler</w:t>
            </w:r>
            <w:r>
              <w:rPr>
                <w:rFonts w:ascii="Arial" w:hAnsi="Arial" w:cs="Arial"/>
                <w:b/>
                <w:color w:val="FFFFFF" w:themeColor="background1"/>
                <w:sz w:val="18"/>
                <w:szCs w:val="20"/>
              </w:rPr>
              <w:br/>
              <w:t>(Behavioral &amp; Linguistic Descriptors)</w:t>
            </w:r>
          </w:p>
        </w:tc>
      </w:tr>
      <w:tr w:rsidR="003C72B7" w:rsidRPr="003C72B7" w14:paraId="3BE1DBCA"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D286D2E" w14:textId="77777777" w:rsidR="00B77292" w:rsidRPr="003C72B7" w:rsidRDefault="00B77292">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(Yıldız)</w:t>
            </w:r>
          </w:p>
        </w:tc>
        <w:tc>
          <w:tcPr>
            <w:tcW w:w="2592"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32F140C6" w14:textId="77777777" w:rsidR="00B77292" w:rsidRPr="003C72B7" w:rsidRDefault="00B77292">
            <w:pPr>
              <w:spacing w:after="0"/>
              <w:rPr>
                <w:rFonts w:ascii="Arial" w:hAnsi="Arial" w:cs="Arial"/>
                <w:sz w:val="20"/>
                <w:szCs w:val="20"/>
              </w:rPr>
            </w:pPr>
            <w:r>
              <w:rPr>
                <w:rFonts w:ascii="Arial" w:hAnsi="Arial" w:cs="Arial"/>
                <w:b/>
                <w:sz w:val="18"/>
                <w:szCs w:val="20"/>
              </w:rPr>
              <w:t>İleri Düzey</w:t>
            </w:r>
            <w:r>
              <w:rPr>
                <w:rFonts w:ascii="Arial" w:hAnsi="Arial" w:cs="Arial"/>
                <w:b/>
                <w:sz w:val="18"/>
                <w:szCs w:val="20"/>
              </w:rPr>
              <w:br/>
            </w:r>
            <w:r>
              <w:rPr>
                <w:rFonts w:ascii="Arial" w:hAnsi="Arial" w:cs="Arial"/>
                <w:i/>
                <w:sz w:val="16"/>
                <w:szCs w:val="20"/>
              </w:rPr>
              <w:t>(Consistent &amp; Exemplary)</w:t>
            </w:r>
          </w:p>
        </w:tc>
        <w:tc>
          <w:tcPr>
            <w:tcW w:w="1584"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6C4EB535" w14:textId="3D753EF5" w:rsidR="00B77292" w:rsidRPr="003C72B7" w:rsidRDefault="000C164F">
            <w:pPr>
              <w:spacing w:after="0"/>
              <w:jc w:val="center"/>
              <w:rPr>
                <w:rFonts w:ascii="Arial" w:hAnsi="Arial" w:cs="Arial"/>
                <w:sz w:val="20"/>
                <w:szCs w:val="20"/>
              </w:rPr>
            </w:pPr>
            <w:r>
              <w:rPr>
                <w:rFonts w:ascii="Arial" w:hAnsi="Arial" w:cs="Arial"/>
                <w:b/>
                <w:sz w:val="20"/>
                <w:szCs w:val="20"/>
              </w:rPr>
              <w:t>85</w:t>
            </w:r>
            <w:r w:rsidR="00B77292">
              <w:rPr>
                <w:rFonts w:ascii="Arial" w:hAnsi="Arial" w:cs="Arial"/>
                <w:b/>
                <w:sz w:val="20"/>
                <w:szCs w:val="20"/>
              </w:rPr>
              <w:t xml:space="preserve"> – 100</w:t>
            </w:r>
          </w:p>
        </w:tc>
        <w:tc>
          <w:tcPr>
            <w:tcW w:w="3456"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228AA4D2" w14:textId="77777777" w:rsidR="00B77292" w:rsidRPr="003C72B7" w:rsidRDefault="00B77292">
            <w:pPr>
              <w:spacing w:after="0"/>
              <w:rPr>
                <w:rFonts w:ascii="Arial" w:hAnsi="Arial" w:cs="Arial"/>
                <w:sz w:val="20"/>
                <w:szCs w:val="20"/>
              </w:rPr>
            </w:pPr>
            <w:r>
              <w:rPr>
                <w:rFonts w:ascii="Arial" w:hAnsi="Arial" w:cs="Arial"/>
                <w:sz w:val="18"/>
                <w:szCs w:val="20"/>
              </w:rPr>
              <w:t>Hedef dil becerilerini tüm sınıf içi etkinliklerde tamamen bağımsız, akıcı ve eksiksiz bir şekilde sergiler. Sorumluluklarını her zaman zamanında ve özenle yerine getirir. Akran değerlendirmelerinde ve grup çalışmalarında örnek liderlik ve iş birliği gösterir.</w:t>
            </w:r>
          </w:p>
        </w:tc>
      </w:tr>
      <w:tr w:rsidR="003C72B7" w:rsidRPr="003C72B7" w14:paraId="76CC2C8A"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2B9A381" w14:textId="77777777" w:rsidR="00B77292" w:rsidRPr="003C72B7" w:rsidRDefault="00B77292">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(Tik)</w:t>
            </w:r>
          </w:p>
        </w:tc>
        <w:tc>
          <w:tcPr>
            <w:tcW w:w="2592"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06C284E0" w14:textId="77777777" w:rsidR="00B77292" w:rsidRPr="003C72B7" w:rsidRDefault="00B77292">
            <w:pPr>
              <w:spacing w:after="0"/>
              <w:rPr>
                <w:rFonts w:ascii="Arial" w:hAnsi="Arial" w:cs="Arial"/>
                <w:sz w:val="20"/>
                <w:szCs w:val="20"/>
              </w:rPr>
            </w:pPr>
            <w:r>
              <w:rPr>
                <w:rFonts w:ascii="Arial" w:hAnsi="Arial" w:cs="Arial"/>
                <w:b/>
                <w:sz w:val="18"/>
                <w:szCs w:val="20"/>
              </w:rPr>
              <w:t>Beklenen Düzey</w:t>
            </w:r>
            <w:r>
              <w:rPr>
                <w:rFonts w:ascii="Arial" w:hAnsi="Arial" w:cs="Arial"/>
                <w:b/>
                <w:sz w:val="18"/>
                <w:szCs w:val="20"/>
              </w:rPr>
              <w:br/>
            </w:r>
            <w:r>
              <w:rPr>
                <w:rFonts w:ascii="Arial" w:hAnsi="Arial" w:cs="Arial"/>
                <w:i/>
                <w:sz w:val="16"/>
                <w:szCs w:val="20"/>
              </w:rPr>
              <w:t>(Mostly Independent)</w:t>
            </w:r>
          </w:p>
        </w:tc>
        <w:tc>
          <w:tcPr>
            <w:tcW w:w="1584"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F704643" w14:textId="680B666C" w:rsidR="00B77292" w:rsidRPr="003C72B7" w:rsidRDefault="000C164F">
            <w:pPr>
              <w:spacing w:after="0"/>
              <w:jc w:val="center"/>
              <w:rPr>
                <w:rFonts w:ascii="Arial" w:hAnsi="Arial" w:cs="Arial"/>
                <w:sz w:val="20"/>
                <w:szCs w:val="20"/>
              </w:rPr>
            </w:pPr>
            <w:r>
              <w:rPr>
                <w:rFonts w:ascii="Arial" w:hAnsi="Arial" w:cs="Arial"/>
                <w:b/>
                <w:sz w:val="20"/>
                <w:szCs w:val="20"/>
              </w:rPr>
              <w:t>70</w:t>
            </w:r>
            <w:r w:rsidR="00B77292">
              <w:rPr>
                <w:rFonts w:ascii="Arial" w:hAnsi="Arial" w:cs="Arial"/>
                <w:b/>
                <w:sz w:val="20"/>
                <w:szCs w:val="20"/>
              </w:rPr>
              <w:t xml:space="preserve"> – </w:t>
            </w:r>
            <w:r>
              <w:rPr>
                <w:rFonts w:ascii="Arial" w:hAnsi="Arial" w:cs="Arial"/>
                <w:b/>
                <w:sz w:val="20"/>
                <w:szCs w:val="20"/>
              </w:rPr>
              <w:t>84</w:t>
            </w:r>
          </w:p>
        </w:tc>
        <w:tc>
          <w:tcPr>
            <w:tcW w:w="3456"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41445DB8" w14:textId="77777777" w:rsidR="00B77292" w:rsidRPr="003C72B7" w:rsidRDefault="00B77292">
            <w:pPr>
              <w:spacing w:after="0"/>
              <w:rPr>
                <w:rFonts w:ascii="Arial" w:hAnsi="Arial" w:cs="Arial"/>
                <w:sz w:val="20"/>
                <w:szCs w:val="20"/>
              </w:rPr>
            </w:pPr>
            <w:r>
              <w:rPr>
                <w:rFonts w:ascii="Arial" w:hAnsi="Arial" w:cs="Arial"/>
                <w:sz w:val="18"/>
                <w:szCs w:val="20"/>
              </w:rPr>
              <w:t>Hedef dil becerilerini çoğu zaman bağımsız olarak ve başarıyla uygular. Sınıf içi etkinliklere aktif katılım sağlar, grup kurallarına tam uyum gösterir ve öğretmen/akran geri bildirimlerini kendi çalışmalarına isteyerek yansıtır.</w:t>
            </w:r>
          </w:p>
        </w:tc>
      </w:tr>
      <w:tr w:rsidR="003C72B7" w:rsidRPr="003C72B7" w14:paraId="3B0C496E"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1D59C07" w14:textId="77777777" w:rsidR="00B77292" w:rsidRPr="003C72B7" w:rsidRDefault="00B77292">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(Artı)</w:t>
            </w:r>
          </w:p>
        </w:tc>
        <w:tc>
          <w:tcPr>
            <w:tcW w:w="2592"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4ACF6F9D" w14:textId="77777777" w:rsidR="00B77292" w:rsidRPr="003C72B7" w:rsidRDefault="00B77292">
            <w:pPr>
              <w:spacing w:after="0"/>
              <w:rPr>
                <w:rFonts w:ascii="Arial" w:hAnsi="Arial" w:cs="Arial"/>
                <w:sz w:val="20"/>
                <w:szCs w:val="20"/>
              </w:rPr>
            </w:pPr>
            <w:r>
              <w:rPr>
                <w:rFonts w:ascii="Arial" w:hAnsi="Arial" w:cs="Arial"/>
                <w:b/>
                <w:sz w:val="18"/>
                <w:szCs w:val="20"/>
              </w:rPr>
              <w:t>Gelişmekte Olan</w:t>
            </w:r>
            <w:r>
              <w:rPr>
                <w:rFonts w:ascii="Arial" w:hAnsi="Arial" w:cs="Arial"/>
                <w:b/>
                <w:sz w:val="18"/>
                <w:szCs w:val="20"/>
              </w:rPr>
              <w:br/>
            </w:r>
            <w:r>
              <w:rPr>
                <w:rFonts w:ascii="Arial" w:hAnsi="Arial" w:cs="Arial"/>
                <w:i/>
                <w:sz w:val="16"/>
                <w:szCs w:val="20"/>
              </w:rPr>
              <w:t>(Developing with Support)</w:t>
            </w:r>
          </w:p>
        </w:tc>
        <w:tc>
          <w:tcPr>
            <w:tcW w:w="1584"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2F9C749" w14:textId="6D7D7F7E" w:rsidR="00B77292" w:rsidRPr="003C72B7" w:rsidRDefault="000C164F">
            <w:pPr>
              <w:spacing w:after="0"/>
              <w:jc w:val="center"/>
              <w:rPr>
                <w:rFonts w:ascii="Arial" w:hAnsi="Arial" w:cs="Arial"/>
                <w:sz w:val="20"/>
                <w:szCs w:val="20"/>
              </w:rPr>
            </w:pPr>
            <w:r>
              <w:rPr>
                <w:rFonts w:ascii="Arial" w:hAnsi="Arial" w:cs="Arial"/>
                <w:b/>
                <w:sz w:val="20"/>
                <w:szCs w:val="20"/>
              </w:rPr>
              <w:t>50</w:t>
            </w:r>
            <w:r w:rsidR="00B77292">
              <w:rPr>
                <w:rFonts w:ascii="Arial" w:hAnsi="Arial" w:cs="Arial"/>
                <w:b/>
                <w:sz w:val="20"/>
                <w:szCs w:val="20"/>
              </w:rPr>
              <w:t xml:space="preserve"> – </w:t>
            </w:r>
            <w:r>
              <w:rPr>
                <w:rFonts w:ascii="Arial" w:hAnsi="Arial" w:cs="Arial"/>
                <w:b/>
                <w:sz w:val="20"/>
                <w:szCs w:val="20"/>
              </w:rPr>
              <w:t>6</w:t>
            </w:r>
            <w:r w:rsidR="00B77292">
              <w:rPr>
                <w:rFonts w:ascii="Arial" w:hAnsi="Arial" w:cs="Arial"/>
                <w:b/>
                <w:sz w:val="20"/>
                <w:szCs w:val="20"/>
              </w:rPr>
              <w:t>9</w:t>
            </w:r>
          </w:p>
        </w:tc>
        <w:tc>
          <w:tcPr>
            <w:tcW w:w="3456" w:type="dxa"/>
            <w:tcBorders>
              <w:top w:val="single" w:sz="4" w:space="0" w:color="D3D3D3"/>
              <w:left w:val="single" w:sz="4" w:space="0" w:color="D3D3D3"/>
              <w:bottom w:val="single" w:sz="4" w:space="0" w:color="D3D3D3"/>
              <w:right w:val="single" w:sz="4" w:space="0" w:color="D3D3D3"/>
            </w:tcBorders>
            <w:shd w:val="clear" w:color="auto" w:fill="F2F7FA"/>
            <w:tcMar>
              <w:top w:w="120" w:type="dxa"/>
              <w:left w:w="150" w:type="dxa"/>
              <w:bottom w:w="120" w:type="dxa"/>
              <w:right w:w="150" w:type="dxa"/>
            </w:tcMar>
            <w:vAlign w:val="center"/>
            <w:hideMark/>
          </w:tcPr>
          <w:p w14:paraId="135EE88E" w14:textId="77777777" w:rsidR="00B77292" w:rsidRPr="003C72B7" w:rsidRDefault="00B77292">
            <w:pPr>
              <w:spacing w:after="0"/>
              <w:rPr>
                <w:rFonts w:ascii="Arial" w:hAnsi="Arial" w:cs="Arial"/>
                <w:sz w:val="20"/>
                <w:szCs w:val="20"/>
              </w:rPr>
            </w:pPr>
            <w:r>
              <w:rPr>
                <w:rFonts w:ascii="Arial" w:hAnsi="Arial" w:cs="Arial"/>
                <w:sz w:val="18"/>
                <w:szCs w:val="20"/>
              </w:rPr>
              <w:t>Dil becerilerini ve görevleri yerine getirirken öğretmen veya akran desteğine ihtiyaç duyar. Sınıf içi etkileşimlerde çekingendir, sorumluluklarını tamamlamak için dış yönlendirme ve hatırlatma bekler.</w:t>
            </w:r>
          </w:p>
        </w:tc>
      </w:tr>
      <w:tr w:rsidR="003C72B7" w:rsidRPr="003C72B7" w14:paraId="37CA01DE" w14:textId="77777777">
        <w:trPr>
          <w:jc w:val="center"/>
        </w:trPr>
        <w:tc>
          <w:tcPr>
            <w:tcW w:w="1728"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169E37D" w14:textId="356C8D7A" w:rsidR="00B77292" w:rsidRPr="003C72B7" w:rsidRDefault="00BB7246">
            <w:pPr>
              <w:spacing w:after="0"/>
              <w:jc w:val="center"/>
              <w:rPr>
                <w:rFonts w:ascii="Arial" w:hAnsi="Arial" w:cs="Arial"/>
                <w:sz w:val="20"/>
                <w:szCs w:val="20"/>
              </w:rPr>
            </w:pPr>
            <w:r>
              <w:rPr>
                <w:rFonts w:ascii="Segoe UI Symbol" w:hAnsi="Segoe UI Symbol" w:cs="Segoe UI Symbol"/>
                <w:b/>
                <w:szCs w:val="20"/>
              </w:rPr>
              <w:t>❢</w:t>
            </w:r>
            <w:r>
              <w:rPr>
                <w:rFonts w:ascii="Arial" w:hAnsi="Arial" w:cs="Arial"/>
                <w:b/>
                <w:szCs w:val="20"/>
              </w:rPr>
              <w:br/>
              <w:t>(Ünlem)</w:t>
            </w:r>
          </w:p>
        </w:tc>
        <w:tc>
          <w:tcPr>
            <w:tcW w:w="2592"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36492D25" w14:textId="77777777" w:rsidR="00B77292" w:rsidRPr="003C72B7" w:rsidRDefault="00B77292">
            <w:pPr>
              <w:spacing w:after="0"/>
              <w:rPr>
                <w:rFonts w:ascii="Arial" w:hAnsi="Arial" w:cs="Arial"/>
                <w:sz w:val="20"/>
                <w:szCs w:val="20"/>
              </w:rPr>
            </w:pPr>
            <w:r>
              <w:rPr>
                <w:rFonts w:ascii="Arial" w:hAnsi="Arial" w:cs="Arial"/>
                <w:b/>
                <w:sz w:val="18"/>
                <w:szCs w:val="20"/>
              </w:rPr>
              <w:t>Başlangıç Düzeyinde</w:t>
            </w:r>
            <w:r>
              <w:rPr>
                <w:rFonts w:ascii="Arial" w:hAnsi="Arial" w:cs="Arial"/>
                <w:b/>
                <w:sz w:val="18"/>
                <w:szCs w:val="20"/>
              </w:rPr>
              <w:br/>
            </w:r>
            <w:r>
              <w:rPr>
                <w:rFonts w:ascii="Arial" w:hAnsi="Arial" w:cs="Arial"/>
                <w:i/>
                <w:sz w:val="16"/>
                <w:szCs w:val="20"/>
              </w:rPr>
              <w:t>(Emerging / Open to Growth)</w:t>
            </w:r>
          </w:p>
        </w:tc>
        <w:tc>
          <w:tcPr>
            <w:tcW w:w="1584"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3055AC26" w14:textId="3EF584B7" w:rsidR="00B77292" w:rsidRPr="003C72B7" w:rsidRDefault="000C164F">
            <w:pPr>
              <w:spacing w:after="0"/>
              <w:jc w:val="center"/>
              <w:rPr>
                <w:rFonts w:ascii="Arial" w:hAnsi="Arial" w:cs="Arial"/>
                <w:sz w:val="20"/>
                <w:szCs w:val="20"/>
              </w:rPr>
            </w:pPr>
            <w:r>
              <w:rPr>
                <w:rFonts w:ascii="Arial" w:hAnsi="Arial" w:cs="Arial"/>
                <w:b/>
                <w:sz w:val="20"/>
                <w:szCs w:val="20"/>
              </w:rPr>
              <w:t>-49</w:t>
            </w:r>
          </w:p>
        </w:tc>
        <w:tc>
          <w:tcPr>
            <w:tcW w:w="3456" w:type="dxa"/>
            <w:tcBorders>
              <w:top w:val="single" w:sz="4" w:space="0" w:color="D3D3D3"/>
              <w:left w:val="single" w:sz="4" w:space="0" w:color="D3D3D3"/>
              <w:bottom w:val="single" w:sz="4" w:space="0" w:color="D3D3D3"/>
              <w:right w:val="single" w:sz="4" w:space="0" w:color="D3D3D3"/>
            </w:tcBorders>
            <w:shd w:val="clear" w:color="auto" w:fill="FFFFFF"/>
            <w:tcMar>
              <w:top w:w="120" w:type="dxa"/>
              <w:left w:w="150" w:type="dxa"/>
              <w:bottom w:w="120" w:type="dxa"/>
              <w:right w:w="150" w:type="dxa"/>
            </w:tcMar>
            <w:vAlign w:val="center"/>
            <w:hideMark/>
          </w:tcPr>
          <w:p w14:paraId="61BA0120" w14:textId="77777777" w:rsidR="00B77292" w:rsidRPr="003C72B7" w:rsidRDefault="00B77292">
            <w:pPr>
              <w:spacing w:after="0"/>
              <w:rPr>
                <w:rFonts w:ascii="Arial" w:hAnsi="Arial" w:cs="Arial"/>
                <w:sz w:val="20"/>
                <w:szCs w:val="20"/>
              </w:rPr>
            </w:pPr>
            <w:r>
              <w:rPr>
                <w:rFonts w:ascii="Arial" w:hAnsi="Arial" w:cs="Arial"/>
                <w:sz w:val="18"/>
                <w:szCs w:val="20"/>
              </w:rPr>
              <w:t>Dil becerilerini sergilemekte ve hedef kelimeleri kullanmakta ciddi güçlük çeker. Sorumluluk alma ve göreve katılma konusunda isteksizdir. Sürekli bireysel telafi, müdahale ve gelişim desteğine ihtiyaç duyar.</w:t>
            </w:r>
          </w:p>
        </w:tc>
      </w:tr>
    </w:tbl>
    <w:p w14:paraId="5BB661F0" w14:textId="77777777" w:rsidR="00B77292" w:rsidRPr="003C72B7" w:rsidRDefault="00B77292" w:rsidP="00B77292">
      <w:pPr>
        <w:spacing w:after="480"/>
        <w:rPr>
          <w:rFonts w:ascii="Arial" w:hAnsi="Arial" w:cs="Arial"/>
          <w:sz w:val="20"/>
          <w:szCs w:val="20"/>
        </w:rPr>
      </w:pPr>
    </w:p>
    <w:tbl>
      <w:tblPr>
        <w:tblW w:w="0" w:type="auto"/>
        <w:jc w:val="center"/>
        <w:tblLayout w:type="fixed"/>
        <w:tblLook w:val="04A0" w:firstRow="1" w:lastRow="0" w:firstColumn="1" w:lastColumn="0" w:noHBand="0" w:noVBand="1"/>
      </w:tblPr>
      <w:tblGrid>
        <w:gridCol w:w="4680"/>
        <w:gridCol w:w="4680"/>
      </w:tblGrid>
      <w:tr w:rsidR="003C72B7" w:rsidRPr="003C72B7" w14:paraId="709777E5" w14:textId="77777777">
        <w:trPr>
          <w:jc w:val="center"/>
        </w:trPr>
        <w:tc>
          <w:tcPr>
            <w:tcW w:w="4680" w:type="dxa"/>
            <w:hideMark/>
          </w:tcPr>
          <w:p w14:paraId="7ED8082E" w14:textId="77777777" w:rsidR="00B77292" w:rsidRPr="003C72B7" w:rsidRDefault="00B77292">
            <w:pPr>
              <w:rPr>
                <w:rFonts w:ascii="Arial" w:hAnsi="Arial" w:cs="Arial"/>
                <w:sz w:val="20"/>
                <w:szCs w:val="20"/>
              </w:rPr>
            </w:pPr>
            <w:r>
              <w:rPr>
                <w:rFonts w:ascii="Arial" w:hAnsi="Arial" w:cs="Arial"/>
                <w:sz w:val="18"/>
                <w:szCs w:val="20"/>
              </w:rPr>
              <w:t>Hazırlayan / Prepared By:</w:t>
            </w:r>
            <w:r>
              <w:rPr>
                <w:rFonts w:ascii="Arial" w:hAnsi="Arial" w:cs="Arial"/>
                <w:sz w:val="18"/>
                <w:szCs w:val="20"/>
              </w:rPr>
              <w:br/>
              <w:t>İngilizce Öğretmeni / English Teacher</w:t>
            </w:r>
            <w:r>
              <w:rPr>
                <w:rFonts w:ascii="Arial" w:hAnsi="Arial" w:cs="Arial"/>
                <w:sz w:val="18"/>
                <w:szCs w:val="20"/>
              </w:rPr>
              <w:br/>
              <w:t>İmza / Signature: __________________</w:t>
            </w:r>
          </w:p>
        </w:tc>
        <w:tc>
          <w:tcPr>
            <w:tcW w:w="4680" w:type="dxa"/>
            <w:hideMark/>
          </w:tcPr>
          <w:p w14:paraId="40BEBE4D" w14:textId="77777777" w:rsidR="00B77292" w:rsidRPr="003C72B7" w:rsidRDefault="00B77292">
            <w:pPr>
              <w:jc w:val="right"/>
              <w:rPr>
                <w:rFonts w:ascii="Arial" w:hAnsi="Arial" w:cs="Arial"/>
                <w:sz w:val="20"/>
                <w:szCs w:val="20"/>
              </w:rPr>
            </w:pPr>
            <w:r>
              <w:rPr>
                <w:rFonts w:ascii="Arial" w:hAnsi="Arial" w:cs="Arial"/>
                <w:sz w:val="18"/>
                <w:szCs w:val="20"/>
              </w:rPr>
              <w:t>Onaylayan / Approved By:</w:t>
            </w:r>
            <w:r>
              <w:rPr>
                <w:rFonts w:ascii="Arial" w:hAnsi="Arial" w:cs="Arial"/>
                <w:sz w:val="18"/>
                <w:szCs w:val="20"/>
              </w:rPr>
              <w:br/>
              <w:t>Okul Müdürü / School Principal</w:t>
            </w:r>
            <w:r>
              <w:rPr>
                <w:rFonts w:ascii="Arial" w:hAnsi="Arial" w:cs="Arial"/>
                <w:sz w:val="18"/>
                <w:szCs w:val="20"/>
              </w:rPr>
              <w:br/>
              <w:t>İmza / Signature: __________________</w:t>
            </w:r>
          </w:p>
        </w:tc>
      </w:tr>
    </w:tbl>
    <w:p w14:paraId="7DDF89EB" w14:textId="77777777" w:rsidR="00B77292" w:rsidRPr="003C72B7" w:rsidRDefault="00B77292" w:rsidP="00B77292">
      <w:pPr>
        <w:rPr>
          <w:rFonts w:ascii="Arial" w:hAnsi="Arial" w:cs="Arial"/>
          <w:sz w:val="20"/>
          <w:szCs w:val="20"/>
        </w:rPr>
      </w:pPr>
    </w:p>
    <w:p w14:paraId="0CC903BB" w14:textId="77777777" w:rsidR="00B77292" w:rsidRPr="003C72B7" w:rsidRDefault="00B77292">
      <w:pPr>
        <w:spacing w:after="120"/>
        <w:rPr>
          <w:rFonts w:ascii="Arial" w:hAnsi="Arial" w:cs="Arial"/>
        </w:rPr>
      </w:pPr>
    </w:p>
    <w:p w14:paraId="67339606" w14:textId="77777777" w:rsidR="00867C21" w:rsidRPr="003C72B7" w:rsidRDefault="00A14E1E" w:rsidP="00745635">
      <w:pPr>
        <w:spacing w:before="960" w:after="240"/>
        <w:jc w:val="center"/>
      </w:pPr>
      <w:r>
        <w:rPr>
          <w:rFonts w:ascii="Arial" w:hAnsi="Arial"/>
          <w:b/>
          <w:sz w:val="40"/>
        </w:rPr>
        <w:t>KISIM II: ÖĞRENCİ SÜREÇ VE PORTFOLYO BELGELERİ</w:t>
      </w:r>
    </w:p>
    <w:p w14:paraId="410F4D3B" w14:textId="77777777" w:rsidR="00867C21" w:rsidRPr="003C72B7" w:rsidRDefault="00A14E1E">
      <w:pPr>
        <w:spacing w:after="720"/>
        <w:jc w:val="center"/>
        <w:rPr>
          <w:rFonts w:ascii="Calibri" w:hAnsi="Calibri"/>
          <w:i/>
        </w:rPr>
      </w:pPr>
      <w:r>
        <w:rPr>
          <w:rFonts w:ascii="Calibri" w:hAnsi="Calibri"/>
          <w:i/>
        </w:rPr>
        <w:t>PART II: STUDENT PROCESS &amp; PORTFOLIO DOCUMENTS</w:t>
      </w:r>
      <w:r>
        <w:rPr>
          <w:rFonts w:ascii="Calibri" w:hAnsi="Calibri"/>
          <w:i/>
        </w:rPr>
        <w:br/>
      </w:r>
      <w:r>
        <w:rPr>
          <w:rFonts w:ascii="Calibri" w:hAnsi="Calibri"/>
          <w:i/>
        </w:rPr>
        <w:br/>
        <w:t>Bu kısım; öğrenci gelişimini, veli bilgilendirmelerini ve süreç içi öz değerlendirme etkinliklerini barındıran ve öğrencinin kişisel portfolyo klasöründe bulunması gereken belgeleri kapsamaktadır.</w:t>
      </w:r>
    </w:p>
    <w:p w14:paraId="01A344BE" w14:textId="27B4A4DB" w:rsidR="00745635" w:rsidRPr="003C72B7" w:rsidRDefault="00745635" w:rsidP="00745635">
      <w:pPr>
        <w:keepNext/>
        <w:spacing w:before="360" w:after="120"/>
      </w:pPr>
      <w:r>
        <w:rPr>
          <w:rFonts w:ascii="Arial" w:hAnsi="Arial"/>
          <w:b/>
          <w:sz w:val="32"/>
        </w:rPr>
        <w:t>Bölüm 11. Sene Başı Veli ve Öğrenci Bilgilendirme Mektubu / Informative Parent Letter</w:t>
      </w:r>
    </w:p>
    <w:p w14:paraId="6F90D6E8" w14:textId="77777777" w:rsidR="00745635" w:rsidRPr="003C72B7" w:rsidRDefault="00745635" w:rsidP="00745635">
      <w:pPr>
        <w:spacing w:before="80" w:after="160"/>
      </w:pPr>
      <w:r>
        <w:rPr>
          <w:rFonts w:ascii="Calibri" w:hAnsi="Calibri"/>
          <w:b/>
          <w:i/>
          <w:sz w:val="19"/>
        </w:rPr>
        <w:t xml:space="preserve">ℹ️ Metodolojik Açıklama: </w:t>
      </w:r>
      <w:r>
        <w:rPr>
          <w:rFonts w:ascii="Calibri" w:hAnsi="Calibri"/>
          <w:i/>
          <w:sz w:val="19"/>
        </w:rPr>
        <w:t>Eğitim öğretim yılı başında veli ve öğrencilere süreç odaklı portfolyo sisteminin işleyişini, amacını ve ders sorumluluklarını açıklamak için tasarlanmıştır. Bu mektup veliyi not baskısı unsuru olmadan bir süreç ortağı olarak konumlandırmaktadır.</w:t>
      </w:r>
    </w:p>
    <w:p w14:paraId="229170BB" w14:textId="77777777" w:rsidR="00745635" w:rsidRPr="003C72B7" w:rsidRDefault="00745635" w:rsidP="00745635">
      <w:pPr>
        <w:spacing w:after="120"/>
      </w:pPr>
      <w:r>
        <w:rPr>
          <w:rFonts w:ascii="Calibri" w:hAnsi="Calibri"/>
          <w:sz w:val="21"/>
        </w:rPr>
        <w:t>Değerli Velilerimiz ve Sevgili Öğrencilerimiz,</w:t>
      </w:r>
    </w:p>
    <w:p w14:paraId="409E6AE8" w14:textId="77777777" w:rsidR="00745635" w:rsidRPr="003C72B7" w:rsidRDefault="00745635" w:rsidP="00745635">
      <w:pPr>
        <w:spacing w:after="120"/>
      </w:pPr>
      <w:r>
        <w:rPr>
          <w:rFonts w:ascii="Calibri" w:hAnsi="Calibri"/>
          <w:sz w:val="21"/>
        </w:rPr>
        <w:t>2026–2027 eğitim-öğretim yılına hep birlikte büyük bir heyecan ve umutla başlıyoruz. Bu yıl, İngilizce derslerimizde Türkiye Yüzyılı Maarif Modeli (TYMM) ile uyumlu, süreç odaklı bir portfolyo sistemi uyguluyoruz. Bu sistemde amacımız, öğrencilerimizin ezbere dayalı sınav kaygısı yaşamadan, dili aktif, özgürce ve severek öğrenmelerini sağlamaktır.</w:t>
      </w:r>
    </w:p>
    <w:p w14:paraId="1878303C" w14:textId="60F14B83" w:rsidR="00745635" w:rsidRPr="003C72B7" w:rsidRDefault="00745635" w:rsidP="00745635">
      <w:pPr>
        <w:spacing w:after="120"/>
      </w:pPr>
      <w:r>
        <w:rPr>
          <w:rFonts w:ascii="Calibri" w:hAnsi="Calibri"/>
          <w:sz w:val="21"/>
        </w:rPr>
        <w:t>Sene boyunca işleyeceğimiz 8 temanın her birinin sonunda, öğrencilerimiz öğrendiklerini uygulamaya dökecekleri ve portfolyo klasörlerinde saklayacakları bazı konuşma, dinleme, okuma ve yazma etkinlikleri gerçekleştirecektir. Bu süreçte veli olarak öğrencimizi evde görevlerini yapmaya teşvik ederek ve her tema bitiminde 'My English Tracker' formunu ,tema sonu ve proje/performans görevleri değerlendirme formlarını inceleyerek gelişimini desteklemeniz en büyük katkıyı sağlayacaktır. Hep birlikte güzel, mutlu, çalışkan ve başarılarla dolu bir yıl diliyoruz.İşbirliğiniz için teşekkür ederiz.</w:t>
      </w:r>
    </w:p>
    <w:p w14:paraId="55DF1B21" w14:textId="77777777" w:rsidR="00745635" w:rsidRPr="003C72B7" w:rsidRDefault="00745635" w:rsidP="00745635">
      <w:pPr>
        <w:spacing w:after="120"/>
      </w:pPr>
      <w:r>
        <w:rPr>
          <w:rFonts w:ascii="Calibri" w:hAnsi="Calibri"/>
          <w:i/>
          <w:sz w:val="21"/>
        </w:rPr>
        <w:t>Dear Parents and Students,</w:t>
      </w:r>
    </w:p>
    <w:p w14:paraId="6B2096B4" w14:textId="3E26EEF6" w:rsidR="00745635" w:rsidRPr="003C72B7" w:rsidRDefault="00745635" w:rsidP="00745635">
      <w:pPr>
        <w:spacing w:after="120"/>
      </w:pPr>
      <w:r>
        <w:rPr>
          <w:rFonts w:ascii="Calibri" w:hAnsi="Calibri"/>
          <w:i/>
          <w:sz w:val="21"/>
        </w:rPr>
        <w:t>We are starting the 2026–2027 academic year together with great excitement and hope. This year, we are implementing a process-oriented portfolio system in our English lessons in full alignment with the Turkish Century Education Model. Our goal is to ensure that students learn the language actively, freely, and joyfully, without exam-related anxiety. Reviewing and signing the 'My English Tracker' forms and feedback forms at the end of each theme together will be your greatest contribution as a process partner. Thank you for your cooperation.</w:t>
      </w:r>
    </w:p>
    <w:p w14:paraId="5C426FCD" w14:textId="34BD4F7F" w:rsidR="00745635" w:rsidRPr="003C72B7" w:rsidRDefault="00745635" w:rsidP="00745635">
      <w:pPr>
        <w:spacing w:after="120"/>
      </w:pPr>
      <w:r>
        <w:rPr>
          <w:rFonts w:ascii="Calibri" w:hAnsi="Calibri"/>
          <w:sz w:val="21"/>
        </w:rPr>
        <w:br/>
        <w:t xml:space="preserve">İNGİLİZCE ZÜMRESİ / ENGLISH DEPT.                       </w:t>
      </w:r>
    </w:p>
    <w:p w14:paraId="7BC7E169" w14:textId="77777777" w:rsidR="00745635" w:rsidRPr="003C72B7" w:rsidRDefault="00745635" w:rsidP="00745635">
      <w:r>
        <w:br w:type="page"/>
      </w:r>
    </w:p>
    <w:p w14:paraId="7245FA61" w14:textId="0D010F4D" w:rsidR="00745635" w:rsidRPr="003C72B7" w:rsidRDefault="00373F5C" w:rsidP="00373F5C">
      <w:pPr>
        <w:spacing w:after="720"/>
        <w:rPr>
          <w:i/>
          <w:iCs/>
        </w:rPr>
      </w:pPr>
      <w:r>
        <w:rPr>
          <w:i/>
          <w:iCs/>
        </w:rPr>
        <w:t>Fotokopi  İçin 2 in 1:</w:t>
      </w:r>
    </w:p>
    <w:p w14:paraId="47453AE8" w14:textId="77777777" w:rsidR="00373F5C" w:rsidRPr="003C72B7" w:rsidRDefault="00373F5C" w:rsidP="00373F5C">
      <w:pPr>
        <w:spacing w:after="120"/>
      </w:pPr>
      <w:r>
        <w:rPr>
          <w:rFonts w:ascii="Calibri" w:hAnsi="Calibri"/>
          <w:sz w:val="21"/>
        </w:rPr>
        <w:t>Değerli Velilerimiz ve Sevgili Öğrencilerimiz,</w:t>
      </w:r>
    </w:p>
    <w:p w14:paraId="45F1BFEE" w14:textId="77777777" w:rsidR="00373F5C" w:rsidRPr="003C72B7" w:rsidRDefault="00373F5C" w:rsidP="00373F5C">
      <w:pPr>
        <w:spacing w:after="120"/>
      </w:pPr>
      <w:r>
        <w:rPr>
          <w:rFonts w:ascii="Calibri" w:hAnsi="Calibri"/>
          <w:sz w:val="21"/>
        </w:rPr>
        <w:t>2026–2027 eğitim-öğretim yılına hep birlikte büyük bir heyecan ve umutla başlıyoruz. Bu yıl, İngilizce derslerimizde Türkiye Yüzyılı Maarif Modeli (TYMM) ile uyumlu, süreç odaklı bir portfolyo sistemi uyguluyoruz. Bu sistemde amacımız, öğrencilerimizin ezbere dayalı sınav kaygısı yaşamadan, dili aktif, özgürce ve severek öğrenmelerini sağlamaktır.</w:t>
      </w:r>
    </w:p>
    <w:p w14:paraId="665CEBA5" w14:textId="77777777" w:rsidR="00373F5C" w:rsidRPr="003C72B7" w:rsidRDefault="00373F5C" w:rsidP="00373F5C">
      <w:pPr>
        <w:spacing w:after="120"/>
      </w:pPr>
      <w:r>
        <w:rPr>
          <w:rFonts w:ascii="Calibri" w:hAnsi="Calibri"/>
          <w:sz w:val="21"/>
        </w:rPr>
        <w:t>Sene boyunca işleyeceğimiz 8 temanın her birinin sonunda, öğrencilerimiz öğrendiklerini uygulamaya dökecekleri ve portfolyo klasörlerinde saklayacakları bazı konuşma, dinleme, okuma ve yazma etkinlikleri gerçekleştirecektir. Bu süreçte veli olarak öğrencimizi evde görevlerini yapmaya teşvik ederek ve her tema bitiminde 'My English Tracker' formunu ,tema sonu ve proje/performans görevleri değerlendirme formlarını inceleyerek gelişimini desteklemeniz en büyük katkıyı sağlayacaktır. Hep birlikte güzel, mutlu, çalışkan ve başarılarla dolu bir yıl diliyoruz.İşbirliğiniz için teşekkür ederiz.</w:t>
      </w:r>
    </w:p>
    <w:p w14:paraId="15C8FF26" w14:textId="77777777" w:rsidR="00373F5C" w:rsidRPr="003C72B7" w:rsidRDefault="00373F5C" w:rsidP="00373F5C">
      <w:pPr>
        <w:spacing w:after="120"/>
      </w:pPr>
      <w:r>
        <w:rPr>
          <w:rFonts w:ascii="Calibri" w:hAnsi="Calibri"/>
          <w:i/>
          <w:sz w:val="21"/>
        </w:rPr>
        <w:t>Dear Parents and Students,</w:t>
      </w:r>
    </w:p>
    <w:p w14:paraId="5AF0FEFD" w14:textId="77777777" w:rsidR="00373F5C" w:rsidRPr="003C72B7" w:rsidRDefault="00373F5C" w:rsidP="00373F5C">
      <w:pPr>
        <w:spacing w:after="120"/>
      </w:pPr>
      <w:r>
        <w:rPr>
          <w:rFonts w:ascii="Calibri" w:hAnsi="Calibri"/>
          <w:i/>
          <w:sz w:val="21"/>
        </w:rPr>
        <w:t>We are starting the 2026–2027 academic year together with great excitement and hope. This year, we are implementing a process-oriented portfolio system in our English lessons in full alignment with the Turkish Century Education Model. Our goal is to ensure that students learn the language actively, freely, and joyfully, without exam-related anxiety. Reviewing and signing the 'My English Tracker' forms and feedback forms at the end of each theme together will be your greatest contribution as a process partner. Thank you for your cooperation.</w:t>
      </w:r>
    </w:p>
    <w:p w14:paraId="6A7313DD" w14:textId="77777777" w:rsidR="00373F5C" w:rsidRPr="003C72B7" w:rsidRDefault="00373F5C" w:rsidP="00373F5C">
      <w:pPr>
        <w:spacing w:after="120"/>
      </w:pPr>
      <w:r>
        <w:rPr>
          <w:rFonts w:ascii="Calibri" w:hAnsi="Calibri"/>
          <w:sz w:val="21"/>
        </w:rPr>
        <w:br/>
        <w:t xml:space="preserve">İNGİLİZCE ZÜMRESİ / ENGLISH DEPT.                       </w:t>
      </w:r>
    </w:p>
    <w:p w14:paraId="451EBCFE" w14:textId="77777777" w:rsidR="00373F5C" w:rsidRPr="003C72B7" w:rsidRDefault="00373F5C" w:rsidP="00373F5C">
      <w:pPr>
        <w:spacing w:after="720"/>
      </w:pPr>
    </w:p>
    <w:p w14:paraId="2AE920F9" w14:textId="77777777" w:rsidR="00373F5C" w:rsidRPr="003C72B7" w:rsidRDefault="00373F5C" w:rsidP="00373F5C">
      <w:pPr>
        <w:spacing w:after="120"/>
      </w:pPr>
      <w:r>
        <w:rPr>
          <w:rFonts w:ascii="Calibri" w:hAnsi="Calibri"/>
          <w:sz w:val="21"/>
        </w:rPr>
        <w:t>Değerli Velilerimiz ve Sevgili Öğrencilerimiz,</w:t>
      </w:r>
    </w:p>
    <w:p w14:paraId="4CA2C979" w14:textId="77777777" w:rsidR="00373F5C" w:rsidRPr="003C72B7" w:rsidRDefault="00373F5C" w:rsidP="00373F5C">
      <w:pPr>
        <w:spacing w:after="120"/>
      </w:pPr>
      <w:r>
        <w:rPr>
          <w:rFonts w:ascii="Calibri" w:hAnsi="Calibri"/>
          <w:sz w:val="21"/>
        </w:rPr>
        <w:t>2026–2027 eğitim-öğretim yılına hep birlikte büyük bir heyecan ve umutla başlıyoruz. Bu yıl, İngilizce derslerimizde Türkiye Yüzyılı Maarif Modeli (TYMM) ile uyumlu, süreç odaklı bir portfolyo sistemi uyguluyoruz. Bu sistemde amacımız, öğrencilerimizin ezbere dayalı sınav kaygısı yaşamadan, dili aktif, özgürce ve severek öğrenmelerini sağlamaktır.</w:t>
      </w:r>
    </w:p>
    <w:p w14:paraId="1C17F8B5" w14:textId="77777777" w:rsidR="00373F5C" w:rsidRPr="003C72B7" w:rsidRDefault="00373F5C" w:rsidP="00373F5C">
      <w:pPr>
        <w:spacing w:after="120"/>
      </w:pPr>
      <w:r>
        <w:rPr>
          <w:rFonts w:ascii="Calibri" w:hAnsi="Calibri"/>
          <w:sz w:val="21"/>
        </w:rPr>
        <w:t>Sene boyunca işleyeceğimiz 8 temanın her birinin sonunda, öğrencilerimiz öğrendiklerini uygulamaya dökecekleri ve portfolyo klasörlerinde saklayacakları bazı konuşma, dinleme, okuma ve yazma etkinlikleri gerçekleştirecektir. Bu süreçte veli olarak öğrencimizi evde görevlerini yapmaya teşvik ederek ve her tema bitiminde 'My English Tracker' formunu ,tema sonu ve proje/performans görevleri değerlendirme formlarını inceleyerek gelişimini desteklemeniz en büyük katkıyı sağlayacaktır. Hep birlikte güzel, mutlu, çalışkan ve başarılarla dolu bir yıl diliyoruz.İşbirliğiniz için teşekkür ederiz.</w:t>
      </w:r>
    </w:p>
    <w:p w14:paraId="5EACF1BF" w14:textId="77777777" w:rsidR="00373F5C" w:rsidRPr="003C72B7" w:rsidRDefault="00373F5C" w:rsidP="00373F5C">
      <w:pPr>
        <w:spacing w:after="120"/>
      </w:pPr>
      <w:r>
        <w:rPr>
          <w:rFonts w:ascii="Calibri" w:hAnsi="Calibri"/>
          <w:i/>
          <w:sz w:val="21"/>
        </w:rPr>
        <w:t>Dear Parents and Students,</w:t>
      </w:r>
    </w:p>
    <w:p w14:paraId="2BC31CDB" w14:textId="77777777" w:rsidR="00373F5C" w:rsidRPr="003C72B7" w:rsidRDefault="00373F5C" w:rsidP="00373F5C">
      <w:pPr>
        <w:spacing w:after="120"/>
      </w:pPr>
      <w:r>
        <w:rPr>
          <w:rFonts w:ascii="Calibri" w:hAnsi="Calibri"/>
          <w:i/>
          <w:sz w:val="21"/>
        </w:rPr>
        <w:t>We are starting the 2026–2027 academic year together with great excitement and hope. This year, we are implementing a process-oriented portfolio system in our English lessons in full alignment with the Turkish Century Education Model. Our goal is to ensure that students learn the language actively, freely, and joyfully, without exam-related anxiety. Reviewing and signing the 'My English Tracker' forms and feedback forms at the end of each theme together will be your greatest contribution as a process partner. Thank you for your cooperation.</w:t>
      </w:r>
    </w:p>
    <w:p w14:paraId="7736C9AF" w14:textId="77777777" w:rsidR="00373F5C" w:rsidRPr="003C72B7" w:rsidRDefault="00373F5C" w:rsidP="00373F5C">
      <w:pPr>
        <w:spacing w:after="120"/>
      </w:pPr>
      <w:r>
        <w:rPr>
          <w:rFonts w:ascii="Calibri" w:hAnsi="Calibri"/>
          <w:sz w:val="21"/>
        </w:rPr>
        <w:br/>
        <w:t xml:space="preserve">İNGİLİZCE ZÜMRESİ / ENGLISH DEPT.                       </w:t>
      </w:r>
    </w:p>
    <w:p w14:paraId="56A12642" w14:textId="24130135" w:rsidR="00867C21" w:rsidRPr="003C72B7" w:rsidRDefault="00A14E1E" w:rsidP="00981229">
      <w:pPr>
        <w:keepNext/>
        <w:spacing w:before="360" w:after="120"/>
      </w:pPr>
      <w:r>
        <w:rPr>
          <w:rFonts w:ascii="Arial" w:hAnsi="Arial"/>
          <w:b/>
          <w:sz w:val="32"/>
        </w:rPr>
        <w:t xml:space="preserve"> Bölüm 12. My English Tracker (Ders Performans Takip Cizelgesi)</w:t>
      </w:r>
    </w:p>
    <w:p w14:paraId="7F4589A4" w14:textId="4029BBCB" w:rsidR="00867C21" w:rsidRPr="003C72B7" w:rsidRDefault="00A14E1E">
      <w:pPr>
        <w:spacing w:before="80" w:after="160"/>
      </w:pPr>
      <w:r>
        <w:rPr>
          <w:rFonts w:ascii="Segoe UI Emoji" w:hAnsi="Segoe UI Emoji" w:cs="Segoe UI Emoji"/>
          <w:b/>
          <w:i/>
          <w:sz w:val="19"/>
        </w:rPr>
        <w:t>ℹ️</w:t>
      </w:r>
      <w:r>
        <w:rPr>
          <w:rFonts w:ascii="Calibri" w:hAnsi="Calibri"/>
          <w:b/>
          <w:i/>
          <w:sz w:val="19"/>
        </w:rPr>
        <w:t xml:space="preserve"> Sevgili Öğrencim, Bu form,</w:t>
      </w:r>
      <w:r>
        <w:rPr>
          <w:rFonts w:ascii="Calibri" w:hAnsi="Calibri"/>
          <w:i/>
          <w:sz w:val="19"/>
        </w:rPr>
        <w:t>ders sırasında kendi dil gelişimini ve ders sorumluluklarını izlediğin,öğretmenin verdiği ödülleri ve uyarıları kaydettiğin öz takip formudur .Lütfen bu formu kaybetme- düzenli doldur ve tema sonunda öğretmenine teslim et!</w:t>
      </w:r>
    </w:p>
    <w:p w14:paraId="29BE465A" w14:textId="77777777" w:rsidR="00867C21" w:rsidRPr="003C72B7" w:rsidRDefault="00A14E1E">
      <w:pPr>
        <w:rPr>
          <w:sz w:val="24"/>
          <w:szCs w:val="24"/>
        </w:rPr>
      </w:pPr>
      <w:r>
        <w:rPr>
          <w:b/>
          <w:sz w:val="24"/>
          <w:szCs w:val="24"/>
        </w:rPr>
        <w:t>Student Name / Adı Soyadı: __________________________   Theme / Tema: _____________</w:t>
      </w:r>
      <w:r>
        <w:rPr>
          <w:b/>
          <w:sz w:val="24"/>
          <w:szCs w:val="24"/>
        </w:rPr>
        <w:br/>
        <w:t>Student Number / Numara: ____________________   Date / Tarih: _______________</w:t>
      </w:r>
    </w:p>
    <w:tbl>
      <w:tblPr>
        <w:tblStyle w:val="TabloKlavuzu"/>
        <w:tblW w:w="11057" w:type="dxa"/>
        <w:tblInd w:w="-714" w:type="dxa"/>
        <w:tblLayout w:type="fixed"/>
        <w:tblCellMar>
          <w:left w:w="57" w:type="dxa"/>
          <w:right w:w="57" w:type="dxa"/>
        </w:tblCellMar>
        <w:tblLook w:val="04A0" w:firstRow="1" w:lastRow="0" w:firstColumn="1" w:lastColumn="0" w:noHBand="0" w:noVBand="1"/>
      </w:tblPr>
      <w:tblGrid>
        <w:gridCol w:w="5104"/>
        <w:gridCol w:w="5953"/>
      </w:tblGrid>
      <w:tr w:rsidR="00FB1897" w:rsidRPr="00DA3F7A" w14:paraId="69E9D0AF" w14:textId="77777777" w:rsidTr="00FE6E58">
        <w:trPr>
          <w:cantSplit/>
          <w:trHeight w:val="20"/>
        </w:trPr>
        <w:tc>
          <w:tcPr>
            <w:tcW w:w="11057" w:type="dxa"/>
            <w:gridSpan w:val="2"/>
          </w:tcPr>
          <w:p w14:paraId="6013928B" w14:textId="369E69A5" w:rsidR="00FB1897" w:rsidRPr="00FB1897" w:rsidRDefault="00FB1897">
            <w:pPr>
              <w:spacing w:before="40" w:after="40"/>
              <w:jc w:val="center"/>
              <w:rPr>
                <w:szCs w:val="24"/>
              </w:rPr>
            </w:pPr>
            <w:r>
              <w:rPr>
                <w:rFonts w:ascii="Calibri" w:hAnsi="Calibri"/>
                <w:b/>
                <w:szCs w:val="24"/>
              </w:rPr>
              <w:t xml:space="preserve">Bu </w:t>
            </w:r>
            <w:proofErr w:type="spellStart"/>
            <w:r>
              <w:rPr>
                <w:rFonts w:ascii="Calibri" w:hAnsi="Calibri"/>
                <w:b/>
                <w:szCs w:val="24"/>
              </w:rPr>
              <w:t>Temadaki</w:t>
            </w:r>
            <w:proofErr w:type="spellEnd"/>
            <w:r>
              <w:rPr>
                <w:rFonts w:ascii="Calibri" w:hAnsi="Calibri"/>
                <w:b/>
                <w:szCs w:val="24"/>
              </w:rPr>
              <w:t xml:space="preserve"> </w:t>
            </w:r>
            <w:proofErr w:type="spellStart"/>
            <w:r>
              <w:rPr>
                <w:rFonts w:ascii="Calibri" w:hAnsi="Calibri"/>
                <w:b/>
                <w:szCs w:val="24"/>
              </w:rPr>
              <w:t>Etkinliklerde</w:t>
            </w:r>
            <w:proofErr w:type="spellEnd"/>
            <w:r>
              <w:rPr>
                <w:rFonts w:ascii="Calibri" w:hAnsi="Calibri"/>
                <w:b/>
                <w:szCs w:val="24"/>
              </w:rPr>
              <w:t xml:space="preserve">, </w:t>
            </w:r>
            <w:proofErr w:type="spellStart"/>
            <w:r>
              <w:rPr>
                <w:rFonts w:ascii="Calibri" w:hAnsi="Calibri"/>
                <w:b/>
                <w:szCs w:val="24"/>
              </w:rPr>
              <w:t>Öğretmen</w:t>
            </w:r>
            <w:proofErr w:type="spellEnd"/>
            <w:r>
              <w:rPr>
                <w:rFonts w:ascii="Calibri" w:hAnsi="Calibri"/>
                <w:b/>
                <w:szCs w:val="24"/>
              </w:rPr>
              <w:t xml:space="preserve"> Tarafından Verilen Ödül veya </w:t>
            </w:r>
            <w:proofErr w:type="gramStart"/>
            <w:r>
              <w:rPr>
                <w:rFonts w:ascii="Calibri" w:hAnsi="Calibri"/>
                <w:b/>
                <w:szCs w:val="24"/>
              </w:rPr>
              <w:t>Uyarılar(</w:t>
            </w:r>
            <w:proofErr w:type="gramEnd"/>
            <w:r>
              <w:rPr>
                <w:rFonts w:ascii="Calibri" w:hAnsi="Calibri"/>
                <w:i/>
                <w:szCs w:val="24"/>
              </w:rPr>
              <w:t>(</w:t>
            </w:r>
            <w:r>
              <w:rPr>
                <w:rFonts w:ascii="Segoe UI Symbol" w:hAnsi="Segoe UI Symbol" w:cs="Segoe UI Symbol"/>
                <w:i/>
                <w:szCs w:val="24"/>
              </w:rPr>
              <w:t>★</w:t>
            </w:r>
            <w:r>
              <w:rPr>
                <w:rFonts w:ascii="Calibri" w:hAnsi="Calibri"/>
                <w:i/>
                <w:szCs w:val="24"/>
              </w:rPr>
              <w:t xml:space="preserve">, </w:t>
            </w:r>
            <w:r>
              <w:rPr>
                <w:rFonts w:ascii="Segoe UI Symbol" w:hAnsi="Segoe UI Symbol" w:cs="Segoe UI Symbol"/>
                <w:i/>
                <w:szCs w:val="24"/>
              </w:rPr>
              <w:t>✔</w:t>
            </w:r>
            <w:r>
              <w:rPr>
                <w:rFonts w:ascii="Calibri" w:hAnsi="Calibri"/>
                <w:i/>
                <w:szCs w:val="24"/>
              </w:rPr>
              <w:t xml:space="preserve">, </w:t>
            </w:r>
            <w:r>
              <w:rPr>
                <w:rFonts w:ascii="Segoe UI Symbol" w:hAnsi="Segoe UI Symbol" w:cs="Segoe UI Symbol"/>
                <w:i/>
                <w:szCs w:val="24"/>
              </w:rPr>
              <w:t>✚</w:t>
            </w:r>
            <w:r>
              <w:rPr>
                <w:rFonts w:ascii="Calibri" w:hAnsi="Calibri"/>
                <w:i/>
                <w:szCs w:val="24"/>
              </w:rPr>
              <w:t xml:space="preserve">, </w:t>
            </w:r>
            <w:proofErr w:type="gramStart"/>
            <w:r>
              <w:rPr>
                <w:rFonts w:ascii="Segoe UI Symbol" w:hAnsi="Segoe UI Symbol" w:cs="Segoe UI Symbol"/>
                <w:i/>
                <w:szCs w:val="24"/>
              </w:rPr>
              <w:t>❢</w:t>
            </w:r>
            <w:r>
              <w:rPr>
                <w:rFonts w:ascii="Calibri" w:hAnsi="Calibri"/>
                <w:i/>
                <w:szCs w:val="24"/>
              </w:rPr>
              <w:t xml:space="preserve">) </w:t>
            </w:r>
            <w:r>
              <w:rPr>
                <w:rFonts w:ascii="Calibri" w:hAnsi="Calibri"/>
                <w:b/>
                <w:szCs w:val="24"/>
              </w:rPr>
              <w:t xml:space="preserve">  </w:t>
            </w:r>
            <w:proofErr w:type="gramEnd"/>
            <w:r>
              <w:rPr>
                <w:rFonts w:ascii="Calibri" w:hAnsi="Calibri"/>
                <w:b/>
                <w:szCs w:val="24"/>
              </w:rPr>
              <w:t>ve Motivasyon Kaşelerim</w:t>
            </w:r>
          </w:p>
        </w:tc>
      </w:tr>
      <w:tr w:rsidR="003C72B7" w:rsidRPr="00DA3F7A" w14:paraId="7771DAD7" w14:textId="77777777" w:rsidTr="00FE6E58">
        <w:trPr>
          <w:cantSplit/>
          <w:trHeight w:val="621"/>
        </w:trPr>
        <w:tc>
          <w:tcPr>
            <w:tcW w:w="5104" w:type="dxa"/>
          </w:tcPr>
          <w:p w14:paraId="49F7C2E2" w14:textId="59A9108F" w:rsidR="00BA0673" w:rsidRPr="00DA3F7A" w:rsidRDefault="00BA0673" w:rsidP="00FE6E58">
            <w:pPr>
              <w:spacing w:before="40" w:after="40"/>
              <w:rPr>
                <w:sz w:val="18"/>
                <w:szCs w:val="20"/>
              </w:rPr>
            </w:pPr>
            <w:r>
              <w:rPr>
                <w:b/>
                <w:bCs/>
                <w:sz w:val="18"/>
                <w:szCs w:val="20"/>
              </w:rPr>
              <w:t>I AM PUNCTUAL (DERSİME VAKTİNDE GELİRİM)</w:t>
            </w:r>
          </w:p>
        </w:tc>
        <w:tc>
          <w:tcPr>
            <w:tcW w:w="5953" w:type="dxa"/>
          </w:tcPr>
          <w:p w14:paraId="041590FE" w14:textId="77777777" w:rsidR="00BA0673" w:rsidRDefault="00BA0673" w:rsidP="00FE6E58">
            <w:pPr>
              <w:spacing w:before="40" w:after="40"/>
              <w:rPr>
                <w:sz w:val="18"/>
                <w:szCs w:val="20"/>
              </w:rPr>
            </w:pPr>
          </w:p>
          <w:p w14:paraId="15DBBDA6" w14:textId="77777777" w:rsidR="00FE6E58" w:rsidRDefault="00FE6E58" w:rsidP="00FE6E58">
            <w:pPr>
              <w:spacing w:before="40" w:after="40"/>
              <w:rPr>
                <w:sz w:val="18"/>
                <w:szCs w:val="20"/>
              </w:rPr>
            </w:pPr>
          </w:p>
          <w:p w14:paraId="1861B538" w14:textId="32FA6839" w:rsidR="00FE6E58" w:rsidRPr="00DA3F7A" w:rsidRDefault="00FE6E58" w:rsidP="00FE6E58">
            <w:pPr>
              <w:spacing w:before="40" w:after="40"/>
              <w:rPr>
                <w:sz w:val="18"/>
                <w:szCs w:val="20"/>
              </w:rPr>
            </w:pPr>
          </w:p>
        </w:tc>
      </w:tr>
      <w:tr w:rsidR="003C72B7" w:rsidRPr="00DA3F7A" w14:paraId="5507074B" w14:textId="77777777" w:rsidTr="00FE6E58">
        <w:trPr>
          <w:cantSplit/>
          <w:trHeight w:val="20"/>
        </w:trPr>
        <w:tc>
          <w:tcPr>
            <w:tcW w:w="5104" w:type="dxa"/>
          </w:tcPr>
          <w:p w14:paraId="136E41FC" w14:textId="745F0DD8" w:rsidR="00213C16" w:rsidRPr="00DA3F7A" w:rsidRDefault="00213C16" w:rsidP="00213C16">
            <w:pPr>
              <w:spacing w:before="40" w:after="40"/>
              <w:rPr>
                <w:rFonts w:ascii="Calibri" w:hAnsi="Calibri"/>
                <w:b/>
                <w:bCs/>
                <w:sz w:val="18"/>
                <w:szCs w:val="20"/>
              </w:rPr>
            </w:pPr>
            <w:r>
              <w:rPr>
                <w:rFonts w:ascii="Calibri" w:hAnsi="Calibri"/>
                <w:b/>
                <w:bCs/>
                <w:sz w:val="18"/>
                <w:szCs w:val="20"/>
              </w:rPr>
              <w:t xml:space="preserve">I AM READY FOR THE LESSON </w:t>
            </w:r>
            <w:proofErr w:type="gramStart"/>
            <w:r>
              <w:rPr>
                <w:rFonts w:ascii="Calibri" w:hAnsi="Calibri"/>
                <w:b/>
                <w:bCs/>
                <w:sz w:val="18"/>
                <w:szCs w:val="20"/>
              </w:rPr>
              <w:t>( DERSE</w:t>
            </w:r>
            <w:proofErr w:type="gramEnd"/>
            <w:r>
              <w:rPr>
                <w:rFonts w:ascii="Calibri" w:hAnsi="Calibri"/>
                <w:b/>
                <w:bCs/>
                <w:sz w:val="18"/>
                <w:szCs w:val="20"/>
              </w:rPr>
              <w:t xml:space="preserve"> </w:t>
            </w:r>
            <w:proofErr w:type="gramStart"/>
            <w:r>
              <w:rPr>
                <w:rFonts w:ascii="Calibri" w:hAnsi="Calibri"/>
                <w:b/>
                <w:bCs/>
                <w:sz w:val="18"/>
                <w:szCs w:val="20"/>
              </w:rPr>
              <w:t>HAZIRIM )</w:t>
            </w:r>
            <w:proofErr w:type="gramEnd"/>
          </w:p>
          <w:p w14:paraId="65E55E78" w14:textId="576A41AD" w:rsidR="00BA0673" w:rsidRPr="00DA3F7A" w:rsidRDefault="00BA0673">
            <w:pPr>
              <w:spacing w:before="40" w:after="40"/>
              <w:rPr>
                <w:sz w:val="18"/>
                <w:szCs w:val="20"/>
              </w:rPr>
            </w:pPr>
          </w:p>
        </w:tc>
        <w:tc>
          <w:tcPr>
            <w:tcW w:w="5953" w:type="dxa"/>
          </w:tcPr>
          <w:p w14:paraId="5F717C1E" w14:textId="77777777" w:rsidR="00BA0673" w:rsidRDefault="00BA0673">
            <w:pPr>
              <w:spacing w:before="40" w:after="40"/>
              <w:jc w:val="center"/>
              <w:rPr>
                <w:sz w:val="18"/>
                <w:szCs w:val="20"/>
              </w:rPr>
            </w:pPr>
          </w:p>
          <w:p w14:paraId="74AD7F90" w14:textId="77777777" w:rsidR="00FE6E58" w:rsidRPr="00DA3F7A" w:rsidRDefault="00FE6E58">
            <w:pPr>
              <w:spacing w:before="40" w:after="40"/>
              <w:jc w:val="center"/>
              <w:rPr>
                <w:sz w:val="18"/>
                <w:szCs w:val="20"/>
              </w:rPr>
            </w:pPr>
          </w:p>
          <w:p w14:paraId="63CD4619" w14:textId="1374660B" w:rsidR="00DA4D6C" w:rsidRPr="00DA3F7A" w:rsidRDefault="00DA4D6C" w:rsidP="00FE6E58">
            <w:pPr>
              <w:spacing w:before="40" w:after="40"/>
              <w:rPr>
                <w:sz w:val="18"/>
                <w:szCs w:val="20"/>
              </w:rPr>
            </w:pPr>
          </w:p>
        </w:tc>
      </w:tr>
      <w:tr w:rsidR="003C72B7" w:rsidRPr="00DA3F7A" w14:paraId="3F263624" w14:textId="77777777" w:rsidTr="00FE6E58">
        <w:trPr>
          <w:cantSplit/>
          <w:trHeight w:val="20"/>
        </w:trPr>
        <w:tc>
          <w:tcPr>
            <w:tcW w:w="5104" w:type="dxa"/>
          </w:tcPr>
          <w:p w14:paraId="77FA8FB8" w14:textId="77777777" w:rsidR="00213C16" w:rsidRPr="00DA3F7A" w:rsidRDefault="00213C16" w:rsidP="00213C16">
            <w:pPr>
              <w:spacing w:before="40" w:after="40"/>
              <w:rPr>
                <w:rFonts w:ascii="Calibri" w:hAnsi="Calibri"/>
                <w:b/>
                <w:bCs/>
                <w:sz w:val="18"/>
                <w:szCs w:val="20"/>
              </w:rPr>
            </w:pPr>
            <w:r>
              <w:rPr>
                <w:rFonts w:ascii="Calibri" w:hAnsi="Calibri"/>
                <w:b/>
                <w:bCs/>
                <w:sz w:val="18"/>
                <w:szCs w:val="20"/>
              </w:rPr>
              <w:t xml:space="preserve">I AM RESPECTFUL (BEN </w:t>
            </w:r>
            <w:proofErr w:type="gramStart"/>
            <w:r>
              <w:rPr>
                <w:rFonts w:ascii="Calibri" w:hAnsi="Calibri"/>
                <w:b/>
                <w:bCs/>
                <w:sz w:val="18"/>
                <w:szCs w:val="20"/>
              </w:rPr>
              <w:t>SAYGILIYIM )</w:t>
            </w:r>
            <w:proofErr w:type="gramEnd"/>
          </w:p>
          <w:p w14:paraId="09AFBCC3" w14:textId="53084CA1" w:rsidR="00BA0673" w:rsidRPr="00DA3F7A" w:rsidRDefault="00BA0673">
            <w:pPr>
              <w:spacing w:before="40" w:after="40"/>
              <w:rPr>
                <w:sz w:val="18"/>
                <w:szCs w:val="20"/>
              </w:rPr>
            </w:pPr>
          </w:p>
        </w:tc>
        <w:tc>
          <w:tcPr>
            <w:tcW w:w="5953" w:type="dxa"/>
          </w:tcPr>
          <w:p w14:paraId="0D1CCF46" w14:textId="77777777" w:rsidR="00BA0673" w:rsidRDefault="00BA0673" w:rsidP="00FE6E58">
            <w:pPr>
              <w:spacing w:before="40" w:after="40"/>
              <w:rPr>
                <w:sz w:val="18"/>
                <w:szCs w:val="20"/>
              </w:rPr>
            </w:pPr>
          </w:p>
          <w:p w14:paraId="63368395" w14:textId="77777777" w:rsidR="00FE6E58" w:rsidRDefault="00FE6E58" w:rsidP="00FE6E58">
            <w:pPr>
              <w:spacing w:before="40" w:after="40"/>
              <w:rPr>
                <w:sz w:val="18"/>
                <w:szCs w:val="20"/>
              </w:rPr>
            </w:pPr>
          </w:p>
          <w:p w14:paraId="4859FC05" w14:textId="6200FF86" w:rsidR="00FE6E58" w:rsidRPr="00DA3F7A" w:rsidRDefault="00FE6E58" w:rsidP="00FE6E58">
            <w:pPr>
              <w:spacing w:before="40" w:after="40"/>
              <w:rPr>
                <w:sz w:val="18"/>
                <w:szCs w:val="20"/>
              </w:rPr>
            </w:pPr>
          </w:p>
        </w:tc>
      </w:tr>
      <w:tr w:rsidR="00315BCE" w:rsidRPr="00DA3F7A" w14:paraId="553DD8D2" w14:textId="77777777" w:rsidTr="00FE6E58">
        <w:trPr>
          <w:cantSplit/>
          <w:trHeight w:val="20"/>
        </w:trPr>
        <w:tc>
          <w:tcPr>
            <w:tcW w:w="5104" w:type="dxa"/>
          </w:tcPr>
          <w:p w14:paraId="40B3CE2D" w14:textId="77777777" w:rsidR="00315BCE" w:rsidRDefault="00315BCE" w:rsidP="00315BCE">
            <w:pPr>
              <w:rPr>
                <w:b/>
                <w:bCs/>
                <w:sz w:val="18"/>
                <w:szCs w:val="20"/>
              </w:rPr>
            </w:pPr>
            <w:r>
              <w:rPr>
                <w:b/>
                <w:bCs/>
                <w:sz w:val="18"/>
                <w:szCs w:val="20"/>
              </w:rPr>
              <w:t>I AM GOOD AT VOCABULARY (KELİME BİLGİSİNDE İYİYİM)</w:t>
            </w:r>
          </w:p>
          <w:p w14:paraId="155B06F4" w14:textId="77777777" w:rsidR="00315BCE" w:rsidRPr="00DA3F7A" w:rsidRDefault="00315BCE" w:rsidP="00315BCE">
            <w:pPr>
              <w:rPr>
                <w:b/>
                <w:bCs/>
                <w:sz w:val="18"/>
                <w:szCs w:val="20"/>
              </w:rPr>
            </w:pPr>
          </w:p>
          <w:p w14:paraId="08A27AEA" w14:textId="77777777" w:rsidR="00315BCE" w:rsidRDefault="00315BCE" w:rsidP="00213C16">
            <w:pPr>
              <w:spacing w:before="40" w:after="40"/>
              <w:rPr>
                <w:rFonts w:ascii="Calibri" w:hAnsi="Calibri"/>
                <w:b/>
                <w:bCs/>
                <w:sz w:val="18"/>
                <w:szCs w:val="20"/>
              </w:rPr>
            </w:pPr>
          </w:p>
        </w:tc>
        <w:tc>
          <w:tcPr>
            <w:tcW w:w="5953" w:type="dxa"/>
          </w:tcPr>
          <w:p w14:paraId="15B19BA6" w14:textId="77777777" w:rsidR="00315BCE" w:rsidRDefault="00315BCE" w:rsidP="00FE6E58">
            <w:pPr>
              <w:spacing w:before="40" w:after="40"/>
              <w:rPr>
                <w:sz w:val="18"/>
                <w:szCs w:val="20"/>
              </w:rPr>
            </w:pPr>
          </w:p>
          <w:p w14:paraId="5C871628" w14:textId="77777777" w:rsidR="00FE6E58" w:rsidRDefault="00FE6E58" w:rsidP="00FE6E58">
            <w:pPr>
              <w:spacing w:before="40" w:after="40"/>
              <w:rPr>
                <w:sz w:val="18"/>
                <w:szCs w:val="20"/>
              </w:rPr>
            </w:pPr>
          </w:p>
          <w:p w14:paraId="5C521D60" w14:textId="3717AB21" w:rsidR="00FE6E58" w:rsidRPr="00DA3F7A" w:rsidRDefault="00FE6E58" w:rsidP="00FE6E58">
            <w:pPr>
              <w:spacing w:before="40" w:after="40"/>
              <w:rPr>
                <w:sz w:val="18"/>
                <w:szCs w:val="20"/>
              </w:rPr>
            </w:pPr>
          </w:p>
        </w:tc>
      </w:tr>
      <w:tr w:rsidR="00315BCE" w:rsidRPr="00DA3F7A" w14:paraId="0B4257A3" w14:textId="77777777" w:rsidTr="00FE6E58">
        <w:trPr>
          <w:cantSplit/>
          <w:trHeight w:val="20"/>
        </w:trPr>
        <w:tc>
          <w:tcPr>
            <w:tcW w:w="5104" w:type="dxa"/>
          </w:tcPr>
          <w:p w14:paraId="2FE228BD" w14:textId="7DA31186" w:rsidR="00315BCE" w:rsidRPr="00DA3F7A" w:rsidRDefault="00315BCE" w:rsidP="00315BCE">
            <w:pPr>
              <w:spacing w:before="40" w:after="40"/>
              <w:rPr>
                <w:rFonts w:ascii="Calibri" w:hAnsi="Calibri"/>
                <w:b/>
                <w:bCs/>
                <w:sz w:val="18"/>
                <w:szCs w:val="20"/>
              </w:rPr>
            </w:pPr>
            <w:r>
              <w:rPr>
                <w:rFonts w:ascii="Calibri" w:hAnsi="Calibri"/>
                <w:b/>
                <w:bCs/>
                <w:sz w:val="18"/>
                <w:szCs w:val="20"/>
              </w:rPr>
              <w:t xml:space="preserve">I AM GOOD AT SPEAKING </w:t>
            </w:r>
            <w:proofErr w:type="gramStart"/>
            <w:r>
              <w:rPr>
                <w:rFonts w:ascii="Calibri" w:hAnsi="Calibri"/>
                <w:b/>
                <w:bCs/>
                <w:sz w:val="18"/>
                <w:szCs w:val="20"/>
              </w:rPr>
              <w:t>( KONUŞMADA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37F7D341" w14:textId="49CBF0D0" w:rsidR="00315BCE" w:rsidRPr="00DA3F7A" w:rsidRDefault="00315BCE" w:rsidP="00315BCE">
            <w:pPr>
              <w:spacing w:before="40" w:after="40"/>
              <w:rPr>
                <w:sz w:val="18"/>
                <w:szCs w:val="20"/>
              </w:rPr>
            </w:pPr>
          </w:p>
        </w:tc>
        <w:tc>
          <w:tcPr>
            <w:tcW w:w="5953" w:type="dxa"/>
          </w:tcPr>
          <w:p w14:paraId="06CBA214" w14:textId="77777777" w:rsidR="00315BCE" w:rsidRPr="00DA3F7A" w:rsidRDefault="00315BCE" w:rsidP="00315BCE">
            <w:pPr>
              <w:spacing w:before="40" w:after="40"/>
              <w:jc w:val="center"/>
              <w:rPr>
                <w:sz w:val="18"/>
                <w:szCs w:val="20"/>
              </w:rPr>
            </w:pPr>
          </w:p>
          <w:p w14:paraId="0BFDC1E6" w14:textId="77777777" w:rsidR="00315BCE" w:rsidRDefault="00315BCE" w:rsidP="00FE6E58">
            <w:pPr>
              <w:spacing w:before="40" w:after="40"/>
              <w:rPr>
                <w:sz w:val="18"/>
                <w:szCs w:val="20"/>
              </w:rPr>
            </w:pPr>
          </w:p>
          <w:p w14:paraId="3B8015C3" w14:textId="77777777" w:rsidR="00FE6E58" w:rsidRDefault="00FE6E58" w:rsidP="00FE6E58">
            <w:pPr>
              <w:spacing w:before="40" w:after="40"/>
              <w:rPr>
                <w:sz w:val="18"/>
                <w:szCs w:val="20"/>
              </w:rPr>
            </w:pPr>
          </w:p>
          <w:p w14:paraId="4F65B0F4" w14:textId="7AE98EB2" w:rsidR="00FE6E58" w:rsidRPr="00DA3F7A" w:rsidRDefault="00FE6E58" w:rsidP="00FE6E58">
            <w:pPr>
              <w:spacing w:before="40" w:after="40"/>
              <w:rPr>
                <w:sz w:val="18"/>
                <w:szCs w:val="20"/>
              </w:rPr>
            </w:pPr>
          </w:p>
        </w:tc>
      </w:tr>
      <w:tr w:rsidR="00315BCE" w:rsidRPr="00DA3F7A" w14:paraId="50A9B903" w14:textId="77777777" w:rsidTr="00FE6E58">
        <w:trPr>
          <w:cantSplit/>
          <w:trHeight w:val="20"/>
        </w:trPr>
        <w:tc>
          <w:tcPr>
            <w:tcW w:w="5104" w:type="dxa"/>
          </w:tcPr>
          <w:p w14:paraId="3EE62FB5" w14:textId="77777777" w:rsidR="00315BCE" w:rsidRDefault="00315BCE" w:rsidP="00315BCE">
            <w:pPr>
              <w:spacing w:before="40" w:after="40"/>
              <w:rPr>
                <w:rFonts w:ascii="Calibri" w:hAnsi="Calibri"/>
                <w:b/>
                <w:bCs/>
                <w:sz w:val="18"/>
                <w:szCs w:val="20"/>
              </w:rPr>
            </w:pPr>
            <w:r>
              <w:rPr>
                <w:rFonts w:ascii="Calibri" w:hAnsi="Calibri"/>
                <w:b/>
                <w:bCs/>
                <w:sz w:val="18"/>
                <w:szCs w:val="20"/>
              </w:rPr>
              <w:t xml:space="preserve">I AM GOOD AT LISTENING </w:t>
            </w:r>
            <w:proofErr w:type="gramStart"/>
            <w:r>
              <w:rPr>
                <w:rFonts w:ascii="Calibri" w:hAnsi="Calibri"/>
                <w:b/>
                <w:bCs/>
                <w:sz w:val="18"/>
                <w:szCs w:val="20"/>
              </w:rPr>
              <w:t>( DİNLEMEDE</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521BDA50" w14:textId="7934EFC3" w:rsidR="00315BCE" w:rsidRDefault="00315BCE" w:rsidP="00315BCE">
            <w:pPr>
              <w:spacing w:before="40" w:after="40"/>
              <w:rPr>
                <w:rFonts w:ascii="Calibri" w:hAnsi="Calibri"/>
                <w:b/>
                <w:bCs/>
                <w:sz w:val="18"/>
                <w:szCs w:val="20"/>
              </w:rPr>
            </w:pPr>
          </w:p>
        </w:tc>
        <w:tc>
          <w:tcPr>
            <w:tcW w:w="5953" w:type="dxa"/>
          </w:tcPr>
          <w:p w14:paraId="27F6A55D" w14:textId="77777777" w:rsidR="00FE6E58" w:rsidRDefault="00FE6E58" w:rsidP="00FE6E58">
            <w:pPr>
              <w:rPr>
                <w:sz w:val="18"/>
                <w:szCs w:val="20"/>
              </w:rPr>
            </w:pPr>
          </w:p>
          <w:p w14:paraId="7C4BF60D" w14:textId="77777777" w:rsidR="00FE6E58" w:rsidRDefault="00FE6E58" w:rsidP="00FE6E58">
            <w:pPr>
              <w:rPr>
                <w:sz w:val="18"/>
                <w:szCs w:val="20"/>
              </w:rPr>
            </w:pPr>
          </w:p>
          <w:p w14:paraId="11930815" w14:textId="77777777" w:rsidR="00FE6E58" w:rsidRPr="00FE6E58" w:rsidRDefault="00FE6E58" w:rsidP="00FE6E58">
            <w:pPr>
              <w:rPr>
                <w:sz w:val="18"/>
                <w:szCs w:val="20"/>
              </w:rPr>
            </w:pPr>
          </w:p>
        </w:tc>
      </w:tr>
      <w:tr w:rsidR="00315BCE" w:rsidRPr="00DA3F7A" w14:paraId="424684AA" w14:textId="77777777" w:rsidTr="00FE6E58">
        <w:trPr>
          <w:cantSplit/>
          <w:trHeight w:val="20"/>
        </w:trPr>
        <w:tc>
          <w:tcPr>
            <w:tcW w:w="5104" w:type="dxa"/>
          </w:tcPr>
          <w:p w14:paraId="0B28CE47" w14:textId="1F9236E1" w:rsidR="00315BCE" w:rsidRPr="00DA3F7A" w:rsidRDefault="00315BCE" w:rsidP="00315BCE">
            <w:pPr>
              <w:spacing w:before="40" w:after="40"/>
              <w:rPr>
                <w:sz w:val="18"/>
                <w:szCs w:val="20"/>
              </w:rPr>
            </w:pPr>
            <w:r>
              <w:rPr>
                <w:rFonts w:ascii="Calibri" w:hAnsi="Calibri"/>
                <w:b/>
                <w:bCs/>
                <w:sz w:val="18"/>
                <w:szCs w:val="20"/>
              </w:rPr>
              <w:t xml:space="preserve">I AM A GOOD AT READING </w:t>
            </w:r>
            <w:proofErr w:type="gramStart"/>
            <w:r>
              <w:rPr>
                <w:rFonts w:ascii="Calibri" w:hAnsi="Calibri"/>
                <w:b/>
                <w:bCs/>
                <w:sz w:val="18"/>
                <w:szCs w:val="20"/>
              </w:rPr>
              <w:t>( OKUMADA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tc>
        <w:tc>
          <w:tcPr>
            <w:tcW w:w="5953" w:type="dxa"/>
          </w:tcPr>
          <w:p w14:paraId="69BE0C3B" w14:textId="77777777" w:rsidR="00315BCE" w:rsidRPr="00DA3F7A" w:rsidRDefault="00315BCE" w:rsidP="00315BCE">
            <w:pPr>
              <w:spacing w:before="40" w:after="40"/>
              <w:jc w:val="center"/>
              <w:rPr>
                <w:sz w:val="18"/>
                <w:szCs w:val="20"/>
              </w:rPr>
            </w:pPr>
          </w:p>
          <w:p w14:paraId="5C2B98AC" w14:textId="77777777" w:rsidR="00315BCE" w:rsidRDefault="00315BCE" w:rsidP="00315BCE">
            <w:pPr>
              <w:spacing w:before="40" w:after="40"/>
              <w:rPr>
                <w:sz w:val="18"/>
                <w:szCs w:val="20"/>
              </w:rPr>
            </w:pPr>
          </w:p>
          <w:p w14:paraId="28E95E9C" w14:textId="77777777" w:rsidR="00FE6E58" w:rsidRDefault="00FE6E58" w:rsidP="00315BCE">
            <w:pPr>
              <w:spacing w:before="40" w:after="40"/>
              <w:rPr>
                <w:sz w:val="18"/>
                <w:szCs w:val="20"/>
              </w:rPr>
            </w:pPr>
          </w:p>
          <w:p w14:paraId="728A64B6" w14:textId="555E048B" w:rsidR="00FE6E58" w:rsidRPr="00DA3F7A" w:rsidRDefault="00FE6E58" w:rsidP="00315BCE">
            <w:pPr>
              <w:spacing w:before="40" w:after="40"/>
              <w:rPr>
                <w:sz w:val="18"/>
                <w:szCs w:val="20"/>
              </w:rPr>
            </w:pPr>
          </w:p>
        </w:tc>
      </w:tr>
      <w:tr w:rsidR="00315BCE" w:rsidRPr="00DA3F7A" w14:paraId="0D8BEFB9" w14:textId="77777777" w:rsidTr="00FE6E58">
        <w:trPr>
          <w:cantSplit/>
          <w:trHeight w:val="20"/>
        </w:trPr>
        <w:tc>
          <w:tcPr>
            <w:tcW w:w="5104" w:type="dxa"/>
          </w:tcPr>
          <w:p w14:paraId="0CB396EC" w14:textId="77777777" w:rsidR="00315BCE" w:rsidRDefault="00315BCE" w:rsidP="00315BCE">
            <w:pPr>
              <w:spacing w:before="40" w:after="40"/>
              <w:rPr>
                <w:rFonts w:ascii="Calibri" w:hAnsi="Calibri"/>
                <w:b/>
                <w:bCs/>
                <w:sz w:val="18"/>
                <w:szCs w:val="20"/>
              </w:rPr>
            </w:pPr>
            <w:r>
              <w:rPr>
                <w:rFonts w:ascii="Calibri" w:hAnsi="Calibri"/>
                <w:b/>
                <w:bCs/>
                <w:sz w:val="18"/>
                <w:szCs w:val="20"/>
              </w:rPr>
              <w:t xml:space="preserve">I AM GOOD AT GRAMMAR </w:t>
            </w:r>
            <w:proofErr w:type="gramStart"/>
            <w:r>
              <w:rPr>
                <w:rFonts w:ascii="Calibri" w:hAnsi="Calibri"/>
                <w:b/>
                <w:bCs/>
                <w:sz w:val="18"/>
                <w:szCs w:val="20"/>
              </w:rPr>
              <w:t>( DİLBİLGİSİNDE</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4666C7B6" w14:textId="3E312D71" w:rsidR="00315BCE" w:rsidRDefault="00315BCE" w:rsidP="00315BCE">
            <w:pPr>
              <w:spacing w:before="40" w:after="40"/>
              <w:rPr>
                <w:rFonts w:ascii="Calibri" w:hAnsi="Calibri"/>
                <w:b/>
                <w:bCs/>
                <w:sz w:val="18"/>
                <w:szCs w:val="20"/>
              </w:rPr>
            </w:pPr>
          </w:p>
        </w:tc>
        <w:tc>
          <w:tcPr>
            <w:tcW w:w="5953" w:type="dxa"/>
          </w:tcPr>
          <w:p w14:paraId="634FB5B8" w14:textId="77777777" w:rsidR="00315BCE" w:rsidRDefault="00315BCE" w:rsidP="00315BCE">
            <w:pPr>
              <w:spacing w:before="40" w:after="40"/>
              <w:jc w:val="center"/>
              <w:rPr>
                <w:sz w:val="18"/>
                <w:szCs w:val="20"/>
              </w:rPr>
            </w:pPr>
          </w:p>
          <w:p w14:paraId="563F824E" w14:textId="77777777" w:rsidR="00FE6E58" w:rsidRDefault="00FE6E58" w:rsidP="00315BCE">
            <w:pPr>
              <w:spacing w:before="40" w:after="40"/>
              <w:jc w:val="center"/>
              <w:rPr>
                <w:sz w:val="18"/>
                <w:szCs w:val="20"/>
              </w:rPr>
            </w:pPr>
          </w:p>
          <w:p w14:paraId="70086808" w14:textId="77777777" w:rsidR="00FE6E58" w:rsidRPr="00DA3F7A" w:rsidRDefault="00FE6E58" w:rsidP="00315BCE">
            <w:pPr>
              <w:spacing w:before="40" w:after="40"/>
              <w:jc w:val="center"/>
              <w:rPr>
                <w:sz w:val="18"/>
                <w:szCs w:val="20"/>
              </w:rPr>
            </w:pPr>
          </w:p>
        </w:tc>
      </w:tr>
      <w:tr w:rsidR="00315BCE" w:rsidRPr="00DA3F7A" w14:paraId="68165CB2" w14:textId="77777777" w:rsidTr="00FE6E58">
        <w:trPr>
          <w:cantSplit/>
          <w:trHeight w:val="20"/>
        </w:trPr>
        <w:tc>
          <w:tcPr>
            <w:tcW w:w="5104" w:type="dxa"/>
          </w:tcPr>
          <w:p w14:paraId="4B26330A" w14:textId="77777777" w:rsidR="00315BCE" w:rsidRPr="00DA3F7A" w:rsidRDefault="00315BCE" w:rsidP="00315BCE">
            <w:pPr>
              <w:spacing w:before="40" w:after="40"/>
              <w:rPr>
                <w:rFonts w:ascii="Calibri" w:hAnsi="Calibri"/>
                <w:b/>
                <w:bCs/>
                <w:sz w:val="18"/>
                <w:szCs w:val="20"/>
              </w:rPr>
            </w:pPr>
            <w:r>
              <w:rPr>
                <w:rFonts w:ascii="Calibri" w:hAnsi="Calibri"/>
                <w:b/>
                <w:bCs/>
                <w:sz w:val="18"/>
                <w:szCs w:val="20"/>
              </w:rPr>
              <w:t xml:space="preserve">I AM GOOD AT PRONUNCIATION </w:t>
            </w:r>
            <w:proofErr w:type="gramStart"/>
            <w:r>
              <w:rPr>
                <w:rFonts w:ascii="Calibri" w:hAnsi="Calibri"/>
                <w:b/>
                <w:bCs/>
                <w:sz w:val="18"/>
                <w:szCs w:val="20"/>
              </w:rPr>
              <w:t>( TELAFFUZLARDA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p w14:paraId="48D02911" w14:textId="38F0D446" w:rsidR="00315BCE" w:rsidRPr="00DA3F7A" w:rsidRDefault="00315BCE" w:rsidP="00315BCE">
            <w:pPr>
              <w:spacing w:before="40" w:after="40"/>
              <w:rPr>
                <w:sz w:val="18"/>
                <w:szCs w:val="20"/>
              </w:rPr>
            </w:pPr>
          </w:p>
        </w:tc>
        <w:tc>
          <w:tcPr>
            <w:tcW w:w="5953" w:type="dxa"/>
          </w:tcPr>
          <w:p w14:paraId="327B8B10" w14:textId="77777777" w:rsidR="00315BCE" w:rsidRDefault="00315BCE" w:rsidP="00315BCE">
            <w:pPr>
              <w:spacing w:before="40" w:after="40"/>
              <w:jc w:val="center"/>
              <w:rPr>
                <w:sz w:val="18"/>
                <w:szCs w:val="20"/>
              </w:rPr>
            </w:pPr>
          </w:p>
          <w:p w14:paraId="3C61AF9D" w14:textId="77777777" w:rsidR="00FE6E58" w:rsidRDefault="00FE6E58" w:rsidP="00315BCE">
            <w:pPr>
              <w:spacing w:before="40" w:after="40"/>
              <w:jc w:val="center"/>
              <w:rPr>
                <w:sz w:val="18"/>
                <w:szCs w:val="20"/>
              </w:rPr>
            </w:pPr>
          </w:p>
          <w:p w14:paraId="1954DFB2" w14:textId="6457B8C8" w:rsidR="00FE6E58" w:rsidRPr="00DA3F7A" w:rsidRDefault="00FE6E58" w:rsidP="00315BCE">
            <w:pPr>
              <w:spacing w:before="40" w:after="40"/>
              <w:jc w:val="center"/>
              <w:rPr>
                <w:sz w:val="18"/>
                <w:szCs w:val="20"/>
              </w:rPr>
            </w:pPr>
          </w:p>
        </w:tc>
      </w:tr>
      <w:tr w:rsidR="00315BCE" w:rsidRPr="00DA3F7A" w14:paraId="5F4B697A" w14:textId="77777777" w:rsidTr="00FE6E58">
        <w:trPr>
          <w:cantSplit/>
          <w:trHeight w:val="20"/>
        </w:trPr>
        <w:tc>
          <w:tcPr>
            <w:tcW w:w="5104" w:type="dxa"/>
          </w:tcPr>
          <w:p w14:paraId="3CEEF8DF" w14:textId="51FE3857" w:rsidR="00315BCE" w:rsidRPr="00DA3F7A" w:rsidRDefault="00315BCE" w:rsidP="00315BCE">
            <w:pPr>
              <w:spacing w:before="40" w:after="40"/>
              <w:rPr>
                <w:sz w:val="18"/>
                <w:szCs w:val="20"/>
              </w:rPr>
            </w:pPr>
            <w:r>
              <w:rPr>
                <w:rFonts w:ascii="Calibri" w:hAnsi="Calibri"/>
                <w:b/>
                <w:bCs/>
                <w:sz w:val="18"/>
                <w:szCs w:val="20"/>
              </w:rPr>
              <w:t xml:space="preserve">I AM GOOD AT WRITING </w:t>
            </w:r>
            <w:proofErr w:type="gramStart"/>
            <w:r>
              <w:rPr>
                <w:rFonts w:ascii="Calibri" w:hAnsi="Calibri"/>
                <w:b/>
                <w:bCs/>
                <w:sz w:val="18"/>
                <w:szCs w:val="20"/>
              </w:rPr>
              <w:t>( YAZMADA</w:t>
            </w:r>
            <w:proofErr w:type="gramEnd"/>
            <w:r>
              <w:rPr>
                <w:rFonts w:ascii="Calibri" w:hAnsi="Calibri"/>
                <w:b/>
                <w:bCs/>
                <w:sz w:val="18"/>
                <w:szCs w:val="20"/>
              </w:rPr>
              <w:t xml:space="preserve"> </w:t>
            </w:r>
            <w:proofErr w:type="gramStart"/>
            <w:r>
              <w:rPr>
                <w:rFonts w:ascii="Calibri" w:hAnsi="Calibri"/>
                <w:b/>
                <w:bCs/>
                <w:sz w:val="18"/>
                <w:szCs w:val="20"/>
              </w:rPr>
              <w:t>İYİYİM )</w:t>
            </w:r>
            <w:proofErr w:type="gramEnd"/>
          </w:p>
        </w:tc>
        <w:tc>
          <w:tcPr>
            <w:tcW w:w="5953" w:type="dxa"/>
          </w:tcPr>
          <w:p w14:paraId="1913A512" w14:textId="77777777" w:rsidR="00315BCE" w:rsidRDefault="00315BCE" w:rsidP="00315BCE">
            <w:pPr>
              <w:spacing w:before="40" w:after="40"/>
              <w:jc w:val="center"/>
              <w:rPr>
                <w:sz w:val="18"/>
                <w:szCs w:val="20"/>
              </w:rPr>
            </w:pPr>
          </w:p>
          <w:p w14:paraId="750F0F9B" w14:textId="77777777" w:rsidR="00FE6E58" w:rsidRDefault="00FE6E58" w:rsidP="00315BCE">
            <w:pPr>
              <w:spacing w:before="40" w:after="40"/>
              <w:jc w:val="center"/>
              <w:rPr>
                <w:sz w:val="18"/>
                <w:szCs w:val="20"/>
              </w:rPr>
            </w:pPr>
          </w:p>
          <w:p w14:paraId="0D898669" w14:textId="77777777" w:rsidR="00FE6E58" w:rsidRDefault="00FE6E58" w:rsidP="00315BCE">
            <w:pPr>
              <w:spacing w:before="40" w:after="40"/>
              <w:jc w:val="center"/>
              <w:rPr>
                <w:sz w:val="18"/>
                <w:szCs w:val="20"/>
              </w:rPr>
            </w:pPr>
          </w:p>
          <w:p w14:paraId="5F01B361" w14:textId="551F0423" w:rsidR="00FE6E58" w:rsidRPr="00DA3F7A" w:rsidRDefault="00FE6E58" w:rsidP="00315BCE">
            <w:pPr>
              <w:spacing w:before="40" w:after="40"/>
              <w:jc w:val="center"/>
              <w:rPr>
                <w:sz w:val="18"/>
                <w:szCs w:val="20"/>
              </w:rPr>
            </w:pPr>
          </w:p>
        </w:tc>
      </w:tr>
      <w:tr w:rsidR="00315BCE" w:rsidRPr="00DA3F7A" w14:paraId="19B91208" w14:textId="77777777" w:rsidTr="00FE6E58">
        <w:trPr>
          <w:cantSplit/>
          <w:trHeight w:val="20"/>
        </w:trPr>
        <w:tc>
          <w:tcPr>
            <w:tcW w:w="5104" w:type="dxa"/>
          </w:tcPr>
          <w:p w14:paraId="7A80C4EF" w14:textId="77777777" w:rsidR="00315BCE" w:rsidRPr="00DA3F7A" w:rsidRDefault="00315BCE" w:rsidP="00315BCE">
            <w:pPr>
              <w:spacing w:before="40" w:after="40"/>
              <w:rPr>
                <w:rFonts w:ascii="Calibri" w:hAnsi="Calibri"/>
                <w:b/>
                <w:bCs/>
                <w:sz w:val="18"/>
                <w:szCs w:val="20"/>
              </w:rPr>
            </w:pPr>
            <w:r>
              <w:rPr>
                <w:rFonts w:ascii="Calibri" w:hAnsi="Calibri"/>
                <w:b/>
                <w:bCs/>
                <w:sz w:val="18"/>
                <w:szCs w:val="20"/>
              </w:rPr>
              <w:t xml:space="preserve">I AM GOOD AT MY HOMEWORK- </w:t>
            </w:r>
            <w:proofErr w:type="gramStart"/>
            <w:r>
              <w:rPr>
                <w:rFonts w:ascii="Calibri" w:hAnsi="Calibri"/>
                <w:b/>
                <w:bCs/>
                <w:sz w:val="18"/>
                <w:szCs w:val="20"/>
              </w:rPr>
              <w:t>TASKS  (</w:t>
            </w:r>
            <w:proofErr w:type="gramEnd"/>
            <w:r>
              <w:rPr>
                <w:rFonts w:ascii="Calibri" w:hAnsi="Calibri"/>
                <w:b/>
                <w:bCs/>
                <w:sz w:val="18"/>
                <w:szCs w:val="20"/>
              </w:rPr>
              <w:t xml:space="preserve"> ÖDEV VE PERFORMANS GÖREVLERİNDE İYİYİM)</w:t>
            </w:r>
          </w:p>
          <w:p w14:paraId="1F9C259F" w14:textId="245A69E7" w:rsidR="00315BCE" w:rsidRDefault="00315BCE" w:rsidP="00315BCE">
            <w:pPr>
              <w:spacing w:before="40" w:after="40"/>
              <w:rPr>
                <w:rFonts w:ascii="Calibri" w:hAnsi="Calibri"/>
                <w:b/>
                <w:bCs/>
                <w:sz w:val="18"/>
                <w:szCs w:val="20"/>
              </w:rPr>
            </w:pPr>
          </w:p>
        </w:tc>
        <w:tc>
          <w:tcPr>
            <w:tcW w:w="5953" w:type="dxa"/>
          </w:tcPr>
          <w:p w14:paraId="4F87D22F" w14:textId="77777777" w:rsidR="00315BCE" w:rsidRDefault="00315BCE" w:rsidP="00315BCE">
            <w:pPr>
              <w:spacing w:before="40" w:after="40"/>
              <w:jc w:val="center"/>
              <w:rPr>
                <w:sz w:val="18"/>
                <w:szCs w:val="20"/>
              </w:rPr>
            </w:pPr>
          </w:p>
          <w:p w14:paraId="4B8AD1B2" w14:textId="77777777" w:rsidR="00FE6E58" w:rsidRDefault="00FE6E58" w:rsidP="00315BCE">
            <w:pPr>
              <w:spacing w:before="40" w:after="40"/>
              <w:jc w:val="center"/>
              <w:rPr>
                <w:sz w:val="18"/>
                <w:szCs w:val="20"/>
              </w:rPr>
            </w:pPr>
          </w:p>
          <w:p w14:paraId="12BEE11F" w14:textId="77777777" w:rsidR="00FE6E58" w:rsidRDefault="00FE6E58" w:rsidP="00315BCE">
            <w:pPr>
              <w:spacing w:before="40" w:after="40"/>
              <w:jc w:val="center"/>
              <w:rPr>
                <w:sz w:val="18"/>
                <w:szCs w:val="20"/>
              </w:rPr>
            </w:pPr>
          </w:p>
          <w:p w14:paraId="445C0859" w14:textId="77777777" w:rsidR="00FE6E58" w:rsidRPr="00DA3F7A" w:rsidRDefault="00FE6E58" w:rsidP="00315BCE">
            <w:pPr>
              <w:spacing w:before="40" w:after="40"/>
              <w:jc w:val="center"/>
              <w:rPr>
                <w:sz w:val="18"/>
                <w:szCs w:val="20"/>
              </w:rPr>
            </w:pPr>
          </w:p>
        </w:tc>
      </w:tr>
      <w:tr w:rsidR="00315BCE" w:rsidRPr="00DA3F7A" w14:paraId="507AB9DE" w14:textId="77777777" w:rsidTr="00FE6E58">
        <w:trPr>
          <w:cantSplit/>
          <w:trHeight w:val="20"/>
        </w:trPr>
        <w:tc>
          <w:tcPr>
            <w:tcW w:w="5104" w:type="dxa"/>
          </w:tcPr>
          <w:p w14:paraId="269504F4" w14:textId="77777777" w:rsidR="00315BCE" w:rsidRDefault="00315BCE" w:rsidP="00315BCE">
            <w:pPr>
              <w:spacing w:before="40" w:after="40"/>
              <w:rPr>
                <w:rFonts w:ascii="Calibri" w:hAnsi="Calibri"/>
                <w:b/>
                <w:bCs/>
                <w:sz w:val="18"/>
                <w:szCs w:val="20"/>
              </w:rPr>
            </w:pPr>
            <w:r>
              <w:rPr>
                <w:rFonts w:ascii="Calibri" w:hAnsi="Calibri"/>
                <w:b/>
                <w:bCs/>
                <w:sz w:val="18"/>
                <w:szCs w:val="20"/>
              </w:rPr>
              <w:t>I CORRECTED MY MISTAKES</w:t>
            </w:r>
            <w:r>
              <w:rPr>
                <w:rFonts w:ascii="Calibri" w:hAnsi="Calibri"/>
                <w:sz w:val="18"/>
                <w:szCs w:val="20"/>
              </w:rPr>
              <w:t xml:space="preserve"> -</w:t>
            </w:r>
            <w:r>
              <w:rPr>
                <w:rFonts w:ascii="Calibri" w:hAnsi="Calibri"/>
                <w:b/>
                <w:bCs/>
                <w:sz w:val="18"/>
                <w:szCs w:val="20"/>
              </w:rPr>
              <w:t xml:space="preserve">ALDIĞIM YAPICI GERI BILDIRIMLER DOĞRULTUSUNDA HATALARIMI DÜZELTTIM. </w:t>
            </w:r>
          </w:p>
          <w:p w14:paraId="1797B9AF" w14:textId="77777777" w:rsidR="00315BCE" w:rsidRDefault="00315BCE" w:rsidP="00315BCE">
            <w:pPr>
              <w:spacing w:before="40" w:after="40"/>
              <w:rPr>
                <w:rFonts w:ascii="Calibri" w:hAnsi="Calibri"/>
                <w:b/>
                <w:bCs/>
                <w:sz w:val="18"/>
                <w:szCs w:val="20"/>
              </w:rPr>
            </w:pPr>
          </w:p>
        </w:tc>
        <w:tc>
          <w:tcPr>
            <w:tcW w:w="5953" w:type="dxa"/>
          </w:tcPr>
          <w:p w14:paraId="32BB24AC" w14:textId="77777777" w:rsidR="00315BCE" w:rsidRPr="00DA3F7A" w:rsidRDefault="00315BCE" w:rsidP="00315BCE">
            <w:pPr>
              <w:spacing w:before="40" w:after="40"/>
              <w:jc w:val="center"/>
              <w:rPr>
                <w:sz w:val="18"/>
                <w:szCs w:val="20"/>
              </w:rPr>
            </w:pPr>
          </w:p>
        </w:tc>
      </w:tr>
    </w:tbl>
    <w:p w14:paraId="604BCD3B" w14:textId="07009C6A" w:rsidR="00867C21" w:rsidRPr="00DA4D6C" w:rsidRDefault="00A14E1E">
      <w:pPr>
        <w:spacing w:after="120"/>
        <w:rPr>
          <w:b/>
          <w:bCs/>
        </w:rPr>
      </w:pPr>
      <w:r>
        <w:rPr>
          <w:rFonts w:ascii="Calibri" w:hAnsi="Calibri"/>
          <w:sz w:val="21"/>
        </w:rPr>
        <w:br/>
      </w:r>
      <w:r>
        <w:rPr>
          <w:rFonts w:ascii="Calibri" w:hAnsi="Calibri"/>
          <w:b/>
          <w:bCs/>
          <w:sz w:val="21"/>
        </w:rPr>
        <w:t>Öğrenci İmza / Student: ....................   Veli İmza / Parent: ....................   Öğretmen İmza / Teacher: ....................</w:t>
      </w:r>
    </w:p>
    <w:p w14:paraId="37F7B242" w14:textId="77777777" w:rsidR="00E71975" w:rsidRDefault="00E71975">
      <w:pPr>
        <w:keepNext/>
        <w:spacing w:before="360" w:after="120"/>
        <w:rPr>
          <w:rFonts w:ascii="Arial" w:hAnsi="Arial"/>
          <w:b/>
          <w:sz w:val="32"/>
        </w:rPr>
      </w:pPr>
    </w:p>
    <w:p w14:paraId="33659FB3" w14:textId="2CD39C40" w:rsidR="00867C21" w:rsidRPr="003C72B7" w:rsidRDefault="00A14E1E">
      <w:pPr>
        <w:keepNext/>
        <w:spacing w:before="360" w:after="120"/>
      </w:pPr>
      <w:r>
        <w:rPr>
          <w:rFonts w:ascii="Arial" w:hAnsi="Arial"/>
          <w:b/>
          <w:sz w:val="32"/>
        </w:rPr>
        <w:t xml:space="preserve">Bölüm 13. Tema Sonu Bütünleşik Değerlendirme Formu / Theme-End Integrated Form </w:t>
      </w:r>
    </w:p>
    <w:p w14:paraId="5CAC6E11"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Öğrencinin kendi değerlendirmesi (Öz Değerlendirme), akran arkadaşının değerlendirmesi (Akran Değerlendirme) ve ders öğretmeninin değerlendirmesini bir araya getiren bütünleşik gelişim takip formudur.</w:t>
      </w:r>
    </w:p>
    <w:p w14:paraId="5E076C6C" w14:textId="77777777" w:rsidR="00867C21" w:rsidRPr="003C72B7" w:rsidRDefault="00A14E1E">
      <w:r>
        <w:rPr>
          <w:b/>
        </w:rPr>
        <w:t>Student Name / Adı Soyadı: __________________________   Theme / Tema: _____________</w:t>
      </w:r>
      <w:r>
        <w:rPr>
          <w:b/>
        </w:rPr>
        <w:br/>
        <w:t>Student Number / Numara: ____________________   Date / Tarih: _______________</w:t>
      </w:r>
    </w:p>
    <w:tbl>
      <w:tblPr>
        <w:tblStyle w:val="TabloKlavuzu"/>
        <w:tblW w:w="0" w:type="auto"/>
        <w:tblLayout w:type="fixed"/>
        <w:tblLook w:val="04A0" w:firstRow="1" w:lastRow="0" w:firstColumn="1" w:lastColumn="0" w:noHBand="0" w:noVBand="1"/>
      </w:tblPr>
      <w:tblGrid>
        <w:gridCol w:w="5472"/>
        <w:gridCol w:w="1296"/>
        <w:gridCol w:w="1296"/>
        <w:gridCol w:w="1296"/>
      </w:tblGrid>
      <w:tr w:rsidR="003C72B7" w:rsidRPr="003C72B7" w14:paraId="4FF25138" w14:textId="77777777">
        <w:tc>
          <w:tcPr>
            <w:tcW w:w="5472" w:type="dxa"/>
            <w:shd w:val="clear" w:color="auto" w:fill="1B365D"/>
          </w:tcPr>
          <w:p w14:paraId="5DD75ACD" w14:textId="77777777" w:rsidR="00867C21" w:rsidRPr="003C72B7" w:rsidRDefault="00A14E1E">
            <w:pPr>
              <w:spacing w:before="40" w:after="40"/>
            </w:pPr>
            <w:r>
              <w:rPr>
                <w:rFonts w:ascii="Calibri" w:hAnsi="Calibri"/>
                <w:b/>
                <w:sz w:val="19"/>
              </w:rPr>
              <w:t>Tema Sonu Kazanım / Theme Milestone</w:t>
            </w:r>
          </w:p>
        </w:tc>
        <w:tc>
          <w:tcPr>
            <w:tcW w:w="1296" w:type="dxa"/>
            <w:shd w:val="clear" w:color="auto" w:fill="1B365D"/>
          </w:tcPr>
          <w:p w14:paraId="29C35612" w14:textId="77777777" w:rsidR="00867C21" w:rsidRPr="003C72B7" w:rsidRDefault="00A14E1E">
            <w:pPr>
              <w:spacing w:before="40" w:after="40"/>
              <w:jc w:val="center"/>
            </w:pPr>
            <w:r>
              <w:rPr>
                <w:rFonts w:ascii="Calibri" w:hAnsi="Calibri"/>
                <w:b/>
                <w:sz w:val="19"/>
              </w:rPr>
              <w:t>Öz Değ. / Self</w:t>
            </w:r>
          </w:p>
        </w:tc>
        <w:tc>
          <w:tcPr>
            <w:tcW w:w="1296" w:type="dxa"/>
            <w:shd w:val="clear" w:color="auto" w:fill="1B365D"/>
          </w:tcPr>
          <w:p w14:paraId="45C9C416" w14:textId="77777777" w:rsidR="00867C21" w:rsidRPr="003C72B7" w:rsidRDefault="00A14E1E">
            <w:pPr>
              <w:spacing w:before="40" w:after="40"/>
              <w:jc w:val="center"/>
            </w:pPr>
            <w:r>
              <w:rPr>
                <w:rFonts w:ascii="Calibri" w:hAnsi="Calibri"/>
                <w:b/>
                <w:sz w:val="19"/>
              </w:rPr>
              <w:t>Akran Değ. / Peer</w:t>
            </w:r>
          </w:p>
        </w:tc>
        <w:tc>
          <w:tcPr>
            <w:tcW w:w="1296" w:type="dxa"/>
            <w:shd w:val="clear" w:color="auto" w:fill="1B365D"/>
          </w:tcPr>
          <w:p w14:paraId="687447C5" w14:textId="77777777" w:rsidR="00867C21" w:rsidRPr="003C72B7" w:rsidRDefault="00A14E1E">
            <w:pPr>
              <w:spacing w:before="40" w:after="40"/>
              <w:jc w:val="center"/>
            </w:pPr>
            <w:r>
              <w:rPr>
                <w:rFonts w:ascii="Calibri" w:hAnsi="Calibri"/>
                <w:b/>
                <w:sz w:val="19"/>
              </w:rPr>
              <w:t>Öğretmen / Teacher</w:t>
            </w:r>
          </w:p>
        </w:tc>
      </w:tr>
      <w:tr w:rsidR="003C72B7" w:rsidRPr="003C72B7" w14:paraId="714CF8D2" w14:textId="77777777">
        <w:tc>
          <w:tcPr>
            <w:tcW w:w="5472" w:type="dxa"/>
          </w:tcPr>
          <w:p w14:paraId="1E22A677" w14:textId="77777777" w:rsidR="00867C21" w:rsidRPr="003C72B7" w:rsidRDefault="00A14E1E">
            <w:pPr>
              <w:spacing w:before="40" w:after="40"/>
            </w:pPr>
            <w:r>
              <w:rPr>
                <w:rFonts w:ascii="Calibri" w:hAnsi="Calibri"/>
                <w:sz w:val="18"/>
              </w:rPr>
              <w:t>1. Tema kelimelerini anlamlı cümleler içinde kullanır. (Uses target vocabulary.)</w:t>
            </w:r>
          </w:p>
        </w:tc>
        <w:tc>
          <w:tcPr>
            <w:tcW w:w="1296" w:type="dxa"/>
          </w:tcPr>
          <w:p w14:paraId="3258E3E5" w14:textId="77777777" w:rsidR="00867C21" w:rsidRPr="003C72B7" w:rsidRDefault="00A14E1E">
            <w:pPr>
              <w:spacing w:before="40" w:after="40"/>
              <w:jc w:val="center"/>
            </w:pPr>
            <w:r>
              <w:rPr>
                <w:rFonts w:ascii="Calibri" w:hAnsi="Calibri"/>
                <w:sz w:val="16"/>
              </w:rPr>
              <w:t>★ ✔ ✚ ❢</w:t>
            </w:r>
          </w:p>
        </w:tc>
        <w:tc>
          <w:tcPr>
            <w:tcW w:w="1296" w:type="dxa"/>
          </w:tcPr>
          <w:p w14:paraId="172B98AB" w14:textId="77777777" w:rsidR="00867C21" w:rsidRPr="003C72B7" w:rsidRDefault="00A14E1E">
            <w:pPr>
              <w:spacing w:before="40" w:after="40"/>
              <w:jc w:val="center"/>
            </w:pPr>
            <w:r>
              <w:rPr>
                <w:rFonts w:ascii="Calibri" w:hAnsi="Calibri"/>
                <w:sz w:val="16"/>
              </w:rPr>
              <w:t>★ ✔ ✚ ❢</w:t>
            </w:r>
          </w:p>
        </w:tc>
        <w:tc>
          <w:tcPr>
            <w:tcW w:w="1296" w:type="dxa"/>
          </w:tcPr>
          <w:p w14:paraId="7E8C8EBE" w14:textId="77777777" w:rsidR="00867C21" w:rsidRPr="003C72B7" w:rsidRDefault="00A14E1E">
            <w:pPr>
              <w:spacing w:before="40" w:after="40"/>
              <w:jc w:val="center"/>
            </w:pPr>
            <w:r>
              <w:rPr>
                <w:rFonts w:ascii="Calibri" w:hAnsi="Calibri"/>
                <w:sz w:val="16"/>
              </w:rPr>
              <w:t>★ ✔ ✚ ❢</w:t>
            </w:r>
          </w:p>
        </w:tc>
      </w:tr>
      <w:tr w:rsidR="003C72B7" w:rsidRPr="003C72B7" w14:paraId="6029D0E0" w14:textId="77777777">
        <w:tc>
          <w:tcPr>
            <w:tcW w:w="5472" w:type="dxa"/>
            <w:shd w:val="clear" w:color="auto" w:fill="F2F4F7"/>
          </w:tcPr>
          <w:p w14:paraId="30F27C69" w14:textId="77777777" w:rsidR="00867C21" w:rsidRPr="003C72B7" w:rsidRDefault="00A14E1E">
            <w:pPr>
              <w:spacing w:before="40" w:after="40"/>
            </w:pPr>
            <w:r>
              <w:rPr>
                <w:rFonts w:ascii="Calibri" w:hAnsi="Calibri"/>
                <w:sz w:val="18"/>
              </w:rPr>
              <w:t>2. Basit günlük konuşmaları akıcı şekilde yürütür. (Carries out simple conversations.)</w:t>
            </w:r>
          </w:p>
        </w:tc>
        <w:tc>
          <w:tcPr>
            <w:tcW w:w="1296" w:type="dxa"/>
            <w:shd w:val="clear" w:color="auto" w:fill="F2F4F7"/>
          </w:tcPr>
          <w:p w14:paraId="619BA62E"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2B430AFA"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4608F19C" w14:textId="77777777" w:rsidR="00867C21" w:rsidRPr="003C72B7" w:rsidRDefault="00A14E1E">
            <w:pPr>
              <w:spacing w:before="40" w:after="40"/>
              <w:jc w:val="center"/>
            </w:pPr>
            <w:r>
              <w:rPr>
                <w:rFonts w:ascii="Calibri" w:hAnsi="Calibri"/>
                <w:sz w:val="16"/>
              </w:rPr>
              <w:t>★ ✔ ✚ ❢</w:t>
            </w:r>
          </w:p>
        </w:tc>
      </w:tr>
      <w:tr w:rsidR="003C72B7" w:rsidRPr="003C72B7" w14:paraId="4A896875" w14:textId="77777777">
        <w:tc>
          <w:tcPr>
            <w:tcW w:w="5472" w:type="dxa"/>
          </w:tcPr>
          <w:p w14:paraId="3F3F0E19" w14:textId="77777777" w:rsidR="00867C21" w:rsidRPr="003C72B7" w:rsidRDefault="00A14E1E">
            <w:pPr>
              <w:spacing w:before="40" w:after="40"/>
            </w:pPr>
            <w:r>
              <w:rPr>
                <w:rFonts w:ascii="Calibri" w:hAnsi="Calibri"/>
                <w:sz w:val="18"/>
              </w:rPr>
              <w:t>3. Dinlediği veya okuduğu metindeki detayları yakalar. (Identifies key details.)</w:t>
            </w:r>
          </w:p>
        </w:tc>
        <w:tc>
          <w:tcPr>
            <w:tcW w:w="1296" w:type="dxa"/>
          </w:tcPr>
          <w:p w14:paraId="710C9E0F" w14:textId="77777777" w:rsidR="00867C21" w:rsidRPr="003C72B7" w:rsidRDefault="00A14E1E">
            <w:pPr>
              <w:spacing w:before="40" w:after="40"/>
              <w:jc w:val="center"/>
            </w:pPr>
            <w:r>
              <w:rPr>
                <w:rFonts w:ascii="Calibri" w:hAnsi="Calibri"/>
                <w:sz w:val="16"/>
              </w:rPr>
              <w:t>★ ✔ ✚ ❢</w:t>
            </w:r>
          </w:p>
        </w:tc>
        <w:tc>
          <w:tcPr>
            <w:tcW w:w="1296" w:type="dxa"/>
          </w:tcPr>
          <w:p w14:paraId="0C18A282" w14:textId="77777777" w:rsidR="00867C21" w:rsidRPr="003C72B7" w:rsidRDefault="00A14E1E">
            <w:pPr>
              <w:spacing w:before="40" w:after="40"/>
              <w:jc w:val="center"/>
            </w:pPr>
            <w:r>
              <w:rPr>
                <w:rFonts w:ascii="Calibri" w:hAnsi="Calibri"/>
                <w:sz w:val="16"/>
              </w:rPr>
              <w:t>★ ✔ ✚ ❢</w:t>
            </w:r>
          </w:p>
        </w:tc>
        <w:tc>
          <w:tcPr>
            <w:tcW w:w="1296" w:type="dxa"/>
          </w:tcPr>
          <w:p w14:paraId="281F0ED9" w14:textId="77777777" w:rsidR="00867C21" w:rsidRPr="003C72B7" w:rsidRDefault="00A14E1E">
            <w:pPr>
              <w:spacing w:before="40" w:after="40"/>
              <w:jc w:val="center"/>
            </w:pPr>
            <w:r>
              <w:rPr>
                <w:rFonts w:ascii="Calibri" w:hAnsi="Calibri"/>
                <w:sz w:val="16"/>
              </w:rPr>
              <w:t>★ ✔ ✚ ❢</w:t>
            </w:r>
          </w:p>
        </w:tc>
      </w:tr>
      <w:tr w:rsidR="003C72B7" w:rsidRPr="003C72B7" w14:paraId="3016AE7E" w14:textId="77777777">
        <w:tc>
          <w:tcPr>
            <w:tcW w:w="5472" w:type="dxa"/>
            <w:shd w:val="clear" w:color="auto" w:fill="F2F4F7"/>
          </w:tcPr>
          <w:p w14:paraId="1479313D" w14:textId="77777777" w:rsidR="00867C21" w:rsidRPr="003C72B7" w:rsidRDefault="00A14E1E">
            <w:pPr>
              <w:spacing w:before="40" w:after="40"/>
            </w:pPr>
            <w:r>
              <w:rPr>
                <w:rFonts w:ascii="Calibri" w:hAnsi="Calibri"/>
                <w:sz w:val="18"/>
              </w:rPr>
              <w:t>4. Kendini ifade eden kısa ve kurallı cümleler yazar. (Writes grammatically correct sentences.)</w:t>
            </w:r>
          </w:p>
        </w:tc>
        <w:tc>
          <w:tcPr>
            <w:tcW w:w="1296" w:type="dxa"/>
            <w:shd w:val="clear" w:color="auto" w:fill="F2F4F7"/>
          </w:tcPr>
          <w:p w14:paraId="0862B7BF"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4E2FD1E8"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1B94A1FA" w14:textId="77777777" w:rsidR="00867C21" w:rsidRPr="003C72B7" w:rsidRDefault="00A14E1E">
            <w:pPr>
              <w:spacing w:before="40" w:after="40"/>
              <w:jc w:val="center"/>
            </w:pPr>
            <w:r>
              <w:rPr>
                <w:rFonts w:ascii="Calibri" w:hAnsi="Calibri"/>
                <w:sz w:val="16"/>
              </w:rPr>
              <w:t>★ ✔ ✚ ❢</w:t>
            </w:r>
          </w:p>
        </w:tc>
      </w:tr>
      <w:tr w:rsidR="003C72B7" w:rsidRPr="003C72B7" w14:paraId="1B7B0725" w14:textId="77777777">
        <w:tc>
          <w:tcPr>
            <w:tcW w:w="5472" w:type="dxa"/>
          </w:tcPr>
          <w:p w14:paraId="7130D3DD" w14:textId="77777777" w:rsidR="00867C21" w:rsidRPr="003C72B7" w:rsidRDefault="00A14E1E">
            <w:pPr>
              <w:spacing w:before="40" w:after="40"/>
            </w:pPr>
            <w:r>
              <w:rPr>
                <w:rFonts w:ascii="Calibri" w:hAnsi="Calibri"/>
                <w:sz w:val="18"/>
              </w:rPr>
              <w:t>5. Sınıf arkadaşlarına saygı gösterir ve onlarla uyumludur. (Shows respect and cooperation.)</w:t>
            </w:r>
          </w:p>
        </w:tc>
        <w:tc>
          <w:tcPr>
            <w:tcW w:w="1296" w:type="dxa"/>
          </w:tcPr>
          <w:p w14:paraId="793CB90C" w14:textId="77777777" w:rsidR="00867C21" w:rsidRPr="003C72B7" w:rsidRDefault="00A14E1E">
            <w:pPr>
              <w:spacing w:before="40" w:after="40"/>
              <w:jc w:val="center"/>
            </w:pPr>
            <w:r>
              <w:rPr>
                <w:rFonts w:ascii="Calibri" w:hAnsi="Calibri"/>
                <w:sz w:val="16"/>
              </w:rPr>
              <w:t>★ ✔ ✚ ❢</w:t>
            </w:r>
          </w:p>
        </w:tc>
        <w:tc>
          <w:tcPr>
            <w:tcW w:w="1296" w:type="dxa"/>
          </w:tcPr>
          <w:p w14:paraId="2993F3A0" w14:textId="77777777" w:rsidR="00867C21" w:rsidRPr="003C72B7" w:rsidRDefault="00A14E1E">
            <w:pPr>
              <w:spacing w:before="40" w:after="40"/>
              <w:jc w:val="center"/>
            </w:pPr>
            <w:r>
              <w:rPr>
                <w:rFonts w:ascii="Calibri" w:hAnsi="Calibri"/>
                <w:sz w:val="16"/>
              </w:rPr>
              <w:t>★ ✔ ✚ ❢</w:t>
            </w:r>
          </w:p>
        </w:tc>
        <w:tc>
          <w:tcPr>
            <w:tcW w:w="1296" w:type="dxa"/>
          </w:tcPr>
          <w:p w14:paraId="2BF61B1E" w14:textId="77777777" w:rsidR="00867C21" w:rsidRPr="003C72B7" w:rsidRDefault="00A14E1E">
            <w:pPr>
              <w:spacing w:before="40" w:after="40"/>
              <w:jc w:val="center"/>
            </w:pPr>
            <w:r>
              <w:rPr>
                <w:rFonts w:ascii="Calibri" w:hAnsi="Calibri"/>
                <w:sz w:val="16"/>
              </w:rPr>
              <w:t>★ ✔ ✚ ❢</w:t>
            </w:r>
          </w:p>
        </w:tc>
      </w:tr>
      <w:tr w:rsidR="003C72B7" w:rsidRPr="003C72B7" w14:paraId="3940DAAD" w14:textId="77777777">
        <w:tc>
          <w:tcPr>
            <w:tcW w:w="5472" w:type="dxa"/>
            <w:shd w:val="clear" w:color="auto" w:fill="F2F4F7"/>
          </w:tcPr>
          <w:p w14:paraId="59CDE796" w14:textId="77777777" w:rsidR="00867C21" w:rsidRPr="003C72B7" w:rsidRDefault="00A14E1E">
            <w:pPr>
              <w:spacing w:before="40" w:after="40"/>
            </w:pPr>
            <w:r>
              <w:rPr>
                <w:rFonts w:ascii="Calibri" w:hAnsi="Calibri"/>
                <w:sz w:val="18"/>
              </w:rPr>
              <w:t>6. Aldığı geri bildirimler sonrasında dil hatalarını düzeltir. (Improves based on feedback.)</w:t>
            </w:r>
          </w:p>
        </w:tc>
        <w:tc>
          <w:tcPr>
            <w:tcW w:w="1296" w:type="dxa"/>
            <w:shd w:val="clear" w:color="auto" w:fill="F2F4F7"/>
          </w:tcPr>
          <w:p w14:paraId="4B3A5AD4"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18BB6217"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67AED57C" w14:textId="77777777" w:rsidR="00867C21" w:rsidRPr="003C72B7" w:rsidRDefault="00A14E1E">
            <w:pPr>
              <w:spacing w:before="40" w:after="40"/>
              <w:jc w:val="center"/>
            </w:pPr>
            <w:r>
              <w:rPr>
                <w:rFonts w:ascii="Calibri" w:hAnsi="Calibri"/>
                <w:sz w:val="16"/>
              </w:rPr>
              <w:t>★ ✔ ✚ ❢</w:t>
            </w:r>
          </w:p>
        </w:tc>
      </w:tr>
      <w:tr w:rsidR="003C72B7" w:rsidRPr="003C72B7" w14:paraId="1FD6C0C3" w14:textId="77777777">
        <w:tc>
          <w:tcPr>
            <w:tcW w:w="5472" w:type="dxa"/>
          </w:tcPr>
          <w:p w14:paraId="0811F684" w14:textId="77777777" w:rsidR="00867C21" w:rsidRPr="003C72B7" w:rsidRDefault="00A14E1E">
            <w:pPr>
              <w:spacing w:before="40" w:after="40"/>
            </w:pPr>
            <w:r>
              <w:rPr>
                <w:rFonts w:ascii="Calibri" w:hAnsi="Calibri"/>
                <w:sz w:val="18"/>
              </w:rPr>
              <w:t>7. Verilen görevi belirlenen sürede ve düzende teslim eder. (Delivers tasks on time.)</w:t>
            </w:r>
          </w:p>
        </w:tc>
        <w:tc>
          <w:tcPr>
            <w:tcW w:w="1296" w:type="dxa"/>
          </w:tcPr>
          <w:p w14:paraId="342AED5C" w14:textId="77777777" w:rsidR="00867C21" w:rsidRPr="003C72B7" w:rsidRDefault="00A14E1E">
            <w:pPr>
              <w:spacing w:before="40" w:after="40"/>
              <w:jc w:val="center"/>
            </w:pPr>
            <w:r>
              <w:rPr>
                <w:rFonts w:ascii="Calibri" w:hAnsi="Calibri"/>
                <w:sz w:val="16"/>
              </w:rPr>
              <w:t>★ ✔ ✚ ❢</w:t>
            </w:r>
          </w:p>
        </w:tc>
        <w:tc>
          <w:tcPr>
            <w:tcW w:w="1296" w:type="dxa"/>
          </w:tcPr>
          <w:p w14:paraId="6DE0C03B" w14:textId="77777777" w:rsidR="00867C21" w:rsidRPr="003C72B7" w:rsidRDefault="00A14E1E">
            <w:pPr>
              <w:spacing w:before="40" w:after="40"/>
              <w:jc w:val="center"/>
            </w:pPr>
            <w:r>
              <w:rPr>
                <w:rFonts w:ascii="Calibri" w:hAnsi="Calibri"/>
                <w:sz w:val="16"/>
              </w:rPr>
              <w:t>★ ✔ ✚ ❢</w:t>
            </w:r>
          </w:p>
        </w:tc>
        <w:tc>
          <w:tcPr>
            <w:tcW w:w="1296" w:type="dxa"/>
          </w:tcPr>
          <w:p w14:paraId="623B8128" w14:textId="77777777" w:rsidR="00867C21" w:rsidRPr="003C72B7" w:rsidRDefault="00A14E1E">
            <w:pPr>
              <w:spacing w:before="40" w:after="40"/>
              <w:jc w:val="center"/>
            </w:pPr>
            <w:r>
              <w:rPr>
                <w:rFonts w:ascii="Calibri" w:hAnsi="Calibri"/>
                <w:sz w:val="16"/>
              </w:rPr>
              <w:t>★ ✔ ✚ ❢</w:t>
            </w:r>
          </w:p>
        </w:tc>
      </w:tr>
      <w:tr w:rsidR="003C72B7" w:rsidRPr="003C72B7" w14:paraId="669D5BBB" w14:textId="77777777">
        <w:tc>
          <w:tcPr>
            <w:tcW w:w="5472" w:type="dxa"/>
            <w:shd w:val="clear" w:color="auto" w:fill="F2F4F7"/>
          </w:tcPr>
          <w:p w14:paraId="0CADBB88" w14:textId="77777777" w:rsidR="00867C21" w:rsidRPr="003C72B7" w:rsidRDefault="00A14E1E">
            <w:pPr>
              <w:spacing w:before="40" w:after="40"/>
            </w:pPr>
            <w:r>
              <w:rPr>
                <w:rFonts w:ascii="Calibri" w:hAnsi="Calibri"/>
                <w:sz w:val="18"/>
              </w:rPr>
              <w:t>8. Ders materyallerini eksiksiz getirir ve derslere hazırdır. (Brings required materials.)</w:t>
            </w:r>
          </w:p>
        </w:tc>
        <w:tc>
          <w:tcPr>
            <w:tcW w:w="1296" w:type="dxa"/>
            <w:shd w:val="clear" w:color="auto" w:fill="F2F4F7"/>
          </w:tcPr>
          <w:p w14:paraId="7FFFF6D7"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19AD9D47"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34777A58" w14:textId="77777777" w:rsidR="00867C21" w:rsidRPr="003C72B7" w:rsidRDefault="00A14E1E">
            <w:pPr>
              <w:spacing w:before="40" w:after="40"/>
              <w:jc w:val="center"/>
            </w:pPr>
            <w:r>
              <w:rPr>
                <w:rFonts w:ascii="Calibri" w:hAnsi="Calibri"/>
                <w:sz w:val="16"/>
              </w:rPr>
              <w:t>★ ✔ ✚ ❢</w:t>
            </w:r>
          </w:p>
        </w:tc>
      </w:tr>
      <w:tr w:rsidR="003C72B7" w:rsidRPr="003C72B7" w14:paraId="19C1B4BD" w14:textId="77777777">
        <w:tc>
          <w:tcPr>
            <w:tcW w:w="5472" w:type="dxa"/>
          </w:tcPr>
          <w:p w14:paraId="3DD50600" w14:textId="77777777" w:rsidR="00867C21" w:rsidRPr="003C72B7" w:rsidRDefault="00A14E1E">
            <w:pPr>
              <w:spacing w:before="40" w:after="40"/>
            </w:pPr>
            <w:r>
              <w:rPr>
                <w:rFonts w:ascii="Calibri" w:hAnsi="Calibri"/>
                <w:sz w:val="18"/>
              </w:rPr>
              <w:t>9. Sınıf kurallarına uyar ve akran haklarına saygı gösterir. (Follows class rules.)</w:t>
            </w:r>
          </w:p>
        </w:tc>
        <w:tc>
          <w:tcPr>
            <w:tcW w:w="1296" w:type="dxa"/>
          </w:tcPr>
          <w:p w14:paraId="30540B83" w14:textId="77777777" w:rsidR="00867C21" w:rsidRPr="003C72B7" w:rsidRDefault="00A14E1E">
            <w:pPr>
              <w:spacing w:before="40" w:after="40"/>
              <w:jc w:val="center"/>
            </w:pPr>
            <w:r>
              <w:rPr>
                <w:rFonts w:ascii="Calibri" w:hAnsi="Calibri"/>
                <w:sz w:val="16"/>
              </w:rPr>
              <w:t>★ ✔ ✚ ❢</w:t>
            </w:r>
          </w:p>
        </w:tc>
        <w:tc>
          <w:tcPr>
            <w:tcW w:w="1296" w:type="dxa"/>
          </w:tcPr>
          <w:p w14:paraId="234A6E71" w14:textId="77777777" w:rsidR="00867C21" w:rsidRPr="003C72B7" w:rsidRDefault="00A14E1E">
            <w:pPr>
              <w:spacing w:before="40" w:after="40"/>
              <w:jc w:val="center"/>
            </w:pPr>
            <w:r>
              <w:rPr>
                <w:rFonts w:ascii="Calibri" w:hAnsi="Calibri"/>
                <w:sz w:val="16"/>
              </w:rPr>
              <w:t>★ ✔ ✚ ❢</w:t>
            </w:r>
          </w:p>
        </w:tc>
        <w:tc>
          <w:tcPr>
            <w:tcW w:w="1296" w:type="dxa"/>
          </w:tcPr>
          <w:p w14:paraId="797BB452" w14:textId="77777777" w:rsidR="00867C21" w:rsidRPr="003C72B7" w:rsidRDefault="00A14E1E">
            <w:pPr>
              <w:spacing w:before="40" w:after="40"/>
              <w:jc w:val="center"/>
            </w:pPr>
            <w:r>
              <w:rPr>
                <w:rFonts w:ascii="Calibri" w:hAnsi="Calibri"/>
                <w:sz w:val="16"/>
              </w:rPr>
              <w:t>★ ✔ ✚ ❢</w:t>
            </w:r>
          </w:p>
        </w:tc>
      </w:tr>
      <w:tr w:rsidR="003C72B7" w:rsidRPr="003C72B7" w14:paraId="2CA8EE1A" w14:textId="77777777">
        <w:tc>
          <w:tcPr>
            <w:tcW w:w="5472" w:type="dxa"/>
            <w:shd w:val="clear" w:color="auto" w:fill="F2F4F7"/>
          </w:tcPr>
          <w:p w14:paraId="373F6F62" w14:textId="77777777" w:rsidR="00867C21" w:rsidRPr="003C72B7" w:rsidRDefault="00A14E1E">
            <w:pPr>
              <w:spacing w:before="40" w:after="40"/>
            </w:pPr>
            <w:r>
              <w:rPr>
                <w:rFonts w:ascii="Calibri" w:hAnsi="Calibri"/>
                <w:sz w:val="18"/>
              </w:rPr>
              <w:t>10. Dil öğreniminde kararlılıkla çaba gösterir. (Demonstrates persistent effort.)</w:t>
            </w:r>
          </w:p>
        </w:tc>
        <w:tc>
          <w:tcPr>
            <w:tcW w:w="1296" w:type="dxa"/>
            <w:shd w:val="clear" w:color="auto" w:fill="F2F4F7"/>
          </w:tcPr>
          <w:p w14:paraId="17A0C956"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0E58ADB4" w14:textId="77777777" w:rsidR="00867C21" w:rsidRPr="003C72B7" w:rsidRDefault="00A14E1E">
            <w:pPr>
              <w:spacing w:before="40" w:after="40"/>
              <w:jc w:val="center"/>
            </w:pPr>
            <w:r>
              <w:rPr>
                <w:rFonts w:ascii="Calibri" w:hAnsi="Calibri"/>
                <w:sz w:val="16"/>
              </w:rPr>
              <w:t>★ ✔ ✚ ❢</w:t>
            </w:r>
          </w:p>
        </w:tc>
        <w:tc>
          <w:tcPr>
            <w:tcW w:w="1296" w:type="dxa"/>
            <w:shd w:val="clear" w:color="auto" w:fill="F2F4F7"/>
          </w:tcPr>
          <w:p w14:paraId="7B0C9479" w14:textId="77777777" w:rsidR="00867C21" w:rsidRPr="003C72B7" w:rsidRDefault="00A14E1E">
            <w:pPr>
              <w:spacing w:before="40" w:after="40"/>
              <w:jc w:val="center"/>
            </w:pPr>
            <w:r>
              <w:rPr>
                <w:rFonts w:ascii="Calibri" w:hAnsi="Calibri"/>
                <w:sz w:val="16"/>
              </w:rPr>
              <w:t>★ ✔ ✚ ❢</w:t>
            </w:r>
          </w:p>
        </w:tc>
      </w:tr>
    </w:tbl>
    <w:p w14:paraId="67C336EE" w14:textId="77777777" w:rsidR="00867C21" w:rsidRPr="003C72B7" w:rsidRDefault="00A14E1E">
      <w:pPr>
        <w:keepNext/>
        <w:spacing w:before="240" w:after="80"/>
      </w:pPr>
      <w:r>
        <w:rPr>
          <w:rFonts w:ascii="Arial" w:hAnsi="Arial"/>
          <w:b/>
          <w:sz w:val="26"/>
        </w:rPr>
        <w:t>Öğrencinin Kendi Görüşü / Student's Reflection:</w:t>
      </w:r>
    </w:p>
    <w:p w14:paraId="471F4059" w14:textId="77777777" w:rsidR="00867C21" w:rsidRPr="003C72B7" w:rsidRDefault="00A14E1E">
      <w:pPr>
        <w:spacing w:after="120"/>
      </w:pPr>
      <w:r>
        <w:rPr>
          <w:rFonts w:ascii="Calibri" w:hAnsi="Calibri"/>
          <w:sz w:val="21"/>
        </w:rPr>
        <w:t>En çok zorlandığım beceri / Skill I struggled with: ........................................................................................................</w:t>
      </w:r>
    </w:p>
    <w:p w14:paraId="14F461CA" w14:textId="77777777" w:rsidR="00867C21" w:rsidRPr="003C72B7" w:rsidRDefault="00A14E1E">
      <w:pPr>
        <w:spacing w:after="120"/>
      </w:pPr>
      <w:r>
        <w:rPr>
          <w:rFonts w:ascii="Calibri" w:hAnsi="Calibri"/>
          <w:sz w:val="21"/>
        </w:rPr>
        <w:t>En iyi geliştirdiğim beceri / Skill I improved most: ........................................................................................................</w:t>
      </w:r>
    </w:p>
    <w:p w14:paraId="7E58327C" w14:textId="4B8B0F3D" w:rsidR="00867C21" w:rsidRPr="003C72B7" w:rsidRDefault="00A14E1E">
      <w:pPr>
        <w:keepNext/>
        <w:spacing w:before="240" w:after="80"/>
      </w:pPr>
      <w:r>
        <w:rPr>
          <w:rFonts w:ascii="Arial" w:hAnsi="Arial"/>
          <w:b/>
          <w:sz w:val="26"/>
        </w:rPr>
        <w:t xml:space="preserve">Öğretmen Geri Bildirimi / Teacher Feedback </w:t>
      </w:r>
    </w:p>
    <w:p w14:paraId="1895B06B" w14:textId="77777777" w:rsidR="00867C21" w:rsidRPr="003C72B7" w:rsidRDefault="00A14E1E">
      <w:pPr>
        <w:spacing w:after="120"/>
      </w:pPr>
      <w:r>
        <w:rPr>
          <w:rFonts w:ascii="Calibri" w:hAnsi="Calibri"/>
          <w:sz w:val="21"/>
        </w:rPr>
        <w:t>☐ ⭐ İyi gidiyorsun, devam et! / You are doing well, keep it up!</w:t>
      </w:r>
    </w:p>
    <w:p w14:paraId="419DA59B" w14:textId="77777777" w:rsidR="00867C21" w:rsidRPr="003C72B7" w:rsidRDefault="00A14E1E">
      <w:pPr>
        <w:spacing w:after="120"/>
      </w:pPr>
      <w:r>
        <w:rPr>
          <w:rFonts w:ascii="Calibri" w:hAnsi="Calibri"/>
          <w:sz w:val="21"/>
        </w:rPr>
        <w:t>☐ ✔ Biraz daha gayret göster, başaracaksın! / Put in a bit more effort, you can do it!</w:t>
      </w:r>
    </w:p>
    <w:p w14:paraId="57E6EFA4" w14:textId="77777777" w:rsidR="00867C21" w:rsidRPr="003C72B7" w:rsidRDefault="00A14E1E">
      <w:pPr>
        <w:spacing w:after="120"/>
      </w:pPr>
      <w:r>
        <w:rPr>
          <w:rFonts w:ascii="Calibri" w:hAnsi="Calibri"/>
          <w:sz w:val="21"/>
        </w:rPr>
        <w:t>☐ ✚ Az kaldı, elinden gelenin en iyisini yap! / Almost there, do your best!</w:t>
      </w:r>
    </w:p>
    <w:p w14:paraId="51845998" w14:textId="77777777" w:rsidR="00867C21" w:rsidRPr="003C72B7" w:rsidRDefault="00A14E1E">
      <w:pPr>
        <w:spacing w:after="120"/>
      </w:pPr>
      <w:r>
        <w:rPr>
          <w:rFonts w:ascii="Calibri" w:hAnsi="Calibri"/>
          <w:sz w:val="21"/>
        </w:rPr>
        <w:t>☐ ❢ Biraz daha çalışmalısın, başarabilirsin! / Needs more practice, you can succeed!</w:t>
      </w:r>
    </w:p>
    <w:p w14:paraId="5D6DEF17" w14:textId="77777777" w:rsidR="00867C21" w:rsidRPr="003C72B7" w:rsidRDefault="00A14E1E">
      <w:pPr>
        <w:spacing w:after="120"/>
      </w:pPr>
      <w:r>
        <w:rPr>
          <w:rFonts w:ascii="Calibri" w:hAnsi="Calibri"/>
          <w:sz w:val="21"/>
        </w:rPr>
        <w:t>Öğretmen Notları (Teacher's Notes): .......................................................................................................................................</w:t>
      </w:r>
    </w:p>
    <w:p w14:paraId="287777FD" w14:textId="77777777" w:rsidR="00BA0673" w:rsidRPr="003C72B7" w:rsidRDefault="00A14E1E" w:rsidP="00BA0673">
      <w:pPr>
        <w:spacing w:after="120"/>
        <w:rPr>
          <w:rFonts w:ascii="Calibri" w:hAnsi="Calibri"/>
          <w:sz w:val="21"/>
        </w:rPr>
      </w:pPr>
      <w:r>
        <w:rPr>
          <w:rFonts w:ascii="Calibri" w:hAnsi="Calibri"/>
          <w:sz w:val="21"/>
        </w:rPr>
        <w:t xml:space="preserve">               </w:t>
      </w:r>
      <w:r>
        <w:rPr>
          <w:rFonts w:ascii="Calibri" w:hAnsi="Calibri"/>
          <w:sz w:val="21"/>
        </w:rPr>
        <w:tab/>
      </w:r>
      <w:r>
        <w:rPr>
          <w:rFonts w:ascii="Calibri" w:hAnsi="Calibri"/>
          <w:sz w:val="21"/>
        </w:rPr>
        <w:tab/>
      </w:r>
    </w:p>
    <w:p w14:paraId="61329F09" w14:textId="5FD64E34" w:rsidR="00867C21" w:rsidRPr="003C72B7" w:rsidRDefault="00A14E1E" w:rsidP="00BA0673">
      <w:pPr>
        <w:spacing w:after="120"/>
      </w:pPr>
      <w:r>
        <w:rPr>
          <w:rFonts w:ascii="Calibri" w:hAnsi="Calibri"/>
          <w:sz w:val="21"/>
        </w:rPr>
        <w:t xml:space="preserve">Öğretmen / Teacher       </w:t>
      </w:r>
      <w:r>
        <w:rPr>
          <w:rFonts w:ascii="Calibri" w:hAnsi="Calibri"/>
          <w:sz w:val="21"/>
        </w:rPr>
        <w:tab/>
        <w:t xml:space="preserve"> Veli Beyanı / Parent Statement – Okudum – Gerekli Noktalarda Önlemleri Alacağım</w:t>
      </w:r>
      <w:r>
        <w:rPr>
          <w:rFonts w:ascii="Calibri" w:hAnsi="Calibri"/>
          <w:sz w:val="21"/>
        </w:rPr>
        <w:br/>
        <w:t xml:space="preserve"> İmza / Signature            </w:t>
      </w:r>
      <w:r>
        <w:rPr>
          <w:rFonts w:ascii="Calibri" w:hAnsi="Calibri"/>
          <w:sz w:val="21"/>
        </w:rPr>
        <w:tab/>
      </w:r>
      <w:r>
        <w:rPr>
          <w:rFonts w:ascii="Calibri" w:hAnsi="Calibri"/>
          <w:sz w:val="21"/>
        </w:rPr>
        <w:tab/>
      </w:r>
      <w:r>
        <w:rPr>
          <w:rFonts w:ascii="Calibri" w:hAnsi="Calibri"/>
          <w:sz w:val="21"/>
        </w:rPr>
        <w:tab/>
        <w:t xml:space="preserve">       İmza / Signature</w:t>
      </w:r>
    </w:p>
    <w:p w14:paraId="083905A1" w14:textId="77777777" w:rsidR="00A51D11" w:rsidRDefault="00A51D11">
      <w:pPr>
        <w:keepNext/>
        <w:spacing w:before="360" w:after="120"/>
        <w:rPr>
          <w:rFonts w:ascii="Arial" w:hAnsi="Arial"/>
          <w:b/>
          <w:sz w:val="32"/>
        </w:rPr>
      </w:pPr>
    </w:p>
    <w:p w14:paraId="7CF380BB" w14:textId="4334AE77" w:rsidR="00867C21" w:rsidRPr="003C72B7" w:rsidRDefault="00A14E1E">
      <w:pPr>
        <w:keepNext/>
        <w:spacing w:before="360" w:after="120"/>
      </w:pPr>
      <w:r>
        <w:rPr>
          <w:rFonts w:ascii="Arial" w:hAnsi="Arial"/>
          <w:b/>
          <w:sz w:val="32"/>
        </w:rPr>
        <w:t>Bölüm 14. Task Checklist (Görev Kontrol Listesi) / Project Roadmap</w:t>
      </w:r>
    </w:p>
    <w:p w14:paraId="249E7368"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Öğrencinin proje veya performans görevini hazırlarken geçeceği gelişim aşamalarını ve tamamlaması gereken adımları planlamasına ve kendi çalışmasını denetlemesine yardımcı olan öz düzenleme yol haritasıdır.</w:t>
      </w:r>
    </w:p>
    <w:p w14:paraId="6DBE1ECA" w14:textId="77777777" w:rsidR="00867C21" w:rsidRPr="003C72B7" w:rsidRDefault="00A14E1E">
      <w:r>
        <w:rPr>
          <w:b/>
        </w:rPr>
        <w:t>Student Name / Adı Soyadı: __________________________   Theme / Tema: _____________</w:t>
      </w:r>
      <w:r>
        <w:rPr>
          <w:b/>
        </w:rPr>
        <w:br/>
        <w:t>Student Number / Numara: ____________________   Date / Tarih: _______________</w:t>
      </w:r>
    </w:p>
    <w:tbl>
      <w:tblPr>
        <w:tblStyle w:val="TabloKlavuzu"/>
        <w:tblW w:w="0" w:type="auto"/>
        <w:tblLayout w:type="fixed"/>
        <w:tblLook w:val="04A0" w:firstRow="1" w:lastRow="0" w:firstColumn="1" w:lastColumn="0" w:noHBand="0" w:noVBand="1"/>
      </w:tblPr>
      <w:tblGrid>
        <w:gridCol w:w="6480"/>
        <w:gridCol w:w="1440"/>
        <w:gridCol w:w="1440"/>
      </w:tblGrid>
      <w:tr w:rsidR="003C72B7" w:rsidRPr="003C72B7" w14:paraId="102D582B" w14:textId="77777777">
        <w:tc>
          <w:tcPr>
            <w:tcW w:w="6480" w:type="dxa"/>
            <w:shd w:val="clear" w:color="auto" w:fill="1B365D"/>
          </w:tcPr>
          <w:p w14:paraId="31B02C8F" w14:textId="77777777" w:rsidR="00867C21" w:rsidRPr="003C72B7" w:rsidRDefault="00A14E1E">
            <w:pPr>
              <w:spacing w:before="40" w:after="40"/>
            </w:pPr>
            <w:r>
              <w:rPr>
                <w:rFonts w:ascii="Calibri" w:hAnsi="Calibri"/>
                <w:b/>
                <w:sz w:val="19"/>
              </w:rPr>
              <w:t>Proje Gelişim Aşaması / Project Development Step</w:t>
            </w:r>
          </w:p>
        </w:tc>
        <w:tc>
          <w:tcPr>
            <w:tcW w:w="1440" w:type="dxa"/>
            <w:shd w:val="clear" w:color="auto" w:fill="1B365D"/>
          </w:tcPr>
          <w:p w14:paraId="4EAA497B" w14:textId="77777777" w:rsidR="00867C21" w:rsidRPr="003C72B7" w:rsidRDefault="00A14E1E">
            <w:pPr>
              <w:spacing w:before="40" w:after="40"/>
              <w:jc w:val="center"/>
            </w:pPr>
            <w:r>
              <w:rPr>
                <w:rFonts w:ascii="Calibri" w:hAnsi="Calibri"/>
                <w:b/>
                <w:sz w:val="19"/>
              </w:rPr>
              <w:t>Tamamlandı / Done</w:t>
            </w:r>
          </w:p>
        </w:tc>
        <w:tc>
          <w:tcPr>
            <w:tcW w:w="1440" w:type="dxa"/>
            <w:shd w:val="clear" w:color="auto" w:fill="1B365D"/>
          </w:tcPr>
          <w:p w14:paraId="75D1E439" w14:textId="77777777" w:rsidR="00867C21" w:rsidRPr="003C72B7" w:rsidRDefault="00A14E1E">
            <w:pPr>
              <w:spacing w:before="40" w:after="40"/>
              <w:jc w:val="center"/>
            </w:pPr>
            <w:r>
              <w:rPr>
                <w:rFonts w:ascii="Calibri" w:hAnsi="Calibri"/>
                <w:b/>
                <w:sz w:val="19"/>
              </w:rPr>
              <w:t>Öğretmen Onayı / Checked</w:t>
            </w:r>
          </w:p>
        </w:tc>
      </w:tr>
      <w:tr w:rsidR="003C72B7" w:rsidRPr="003C72B7" w14:paraId="6EEF22E9" w14:textId="77777777">
        <w:tc>
          <w:tcPr>
            <w:tcW w:w="6480" w:type="dxa"/>
          </w:tcPr>
          <w:p w14:paraId="369C2E08" w14:textId="77777777" w:rsidR="00867C21" w:rsidRPr="003C72B7" w:rsidRDefault="00A14E1E">
            <w:pPr>
              <w:spacing w:before="40" w:after="40"/>
            </w:pPr>
            <w:r>
              <w:rPr>
                <w:rFonts w:ascii="Calibri" w:hAnsi="Calibri"/>
                <w:sz w:val="19"/>
              </w:rPr>
              <w:t>1. Proje konum ile ilgili kelime listemi ve kaynaklarımı hazırladım. (I prepared vocabulary and sources.)</w:t>
            </w:r>
          </w:p>
        </w:tc>
        <w:tc>
          <w:tcPr>
            <w:tcW w:w="1440" w:type="dxa"/>
          </w:tcPr>
          <w:p w14:paraId="209EBC87" w14:textId="77777777" w:rsidR="00867C21" w:rsidRPr="003C72B7" w:rsidRDefault="00A14E1E">
            <w:pPr>
              <w:spacing w:before="40" w:after="40"/>
              <w:jc w:val="center"/>
            </w:pPr>
            <w:r>
              <w:rPr>
                <w:rFonts w:ascii="Calibri" w:hAnsi="Calibri"/>
                <w:sz w:val="20"/>
              </w:rPr>
              <w:t>[   ]</w:t>
            </w:r>
          </w:p>
        </w:tc>
        <w:tc>
          <w:tcPr>
            <w:tcW w:w="1440" w:type="dxa"/>
          </w:tcPr>
          <w:p w14:paraId="04B355CC" w14:textId="77777777" w:rsidR="00867C21" w:rsidRPr="003C72B7" w:rsidRDefault="00A14E1E">
            <w:pPr>
              <w:spacing w:before="40" w:after="40"/>
              <w:jc w:val="center"/>
            </w:pPr>
            <w:r>
              <w:rPr>
                <w:rFonts w:ascii="Calibri" w:hAnsi="Calibri"/>
                <w:sz w:val="20"/>
              </w:rPr>
              <w:t>[   ]</w:t>
            </w:r>
          </w:p>
        </w:tc>
      </w:tr>
      <w:tr w:rsidR="003C72B7" w:rsidRPr="003C72B7" w14:paraId="415659F8" w14:textId="77777777">
        <w:tc>
          <w:tcPr>
            <w:tcW w:w="6480" w:type="dxa"/>
            <w:shd w:val="clear" w:color="auto" w:fill="F2F4F7"/>
          </w:tcPr>
          <w:p w14:paraId="671B4080" w14:textId="77777777" w:rsidR="00867C21" w:rsidRPr="003C72B7" w:rsidRDefault="00A14E1E">
            <w:pPr>
              <w:spacing w:before="40" w:after="40"/>
            </w:pPr>
            <w:r>
              <w:rPr>
                <w:rFonts w:ascii="Calibri" w:hAnsi="Calibri"/>
                <w:sz w:val="19"/>
              </w:rPr>
              <w:t>2. Projemi nasıl tasarlayacağıma dair ilk yol haritamı planladım. (I outlined my project roadmap.)</w:t>
            </w:r>
          </w:p>
        </w:tc>
        <w:tc>
          <w:tcPr>
            <w:tcW w:w="1440" w:type="dxa"/>
            <w:shd w:val="clear" w:color="auto" w:fill="F2F4F7"/>
          </w:tcPr>
          <w:p w14:paraId="1B865215"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0B07B278" w14:textId="77777777" w:rsidR="00867C21" w:rsidRPr="003C72B7" w:rsidRDefault="00A14E1E">
            <w:pPr>
              <w:spacing w:before="40" w:after="40"/>
              <w:jc w:val="center"/>
            </w:pPr>
            <w:r>
              <w:rPr>
                <w:rFonts w:ascii="Calibri" w:hAnsi="Calibri"/>
                <w:sz w:val="20"/>
              </w:rPr>
              <w:t>[   ]</w:t>
            </w:r>
          </w:p>
        </w:tc>
      </w:tr>
      <w:tr w:rsidR="003C72B7" w:rsidRPr="003C72B7" w14:paraId="60735CD2" w14:textId="77777777">
        <w:tc>
          <w:tcPr>
            <w:tcW w:w="6480" w:type="dxa"/>
          </w:tcPr>
          <w:p w14:paraId="28C657A9" w14:textId="77777777" w:rsidR="00867C21" w:rsidRPr="003C72B7" w:rsidRDefault="00A14E1E">
            <w:pPr>
              <w:spacing w:before="40" w:after="40"/>
            </w:pPr>
            <w:r>
              <w:rPr>
                <w:rFonts w:ascii="Calibri" w:hAnsi="Calibri"/>
                <w:sz w:val="19"/>
              </w:rPr>
              <w:t>3. İngilizce cümleleri ve dil yapılarını yazdığım ilk taslağı hazırladım. (I wrote my first draft.)</w:t>
            </w:r>
          </w:p>
        </w:tc>
        <w:tc>
          <w:tcPr>
            <w:tcW w:w="1440" w:type="dxa"/>
          </w:tcPr>
          <w:p w14:paraId="5C1DBCB1" w14:textId="77777777" w:rsidR="00867C21" w:rsidRPr="003C72B7" w:rsidRDefault="00A14E1E">
            <w:pPr>
              <w:spacing w:before="40" w:after="40"/>
              <w:jc w:val="center"/>
            </w:pPr>
            <w:r>
              <w:rPr>
                <w:rFonts w:ascii="Calibri" w:hAnsi="Calibri"/>
                <w:sz w:val="20"/>
              </w:rPr>
              <w:t>[   ]</w:t>
            </w:r>
          </w:p>
        </w:tc>
        <w:tc>
          <w:tcPr>
            <w:tcW w:w="1440" w:type="dxa"/>
          </w:tcPr>
          <w:p w14:paraId="7BDCCB62" w14:textId="77777777" w:rsidR="00867C21" w:rsidRPr="003C72B7" w:rsidRDefault="00A14E1E">
            <w:pPr>
              <w:spacing w:before="40" w:after="40"/>
              <w:jc w:val="center"/>
            </w:pPr>
            <w:r>
              <w:rPr>
                <w:rFonts w:ascii="Calibri" w:hAnsi="Calibri"/>
                <w:sz w:val="20"/>
              </w:rPr>
              <w:t>[   ]</w:t>
            </w:r>
          </w:p>
        </w:tc>
      </w:tr>
      <w:tr w:rsidR="003C72B7" w:rsidRPr="003C72B7" w14:paraId="2D690E86" w14:textId="77777777">
        <w:tc>
          <w:tcPr>
            <w:tcW w:w="6480" w:type="dxa"/>
            <w:shd w:val="clear" w:color="auto" w:fill="F2F4F7"/>
          </w:tcPr>
          <w:p w14:paraId="44BCC59F" w14:textId="77777777" w:rsidR="00867C21" w:rsidRPr="003C72B7" w:rsidRDefault="00A14E1E">
            <w:pPr>
              <w:spacing w:before="40" w:after="40"/>
            </w:pPr>
            <w:r>
              <w:rPr>
                <w:rFonts w:ascii="Calibri" w:hAnsi="Calibri"/>
                <w:sz w:val="19"/>
              </w:rPr>
              <w:t>4. Hazırladığım ilk taslağı İngilizce öğretmenime gösterip geri bildirim aldım. (I shared my draft with my teacher.)</w:t>
            </w:r>
          </w:p>
        </w:tc>
        <w:tc>
          <w:tcPr>
            <w:tcW w:w="1440" w:type="dxa"/>
            <w:shd w:val="clear" w:color="auto" w:fill="F2F4F7"/>
          </w:tcPr>
          <w:p w14:paraId="18F63CBB"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39848EDA" w14:textId="77777777" w:rsidR="00867C21" w:rsidRPr="003C72B7" w:rsidRDefault="00A14E1E">
            <w:pPr>
              <w:spacing w:before="40" w:after="40"/>
              <w:jc w:val="center"/>
            </w:pPr>
            <w:r>
              <w:rPr>
                <w:rFonts w:ascii="Calibri" w:hAnsi="Calibri"/>
                <w:sz w:val="20"/>
              </w:rPr>
              <w:t>[   ]</w:t>
            </w:r>
          </w:p>
        </w:tc>
      </w:tr>
      <w:tr w:rsidR="003C72B7" w:rsidRPr="003C72B7" w14:paraId="67B7817F" w14:textId="77777777">
        <w:tc>
          <w:tcPr>
            <w:tcW w:w="6480" w:type="dxa"/>
          </w:tcPr>
          <w:p w14:paraId="325EEF8A" w14:textId="77777777" w:rsidR="00867C21" w:rsidRPr="003C72B7" w:rsidRDefault="00A14E1E">
            <w:pPr>
              <w:spacing w:before="40" w:after="40"/>
            </w:pPr>
            <w:r>
              <w:rPr>
                <w:rFonts w:ascii="Calibri" w:hAnsi="Calibri"/>
                <w:sz w:val="19"/>
              </w:rPr>
              <w:t>5. Öğretmenimin önerileri doğrultusunda dil ve yazım hatalarımı düzelttim. (I corrected my errors based on feedback.)</w:t>
            </w:r>
          </w:p>
        </w:tc>
        <w:tc>
          <w:tcPr>
            <w:tcW w:w="1440" w:type="dxa"/>
          </w:tcPr>
          <w:p w14:paraId="7F185832" w14:textId="77777777" w:rsidR="00867C21" w:rsidRPr="003C72B7" w:rsidRDefault="00A14E1E">
            <w:pPr>
              <w:spacing w:before="40" w:after="40"/>
              <w:jc w:val="center"/>
            </w:pPr>
            <w:r>
              <w:rPr>
                <w:rFonts w:ascii="Calibri" w:hAnsi="Calibri"/>
                <w:sz w:val="20"/>
              </w:rPr>
              <w:t>[   ]</w:t>
            </w:r>
          </w:p>
        </w:tc>
        <w:tc>
          <w:tcPr>
            <w:tcW w:w="1440" w:type="dxa"/>
          </w:tcPr>
          <w:p w14:paraId="63FC78E9" w14:textId="77777777" w:rsidR="00867C21" w:rsidRPr="003C72B7" w:rsidRDefault="00A14E1E">
            <w:pPr>
              <w:spacing w:before="40" w:after="40"/>
              <w:jc w:val="center"/>
            </w:pPr>
            <w:r>
              <w:rPr>
                <w:rFonts w:ascii="Calibri" w:hAnsi="Calibri"/>
                <w:sz w:val="20"/>
              </w:rPr>
              <w:t>[   ]</w:t>
            </w:r>
          </w:p>
        </w:tc>
      </w:tr>
      <w:tr w:rsidR="003C72B7" w:rsidRPr="003C72B7" w14:paraId="4B1C4C37" w14:textId="77777777">
        <w:tc>
          <w:tcPr>
            <w:tcW w:w="6480" w:type="dxa"/>
            <w:shd w:val="clear" w:color="auto" w:fill="F2F4F7"/>
          </w:tcPr>
          <w:p w14:paraId="05EFD2D6" w14:textId="77777777" w:rsidR="00867C21" w:rsidRPr="003C72B7" w:rsidRDefault="00A14E1E">
            <w:pPr>
              <w:spacing w:before="40" w:after="40"/>
            </w:pPr>
            <w:r>
              <w:rPr>
                <w:rFonts w:ascii="Calibri" w:hAnsi="Calibri"/>
                <w:sz w:val="19"/>
              </w:rPr>
              <w:t>6. Projemin görsel, afiş veya maket tasarımını düzenli bir şekilde tamamladım. (I completed visual/model designs.)</w:t>
            </w:r>
          </w:p>
        </w:tc>
        <w:tc>
          <w:tcPr>
            <w:tcW w:w="1440" w:type="dxa"/>
            <w:shd w:val="clear" w:color="auto" w:fill="F2F4F7"/>
          </w:tcPr>
          <w:p w14:paraId="5C780C38"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0479AE31" w14:textId="77777777" w:rsidR="00867C21" w:rsidRPr="003C72B7" w:rsidRDefault="00A14E1E">
            <w:pPr>
              <w:spacing w:before="40" w:after="40"/>
              <w:jc w:val="center"/>
            </w:pPr>
            <w:r>
              <w:rPr>
                <w:rFonts w:ascii="Calibri" w:hAnsi="Calibri"/>
                <w:sz w:val="20"/>
              </w:rPr>
              <w:t>[   ]</w:t>
            </w:r>
          </w:p>
        </w:tc>
      </w:tr>
      <w:tr w:rsidR="003C72B7" w:rsidRPr="003C72B7" w14:paraId="0CC3FE8A" w14:textId="77777777">
        <w:tc>
          <w:tcPr>
            <w:tcW w:w="6480" w:type="dxa"/>
          </w:tcPr>
          <w:p w14:paraId="17A4BF96" w14:textId="77777777" w:rsidR="00867C21" w:rsidRPr="003C72B7" w:rsidRDefault="00A14E1E">
            <w:pPr>
              <w:spacing w:before="40" w:after="40"/>
            </w:pPr>
            <w:r>
              <w:rPr>
                <w:rFonts w:ascii="Calibri" w:hAnsi="Calibri"/>
                <w:sz w:val="19"/>
              </w:rPr>
              <w:t>7. Sınıf önünde yapacağım İngilizce sunum için evde sesli telaffuz provası yaptım. (I practiced speaking aloud.)</w:t>
            </w:r>
          </w:p>
        </w:tc>
        <w:tc>
          <w:tcPr>
            <w:tcW w:w="1440" w:type="dxa"/>
          </w:tcPr>
          <w:p w14:paraId="26569CA9" w14:textId="77777777" w:rsidR="00867C21" w:rsidRPr="003C72B7" w:rsidRDefault="00A14E1E">
            <w:pPr>
              <w:spacing w:before="40" w:after="40"/>
              <w:jc w:val="center"/>
            </w:pPr>
            <w:r>
              <w:rPr>
                <w:rFonts w:ascii="Calibri" w:hAnsi="Calibri"/>
                <w:sz w:val="20"/>
              </w:rPr>
              <w:t>[   ]</w:t>
            </w:r>
          </w:p>
        </w:tc>
        <w:tc>
          <w:tcPr>
            <w:tcW w:w="1440" w:type="dxa"/>
          </w:tcPr>
          <w:p w14:paraId="63C4B797" w14:textId="77777777" w:rsidR="00867C21" w:rsidRPr="003C72B7" w:rsidRDefault="00A14E1E">
            <w:pPr>
              <w:spacing w:before="40" w:after="40"/>
              <w:jc w:val="center"/>
            </w:pPr>
            <w:r>
              <w:rPr>
                <w:rFonts w:ascii="Calibri" w:hAnsi="Calibri"/>
                <w:sz w:val="20"/>
              </w:rPr>
              <w:t>[   ]</w:t>
            </w:r>
          </w:p>
        </w:tc>
      </w:tr>
      <w:tr w:rsidR="003C72B7" w:rsidRPr="003C72B7" w14:paraId="318DC890" w14:textId="77777777">
        <w:tc>
          <w:tcPr>
            <w:tcW w:w="6480" w:type="dxa"/>
            <w:shd w:val="clear" w:color="auto" w:fill="F2F4F7"/>
          </w:tcPr>
          <w:p w14:paraId="5608B013" w14:textId="77777777" w:rsidR="00867C21" w:rsidRPr="003C72B7" w:rsidRDefault="00A14E1E">
            <w:pPr>
              <w:spacing w:before="40" w:after="40"/>
            </w:pPr>
            <w:r>
              <w:rPr>
                <w:rFonts w:ascii="Calibri" w:hAnsi="Calibri"/>
                <w:sz w:val="19"/>
              </w:rPr>
              <w:t>8. Projemi kararlaştırılan teslim gününde ve eksiksiz olarak teslim ettim. (I delivered my complete project on time.)</w:t>
            </w:r>
          </w:p>
        </w:tc>
        <w:tc>
          <w:tcPr>
            <w:tcW w:w="1440" w:type="dxa"/>
            <w:shd w:val="clear" w:color="auto" w:fill="F2F4F7"/>
          </w:tcPr>
          <w:p w14:paraId="2657AEBB" w14:textId="77777777" w:rsidR="00867C21" w:rsidRPr="003C72B7" w:rsidRDefault="00A14E1E">
            <w:pPr>
              <w:spacing w:before="40" w:after="40"/>
              <w:jc w:val="center"/>
            </w:pPr>
            <w:r>
              <w:rPr>
                <w:rFonts w:ascii="Calibri" w:hAnsi="Calibri"/>
                <w:sz w:val="20"/>
              </w:rPr>
              <w:t>[   ]</w:t>
            </w:r>
          </w:p>
        </w:tc>
        <w:tc>
          <w:tcPr>
            <w:tcW w:w="1440" w:type="dxa"/>
            <w:shd w:val="clear" w:color="auto" w:fill="F2F4F7"/>
          </w:tcPr>
          <w:p w14:paraId="0CD71002" w14:textId="77777777" w:rsidR="00867C21" w:rsidRPr="003C72B7" w:rsidRDefault="00A14E1E">
            <w:pPr>
              <w:spacing w:before="40" w:after="40"/>
              <w:jc w:val="center"/>
            </w:pPr>
            <w:r>
              <w:rPr>
                <w:rFonts w:ascii="Calibri" w:hAnsi="Calibri"/>
                <w:sz w:val="20"/>
              </w:rPr>
              <w:t>[   ]</w:t>
            </w:r>
          </w:p>
        </w:tc>
      </w:tr>
    </w:tbl>
    <w:p w14:paraId="2753F9C1" w14:textId="77777777" w:rsidR="00867C21" w:rsidRPr="003C72B7" w:rsidRDefault="00A14E1E">
      <w:pPr>
        <w:spacing w:after="120"/>
      </w:pPr>
      <w:r>
        <w:rPr>
          <w:rFonts w:ascii="Calibri" w:hAnsi="Calibri"/>
          <w:sz w:val="21"/>
        </w:rPr>
        <w:br/>
        <w:t>Öğrenci İmza / Student Signature: .......................................   Tarih / Date: ....../....../202...</w:t>
      </w:r>
    </w:p>
    <w:p w14:paraId="5BA138DA" w14:textId="77777777" w:rsidR="00867C21" w:rsidRPr="003C72B7" w:rsidRDefault="00A14E1E">
      <w:r>
        <w:br w:type="page"/>
      </w:r>
    </w:p>
    <w:p w14:paraId="530EF7EF" w14:textId="7FF8BE93" w:rsidR="00867C21" w:rsidRPr="003C72B7" w:rsidRDefault="00A14E1E">
      <w:pPr>
        <w:keepNext/>
        <w:spacing w:before="360" w:after="120"/>
      </w:pPr>
      <w:r>
        <w:rPr>
          <w:rFonts w:ascii="Arial" w:hAnsi="Arial"/>
          <w:b/>
          <w:sz w:val="32"/>
        </w:rPr>
        <w:t>Bölüm 15. Öğrenci Portfolyo Günlüğü (Yansıtma) / Student Reflection Journal</w:t>
      </w:r>
    </w:p>
    <w:p w14:paraId="004A6585" w14:textId="77777777" w:rsidR="00867C21" w:rsidRPr="003C72B7" w:rsidRDefault="00A14E1E">
      <w:pPr>
        <w:spacing w:before="80" w:after="160"/>
      </w:pPr>
      <w:r>
        <w:rPr>
          <w:rFonts w:ascii="Calibri" w:hAnsi="Calibri"/>
          <w:b/>
          <w:i/>
          <w:sz w:val="19"/>
        </w:rPr>
        <w:t xml:space="preserve">ℹ️ Metodolojik Açıklama: </w:t>
      </w:r>
      <w:r>
        <w:rPr>
          <w:rFonts w:ascii="Calibri" w:hAnsi="Calibri"/>
          <w:i/>
          <w:sz w:val="19"/>
        </w:rPr>
        <w:t>Öğrencinin portfolyo klasörüne ekleyeceği en başarılı çalışmasını (ilk taslak ve düzeltilmiş son haliyle) seçerek kendi öğrenme süreci üzerine el yazısıyla yansıtma yapması amacıyla hazırlanmıştır.</w:t>
      </w:r>
    </w:p>
    <w:p w14:paraId="41253CB0" w14:textId="77777777" w:rsidR="00867C21" w:rsidRPr="003C72B7" w:rsidRDefault="00A14E1E">
      <w:pPr>
        <w:spacing w:after="120"/>
      </w:pPr>
      <w:r>
        <w:rPr>
          <w:rFonts w:ascii="Calibri" w:hAnsi="Calibri"/>
          <w:sz w:val="21"/>
        </w:rPr>
        <w:t>Sevgili Öğrencimiz,</w:t>
      </w:r>
    </w:p>
    <w:p w14:paraId="4C960D92" w14:textId="77777777" w:rsidR="00867C21" w:rsidRPr="003C72B7" w:rsidRDefault="00A14E1E">
      <w:pPr>
        <w:spacing w:after="120"/>
      </w:pPr>
      <w:r>
        <w:rPr>
          <w:rFonts w:ascii="Calibri" w:hAnsi="Calibri"/>
          <w:sz w:val="21"/>
        </w:rPr>
        <w:t>Portfolyo klasörüne eklediğin en başarılı çalışmanı (ilk taslağı ve düzeltilmiş son haliyle birlikte) seçtikten sonra aşağıdaki yansıtma sorularını kendi cümlelerinle el yazısıyla yanıtla. Bu süreç kendi gelişimini görmene yardımcı olacaktır.</w:t>
      </w:r>
    </w:p>
    <w:p w14:paraId="339375E7" w14:textId="77777777" w:rsidR="00867C21" w:rsidRPr="003C72B7" w:rsidRDefault="00A14E1E">
      <w:pPr>
        <w:spacing w:after="120"/>
      </w:pPr>
      <w:r>
        <w:rPr>
          <w:rFonts w:ascii="Calibri" w:hAnsi="Calibri"/>
          <w:sz w:val="21"/>
        </w:rPr>
        <w:t>1. Bu çalışmayı neden seçtim? Bu çalışmamda en çok gurur duyduğum yer neresidir?</w:t>
      </w:r>
      <w:r>
        <w:rPr>
          <w:rFonts w:ascii="Calibri" w:hAnsi="Calibri"/>
          <w:sz w:val="21"/>
        </w:rPr>
        <w:br/>
        <w:t>Why did I choose this work? What part of this work am I most proud of?</w:t>
      </w:r>
      <w:r>
        <w:rPr>
          <w:rFonts w:ascii="Calibri" w:hAnsi="Calibri"/>
          <w:sz w:val="21"/>
        </w:rPr>
        <w:br/>
      </w:r>
      <w:r>
        <w:rPr>
          <w:rFonts w:ascii="Calibri" w:hAnsi="Calibri"/>
          <w:sz w:val="21"/>
        </w:rPr>
        <w:br/>
        <w:t>........................................................................................................................................................................................................................</w:t>
      </w:r>
      <w:r>
        <w:rPr>
          <w:rFonts w:ascii="Calibri" w:hAnsi="Calibri"/>
          <w:sz w:val="21"/>
        </w:rPr>
        <w:br/>
      </w:r>
      <w:r>
        <w:rPr>
          <w:rFonts w:ascii="Calibri" w:hAnsi="Calibri"/>
          <w:sz w:val="21"/>
        </w:rPr>
        <w:br/>
        <w:t>........................................................................................................................................................................................................................</w:t>
      </w:r>
      <w:r>
        <w:rPr>
          <w:rFonts w:ascii="Calibri" w:hAnsi="Calibri"/>
          <w:sz w:val="21"/>
        </w:rPr>
        <w:br/>
      </w:r>
    </w:p>
    <w:p w14:paraId="3B1EECEB" w14:textId="77777777" w:rsidR="00867C21" w:rsidRPr="003C72B7" w:rsidRDefault="00A14E1E">
      <w:pPr>
        <w:spacing w:after="120"/>
      </w:pPr>
      <w:r>
        <w:rPr>
          <w:rFonts w:ascii="Calibri" w:hAnsi="Calibri"/>
          <w:sz w:val="21"/>
        </w:rPr>
        <w:t>2. Bu çalışmayı hazırlarken neler öğrendim? Hangi aşamalarda veya kelimelerde zorlandım?</w:t>
      </w:r>
      <w:r>
        <w:rPr>
          <w:rFonts w:ascii="Calibri" w:hAnsi="Calibri"/>
          <w:sz w:val="21"/>
        </w:rPr>
        <w:br/>
        <w:t>What did I learn while preparing this? What steps or vocabulary did I struggle with?</w:t>
      </w:r>
      <w:r>
        <w:rPr>
          <w:rFonts w:ascii="Calibri" w:hAnsi="Calibri"/>
          <w:sz w:val="21"/>
        </w:rPr>
        <w:br/>
      </w:r>
      <w:r>
        <w:rPr>
          <w:rFonts w:ascii="Calibri" w:hAnsi="Calibri"/>
          <w:sz w:val="21"/>
        </w:rPr>
        <w:br/>
        <w:t>........................................................................................................................................................................................................................</w:t>
      </w:r>
      <w:r>
        <w:rPr>
          <w:rFonts w:ascii="Calibri" w:hAnsi="Calibri"/>
          <w:sz w:val="21"/>
        </w:rPr>
        <w:br/>
      </w:r>
      <w:r>
        <w:rPr>
          <w:rFonts w:ascii="Calibri" w:hAnsi="Calibri"/>
          <w:sz w:val="21"/>
        </w:rPr>
        <w:br/>
        <w:t>........................................................................................................................................................................................................................</w:t>
      </w:r>
      <w:r>
        <w:rPr>
          <w:rFonts w:ascii="Calibri" w:hAnsi="Calibri"/>
          <w:sz w:val="21"/>
        </w:rPr>
        <w:br/>
      </w:r>
    </w:p>
    <w:p w14:paraId="2C73D095" w14:textId="77777777" w:rsidR="00867C21" w:rsidRPr="003C72B7" w:rsidRDefault="00A14E1E">
      <w:pPr>
        <w:spacing w:after="120"/>
      </w:pPr>
      <w:r>
        <w:rPr>
          <w:rFonts w:ascii="Calibri" w:hAnsi="Calibri"/>
          <w:sz w:val="21"/>
        </w:rPr>
        <w:t>3. Bu çalışmayı bir daha yapsam neleri değiştirirdim? Gelecek ünite için kendime hangi dil hedefini koyuyorum?</w:t>
      </w:r>
      <w:r>
        <w:rPr>
          <w:rFonts w:ascii="Calibri" w:hAnsi="Calibri"/>
          <w:sz w:val="21"/>
        </w:rPr>
        <w:br/>
        <w:t>If I did this again, what would I change? What language goal do I set for the next unit?</w:t>
      </w:r>
      <w:r>
        <w:rPr>
          <w:rFonts w:ascii="Calibri" w:hAnsi="Calibri"/>
          <w:sz w:val="21"/>
        </w:rPr>
        <w:br/>
      </w:r>
      <w:r>
        <w:rPr>
          <w:rFonts w:ascii="Calibri" w:hAnsi="Calibri"/>
          <w:sz w:val="21"/>
        </w:rPr>
        <w:br/>
        <w:t>........................................................................................................................................................................................................................</w:t>
      </w:r>
      <w:r>
        <w:rPr>
          <w:rFonts w:ascii="Calibri" w:hAnsi="Calibri"/>
          <w:sz w:val="21"/>
        </w:rPr>
        <w:br/>
      </w:r>
      <w:r>
        <w:rPr>
          <w:rFonts w:ascii="Calibri" w:hAnsi="Calibri"/>
          <w:sz w:val="21"/>
        </w:rPr>
        <w:br/>
        <w:t>........................................................................................................................................................................................................................</w:t>
      </w:r>
      <w:r>
        <w:rPr>
          <w:rFonts w:ascii="Calibri" w:hAnsi="Calibri"/>
          <w:sz w:val="21"/>
        </w:rPr>
        <w:br/>
      </w:r>
    </w:p>
    <w:p w14:paraId="7215BC77" w14:textId="77777777" w:rsidR="00867C21" w:rsidRDefault="00A14E1E">
      <w:pPr>
        <w:spacing w:after="120"/>
        <w:rPr>
          <w:rFonts w:ascii="Calibri" w:hAnsi="Calibri"/>
          <w:sz w:val="21"/>
        </w:rPr>
      </w:pPr>
      <w:r>
        <w:rPr>
          <w:rFonts w:ascii="Calibri" w:hAnsi="Calibri"/>
          <w:sz w:val="21"/>
        </w:rPr>
        <w:br/>
        <w:t>Öğrenci İmza / Student Signature: .......................................   Tarih / Date: ....../....../202...</w:t>
      </w:r>
    </w:p>
    <w:p w14:paraId="0B919870" w14:textId="77777777" w:rsidR="006B0174" w:rsidRDefault="006B0174">
      <w:pPr>
        <w:spacing w:after="120"/>
        <w:rPr>
          <w:rFonts w:ascii="Calibri" w:hAnsi="Calibri"/>
          <w:sz w:val="21"/>
        </w:rPr>
      </w:pPr>
    </w:p>
    <w:p w14:paraId="52FDFB4C" w14:textId="77777777" w:rsidR="006B0174" w:rsidRDefault="006B0174">
      <w:pPr>
        <w:spacing w:after="120"/>
        <w:rPr>
          <w:rFonts w:ascii="Calibri" w:hAnsi="Calibri"/>
          <w:sz w:val="21"/>
        </w:rPr>
      </w:pPr>
    </w:p>
    <w:p w14:paraId="7B269B4B" w14:textId="77777777" w:rsidR="006B0174" w:rsidRDefault="006B0174">
      <w:pPr>
        <w:spacing w:after="120"/>
        <w:rPr>
          <w:rFonts w:ascii="Calibri" w:hAnsi="Calibri"/>
          <w:sz w:val="21"/>
        </w:rPr>
      </w:pPr>
    </w:p>
    <w:p w14:paraId="61A4F5F0" w14:textId="77777777" w:rsidR="006B0174" w:rsidRDefault="006B0174">
      <w:pPr>
        <w:spacing w:after="120"/>
        <w:rPr>
          <w:rFonts w:ascii="Calibri" w:hAnsi="Calibri"/>
          <w:sz w:val="21"/>
        </w:rPr>
      </w:pPr>
    </w:p>
    <w:p w14:paraId="7BFB2845" w14:textId="77777777" w:rsidR="006B0174" w:rsidRDefault="006B0174">
      <w:pPr>
        <w:spacing w:after="120"/>
        <w:rPr>
          <w:rFonts w:ascii="Calibri" w:hAnsi="Calibri"/>
          <w:sz w:val="21"/>
        </w:rPr>
      </w:pPr>
    </w:p>
    <w:p w14:paraId="03142FD3" w14:textId="77777777" w:rsidR="006B0174" w:rsidRDefault="006B0174">
      <w:pPr>
        <w:spacing w:after="120"/>
        <w:rPr>
          <w:rFonts w:ascii="Calibri" w:hAnsi="Calibri"/>
          <w:sz w:val="21"/>
        </w:rPr>
      </w:pPr>
    </w:p>
    <w:p w14:paraId="437F21F9" w14:textId="75BACD38" w:rsidR="006B0174" w:rsidRPr="001C68C1" w:rsidRDefault="006B0174" w:rsidP="006B0174">
      <w:pPr>
        <w:spacing w:after="40"/>
        <w:rPr>
          <w:rFonts w:ascii="Arial" w:hAnsi="Arial" w:cs="Arial"/>
          <w:color w:val="000000" w:themeColor="text1"/>
          <w:sz w:val="32"/>
          <w:szCs w:val="32"/>
        </w:rPr>
      </w:pPr>
      <w:r>
        <w:rPr>
          <w:rFonts w:ascii="Arial" w:hAnsi="Arial" w:cs="Arial"/>
          <w:b/>
          <w:color w:val="000000" w:themeColor="text1"/>
          <w:sz w:val="32"/>
          <w:szCs w:val="32"/>
        </w:rPr>
        <w:t xml:space="preserve">Bölüm 16. Tema Sonu Bütünleşik </w:t>
      </w:r>
      <w:r>
        <w:rPr>
          <w:rFonts w:ascii="Arial" w:hAnsi="Arial" w:cs="Arial"/>
          <w:b/>
          <w:color w:val="000000" w:themeColor="text1"/>
          <w:sz w:val="32"/>
          <w:szCs w:val="32"/>
          <w:u w:val="single"/>
        </w:rPr>
        <w:t>Proje / Performans</w:t>
      </w:r>
      <w:r>
        <w:rPr>
          <w:rFonts w:ascii="Arial" w:hAnsi="Arial" w:cs="Arial"/>
          <w:b/>
          <w:color w:val="000000" w:themeColor="text1"/>
          <w:sz w:val="32"/>
          <w:szCs w:val="32"/>
        </w:rPr>
        <w:t xml:space="preserve"> Görevi Değerlendirme Formu /</w:t>
      </w:r>
      <w:r>
        <w:rPr>
          <w:rFonts w:ascii="Arial" w:hAnsi="Arial" w:cs="Arial"/>
          <w:b/>
          <w:i/>
          <w:color w:val="000000" w:themeColor="text1"/>
          <w:sz w:val="32"/>
          <w:szCs w:val="32"/>
        </w:rPr>
        <w:t xml:space="preserve">Integrated Project &amp; Performance Task Evaluation Form </w:t>
      </w:r>
    </w:p>
    <w:tbl>
      <w:tblPr>
        <w:tblStyle w:val="TabloKlavuzu"/>
        <w:tblW w:w="0" w:type="auto"/>
        <w:jc w:val="center"/>
        <w:tblLayout w:type="fixed"/>
        <w:tblLook w:val="04A0" w:firstRow="1" w:lastRow="0" w:firstColumn="1" w:lastColumn="0" w:noHBand="0" w:noVBand="1"/>
      </w:tblPr>
      <w:tblGrid>
        <w:gridCol w:w="2693"/>
        <w:gridCol w:w="2693"/>
        <w:gridCol w:w="2693"/>
        <w:gridCol w:w="2693"/>
      </w:tblGrid>
      <w:tr w:rsidR="006B0174" w:rsidRPr="001C68C1" w14:paraId="3BBA35B6"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7F47317C" w14:textId="77777777" w:rsidR="006B0174" w:rsidRPr="001C68C1" w:rsidRDefault="006B0174" w:rsidP="00781C85">
            <w:pPr>
              <w:rPr>
                <w:color w:val="000000" w:themeColor="text1"/>
              </w:rPr>
            </w:pPr>
            <w:r>
              <w:rPr>
                <w:rFonts w:ascii="Calibri" w:hAnsi="Calibri"/>
                <w:b/>
                <w:color w:val="000000" w:themeColor="text1"/>
                <w:sz w:val="16"/>
              </w:rPr>
              <w:t>Student Name / Adı Soyadı:</w:t>
            </w:r>
          </w:p>
        </w:tc>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69424EB1" w14:textId="77777777" w:rsidR="006B0174" w:rsidRPr="001C68C1" w:rsidRDefault="006B0174" w:rsidP="00781C85">
            <w:pPr>
              <w:rPr>
                <w:color w:val="000000" w:themeColor="text1"/>
              </w:rPr>
            </w:pPr>
            <w:r>
              <w:rPr>
                <w:rFonts w:ascii="Calibri" w:hAnsi="Calibri"/>
                <w:b/>
                <w:color w:val="000000" w:themeColor="text1"/>
                <w:sz w:val="16"/>
              </w:rPr>
              <w:t>Class &amp; No / Sınıf &amp; No:</w:t>
            </w:r>
          </w:p>
        </w:tc>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2FD1C4D4" w14:textId="77777777" w:rsidR="006B0174" w:rsidRPr="001C68C1" w:rsidRDefault="006B0174" w:rsidP="00781C85">
            <w:pPr>
              <w:rPr>
                <w:color w:val="000000" w:themeColor="text1"/>
              </w:rPr>
            </w:pPr>
            <w:r>
              <w:rPr>
                <w:rFonts w:ascii="Calibri" w:hAnsi="Calibri"/>
                <w:b/>
                <w:color w:val="000000" w:themeColor="text1"/>
                <w:sz w:val="16"/>
              </w:rPr>
              <w:t>Theme / Tema (1-8):</w:t>
            </w:r>
          </w:p>
        </w:tc>
        <w:tc>
          <w:tcPr>
            <w:tcW w:w="2693" w:type="dxa"/>
            <w:tcBorders>
              <w:top w:val="single" w:sz="4" w:space="0" w:color="auto"/>
              <w:left w:val="single" w:sz="4" w:space="0" w:color="auto"/>
              <w:bottom w:val="single" w:sz="4" w:space="0" w:color="auto"/>
              <w:right w:val="single" w:sz="4" w:space="0" w:color="auto"/>
            </w:tcBorders>
            <w:shd w:val="clear" w:color="auto" w:fill="F2F2F2"/>
            <w:tcMar>
              <w:top w:w="40" w:type="dxa"/>
              <w:left w:w="60" w:type="dxa"/>
              <w:bottom w:w="40" w:type="dxa"/>
              <w:right w:w="60" w:type="dxa"/>
            </w:tcMar>
            <w:hideMark/>
          </w:tcPr>
          <w:p w14:paraId="1D78BB68" w14:textId="77777777" w:rsidR="006B0174" w:rsidRPr="001C68C1" w:rsidRDefault="006B0174" w:rsidP="00781C85">
            <w:pPr>
              <w:rPr>
                <w:color w:val="000000" w:themeColor="text1"/>
              </w:rPr>
            </w:pPr>
            <w:r>
              <w:rPr>
                <w:rFonts w:ascii="Calibri" w:hAnsi="Calibri"/>
                <w:b/>
                <w:color w:val="000000" w:themeColor="text1"/>
                <w:sz w:val="16"/>
              </w:rPr>
              <w:t>Date / Tarih:</w:t>
            </w:r>
          </w:p>
        </w:tc>
      </w:tr>
      <w:tr w:rsidR="006B0174" w:rsidRPr="001C68C1" w14:paraId="39A0092E"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1AB520B" w14:textId="77777777" w:rsidR="006B0174" w:rsidRPr="001C68C1" w:rsidRDefault="006B0174" w:rsidP="00781C85">
            <w:pPr>
              <w:rPr>
                <w:color w:val="000000" w:themeColor="text1"/>
              </w:rPr>
            </w:pPr>
            <w:r>
              <w:rPr>
                <w:rFonts w:ascii="Calibri" w:hAnsi="Calibri"/>
                <w:color w:val="000000" w:themeColor="text1"/>
                <w:sz w:val="16"/>
              </w:rPr>
              <w:t>__________________________</w:t>
            </w:r>
          </w:p>
        </w:tc>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4776269" w14:textId="77777777" w:rsidR="006B0174" w:rsidRPr="001C68C1" w:rsidRDefault="006B0174" w:rsidP="00781C85">
            <w:pPr>
              <w:rPr>
                <w:color w:val="000000" w:themeColor="text1"/>
              </w:rPr>
            </w:pPr>
            <w:r>
              <w:rPr>
                <w:rFonts w:ascii="Calibri" w:hAnsi="Calibri"/>
                <w:color w:val="000000" w:themeColor="text1"/>
                <w:sz w:val="16"/>
              </w:rPr>
              <w:t>5-……. / __________________</w:t>
            </w:r>
          </w:p>
        </w:tc>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3073E13" w14:textId="77777777" w:rsidR="006B0174" w:rsidRPr="001C68C1" w:rsidRDefault="006B0174" w:rsidP="00781C85">
            <w:pPr>
              <w:rPr>
                <w:color w:val="000000" w:themeColor="text1"/>
              </w:rPr>
            </w:pPr>
            <w:r>
              <w:rPr>
                <w:rFonts w:ascii="Calibri" w:hAnsi="Calibri"/>
                <w:color w:val="000000" w:themeColor="text1"/>
                <w:sz w:val="16"/>
              </w:rPr>
              <w:t>______________________</w:t>
            </w:r>
          </w:p>
        </w:tc>
        <w:tc>
          <w:tcPr>
            <w:tcW w:w="2693"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7E50FE8" w14:textId="77777777" w:rsidR="006B0174" w:rsidRPr="001C68C1" w:rsidRDefault="006B0174" w:rsidP="00781C85">
            <w:pPr>
              <w:rPr>
                <w:color w:val="000000" w:themeColor="text1"/>
              </w:rPr>
            </w:pPr>
            <w:r>
              <w:rPr>
                <w:rFonts w:ascii="Calibri" w:hAnsi="Calibri"/>
                <w:color w:val="000000" w:themeColor="text1"/>
                <w:sz w:val="16"/>
              </w:rPr>
              <w:t>____ / ____ / 202___</w:t>
            </w:r>
          </w:p>
        </w:tc>
      </w:tr>
    </w:tbl>
    <w:p w14:paraId="4B8D08A5" w14:textId="77777777" w:rsidR="006B0174" w:rsidRPr="001C68C1" w:rsidRDefault="006B0174" w:rsidP="006B0174">
      <w:pPr>
        <w:spacing w:after="80"/>
        <w:rPr>
          <w:color w:val="000000" w:themeColor="text1"/>
        </w:rPr>
      </w:pPr>
    </w:p>
    <w:p w14:paraId="7C918119" w14:textId="77777777" w:rsidR="006B0174" w:rsidRPr="001C68C1" w:rsidRDefault="006B0174" w:rsidP="006B0174">
      <w:pPr>
        <w:spacing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 ÖĞRENCİ ÖZ DEĞERLENDİRME FORMU / PART I: STUDENT SELF-EVALUATION</w:t>
      </w:r>
    </w:p>
    <w:tbl>
      <w:tblPr>
        <w:tblStyle w:val="TabloKlavuzu"/>
        <w:tblW w:w="0" w:type="auto"/>
        <w:jc w:val="center"/>
        <w:tblLayout w:type="fixed"/>
        <w:tblLook w:val="04A0" w:firstRow="1" w:lastRow="0" w:firstColumn="1" w:lastColumn="0" w:noHBand="0" w:noVBand="1"/>
      </w:tblPr>
      <w:tblGrid>
        <w:gridCol w:w="7157"/>
        <w:gridCol w:w="907"/>
        <w:gridCol w:w="907"/>
        <w:gridCol w:w="907"/>
        <w:gridCol w:w="907"/>
      </w:tblGrid>
      <w:tr w:rsidR="006B0174" w:rsidRPr="001C68C1" w14:paraId="66311150"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5129025" w14:textId="77777777" w:rsidR="006B0174" w:rsidRPr="001C68C1" w:rsidRDefault="006B0174" w:rsidP="00781C85">
            <w:pPr>
              <w:rPr>
                <w:color w:val="FFFFFF" w:themeColor="background1"/>
              </w:rPr>
            </w:pPr>
            <w:r>
              <w:rPr>
                <w:rFonts w:ascii="Arial" w:hAnsi="Arial"/>
                <w:b/>
                <w:color w:val="FFFFFF" w:themeColor="background1"/>
                <w:sz w:val="16"/>
              </w:rPr>
              <w:t>Öğrenci Öz Değerlendirme Kriterleri / Student Self-Evaluation Criteria</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430C337"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3DBE04D9"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3DCCD9F1"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6D1B59C"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r>
      <w:tr w:rsidR="006B0174" w:rsidRPr="001C68C1" w14:paraId="7B67FACC"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3721CC8" w14:textId="77777777" w:rsidR="006B0174" w:rsidRPr="001C68C1" w:rsidRDefault="006B0174" w:rsidP="00781C85">
            <w:pPr>
              <w:rPr>
                <w:color w:val="000000" w:themeColor="text1"/>
              </w:rPr>
            </w:pPr>
            <w:r>
              <w:rPr>
                <w:rFonts w:ascii="Calibri" w:hAnsi="Calibri"/>
                <w:color w:val="000000" w:themeColor="text1"/>
                <w:sz w:val="15"/>
              </w:rPr>
              <w:t>1. Zaman Yönetimi: Görevimi ve projemi zamanında teslim ettim. / I submitted my project on time.</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BC6DBA7"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6E57BF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CD0CA6E"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0F2BDC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859F445"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F0D4D15" w14:textId="77777777" w:rsidR="006B0174" w:rsidRPr="001C68C1" w:rsidRDefault="006B0174" w:rsidP="00781C85">
            <w:pPr>
              <w:rPr>
                <w:color w:val="000000" w:themeColor="text1"/>
              </w:rPr>
            </w:pPr>
            <w:r>
              <w:rPr>
                <w:rFonts w:ascii="Calibri" w:hAnsi="Calibri"/>
                <w:color w:val="000000" w:themeColor="text1"/>
                <w:sz w:val="15"/>
              </w:rPr>
              <w:t>2. Özen ve Düzen: Çalışmamı son derece özenli, temiz ve düzenli hazırladım. / I did my work carefully and neatly.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C53167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A90B18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BF7AF5B"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80F270D"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4F4C7EB7"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DFCA6AC" w14:textId="77777777" w:rsidR="006B0174" w:rsidRPr="001C68C1" w:rsidRDefault="006B0174" w:rsidP="00781C85">
            <w:pPr>
              <w:rPr>
                <w:color w:val="000000" w:themeColor="text1"/>
              </w:rPr>
            </w:pPr>
            <w:r>
              <w:rPr>
                <w:rFonts w:ascii="Calibri" w:hAnsi="Calibri"/>
                <w:color w:val="000000" w:themeColor="text1"/>
                <w:sz w:val="15"/>
              </w:rPr>
              <w:t>3. Dil Kullanımı: Görev esnasında öğrendiğim kelime ve yapıları kullandım. / I used target words and structures correctly.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09309B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3E9C89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AC036E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B06CF5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779666B"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4A60B1F" w14:textId="77777777" w:rsidR="006B0174" w:rsidRPr="001C68C1" w:rsidRDefault="006B0174" w:rsidP="00781C85">
            <w:pPr>
              <w:rPr>
                <w:color w:val="000000" w:themeColor="text1"/>
              </w:rPr>
            </w:pPr>
            <w:r>
              <w:rPr>
                <w:rFonts w:ascii="Calibri" w:hAnsi="Calibri"/>
                <w:color w:val="000000" w:themeColor="text1"/>
                <w:sz w:val="15"/>
              </w:rPr>
              <w:t>4. Sorumluluk: Kimsenin zorlaması olmadan, kendi sorumluluğumu üstlenerek çalıştım. / I worked by taking active responsibility.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105798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A14250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1DC85F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40BE5BD"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5D9701F0"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75AD9EE" w14:textId="77777777" w:rsidR="006B0174" w:rsidRPr="001C68C1" w:rsidRDefault="006B0174" w:rsidP="00781C85">
            <w:pPr>
              <w:rPr>
                <w:color w:val="000000" w:themeColor="text1"/>
              </w:rPr>
            </w:pPr>
            <w:r>
              <w:rPr>
                <w:rFonts w:ascii="Calibri" w:hAnsi="Calibri"/>
                <w:color w:val="000000" w:themeColor="text1"/>
                <w:sz w:val="15"/>
              </w:rPr>
              <w:t>5. Sunum Becerisi: Çalışmamı ve fikirlerimi arkadaşlarımla/öğretmenimle paylaşabildim. / I successfully presented my work.</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3676F1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21E2B0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A64E184"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B2C4D1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bl>
    <w:p w14:paraId="05323B11"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II: AKRAN DEĞERLENDİRME FORMU / PART II: PEER-EVALUATION</w:t>
      </w:r>
    </w:p>
    <w:tbl>
      <w:tblPr>
        <w:tblStyle w:val="TabloKlavuzu"/>
        <w:tblW w:w="0" w:type="auto"/>
        <w:jc w:val="center"/>
        <w:tblLayout w:type="fixed"/>
        <w:tblLook w:val="04A0" w:firstRow="1" w:lastRow="0" w:firstColumn="1" w:lastColumn="0" w:noHBand="0" w:noVBand="1"/>
      </w:tblPr>
      <w:tblGrid>
        <w:gridCol w:w="7157"/>
        <w:gridCol w:w="907"/>
        <w:gridCol w:w="907"/>
        <w:gridCol w:w="907"/>
        <w:gridCol w:w="907"/>
      </w:tblGrid>
      <w:tr w:rsidR="006B0174" w:rsidRPr="001C68C1" w14:paraId="1C292216"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310BDB6" w14:textId="77777777" w:rsidR="006B0174" w:rsidRPr="001C68C1" w:rsidRDefault="006B0174" w:rsidP="00781C85">
            <w:pPr>
              <w:rPr>
                <w:color w:val="FFFFFF" w:themeColor="background1"/>
              </w:rPr>
            </w:pPr>
            <w:r>
              <w:rPr>
                <w:rFonts w:ascii="Arial" w:hAnsi="Arial"/>
                <w:b/>
                <w:color w:val="FFFFFF" w:themeColor="background1"/>
                <w:sz w:val="16"/>
              </w:rPr>
              <w:t>Sıra Arkadaşımın Değerlendirme Kriterleri / Peer-Evaluation Criteria</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44AD458"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5C11D18"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7C85F57C"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3A279919"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r>
      <w:tr w:rsidR="006B0174" w:rsidRPr="001C68C1" w14:paraId="5947BBE8"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10D5CD6" w14:textId="77777777" w:rsidR="006B0174" w:rsidRPr="001C68C1" w:rsidRDefault="006B0174" w:rsidP="00781C85">
            <w:pPr>
              <w:rPr>
                <w:color w:val="000000" w:themeColor="text1"/>
              </w:rPr>
            </w:pPr>
            <w:r>
              <w:rPr>
                <w:rFonts w:ascii="Calibri" w:hAnsi="Calibri"/>
                <w:color w:val="000000" w:themeColor="text1"/>
                <w:sz w:val="15"/>
              </w:rPr>
              <w:t>1. Teslimat: Arkadaşım görevini ve projesini zamanında teslim etti. / My friend completed and submitted the task on time.</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8AF7C7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F46013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BAAB3F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EC5E75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BE79B73"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00096F0" w14:textId="77777777" w:rsidR="006B0174" w:rsidRPr="001C68C1" w:rsidRDefault="006B0174" w:rsidP="00781C85">
            <w:pPr>
              <w:rPr>
                <w:color w:val="000000" w:themeColor="text1"/>
              </w:rPr>
            </w:pPr>
            <w:r>
              <w:rPr>
                <w:rFonts w:ascii="Calibri" w:hAnsi="Calibri"/>
                <w:color w:val="000000" w:themeColor="text1"/>
                <w:sz w:val="15"/>
              </w:rPr>
              <w:t>2. Özen: Hazırladığı materyal ve çalışmasında yüksek özen sergiledi. / He/She showed great care and neatness.</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1AB3EFE"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19C6CE4"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90A3FC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93D335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7025F264"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F435482" w14:textId="77777777" w:rsidR="006B0174" w:rsidRPr="001C68C1" w:rsidRDefault="006B0174" w:rsidP="00781C85">
            <w:pPr>
              <w:rPr>
                <w:color w:val="000000" w:themeColor="text1"/>
              </w:rPr>
            </w:pPr>
            <w:r>
              <w:rPr>
                <w:rFonts w:ascii="Calibri" w:hAnsi="Calibri"/>
                <w:color w:val="000000" w:themeColor="text1"/>
                <w:sz w:val="15"/>
              </w:rPr>
              <w:t>3. Dil Pratiği: Görev esnasında İngilizce dil becerilerini etkin kullandı. / He/She used English language skills actively.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50DCEE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DC6446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A3C471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580255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3ABB2BEA"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AD0DA77" w14:textId="77777777" w:rsidR="006B0174" w:rsidRPr="001C68C1" w:rsidRDefault="006B0174" w:rsidP="00781C85">
            <w:pPr>
              <w:rPr>
                <w:color w:val="000000" w:themeColor="text1"/>
              </w:rPr>
            </w:pPr>
            <w:r>
              <w:rPr>
                <w:rFonts w:ascii="Calibri" w:hAnsi="Calibri"/>
                <w:color w:val="000000" w:themeColor="text1"/>
                <w:sz w:val="15"/>
              </w:rPr>
              <w:t>4. Sunum: Sınıf içi sunumunu anlaşılır, net ve akıcı bir şekilde yaptı. / He/She made the presentation clearly and fluently.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959F60D"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B411D1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C053F44"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058D39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2620414F"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9908FD8" w14:textId="77777777" w:rsidR="006B0174" w:rsidRPr="001C68C1" w:rsidRDefault="006B0174" w:rsidP="00781C85">
            <w:pPr>
              <w:rPr>
                <w:color w:val="000000" w:themeColor="text1"/>
              </w:rPr>
            </w:pPr>
            <w:r>
              <w:rPr>
                <w:rFonts w:ascii="Calibri" w:hAnsi="Calibri"/>
                <w:color w:val="000000" w:themeColor="text1"/>
                <w:sz w:val="15"/>
              </w:rPr>
              <w:t>5. Sorumluluk: Proje sürecinde bireysel veya ortak görevlerinde sorumluluk aldı. / He/She took active responsibility.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9EB112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49FE148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365852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8B1553F"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bl>
    <w:p w14:paraId="3E762AFF"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III: ÖĞRETMEN DEĞERLENDİRME FORMU / PART III: TEACHER EVALUATION</w:t>
      </w:r>
    </w:p>
    <w:tbl>
      <w:tblPr>
        <w:tblStyle w:val="TabloKlavuzu"/>
        <w:tblW w:w="0" w:type="auto"/>
        <w:jc w:val="center"/>
        <w:tblLayout w:type="fixed"/>
        <w:tblLook w:val="04A0" w:firstRow="1" w:lastRow="0" w:firstColumn="1" w:lastColumn="0" w:noHBand="0" w:noVBand="1"/>
      </w:tblPr>
      <w:tblGrid>
        <w:gridCol w:w="7157"/>
        <w:gridCol w:w="907"/>
        <w:gridCol w:w="907"/>
        <w:gridCol w:w="907"/>
        <w:gridCol w:w="907"/>
      </w:tblGrid>
      <w:tr w:rsidR="006B0174" w:rsidRPr="001C68C1" w14:paraId="00BA7343"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565C546C" w14:textId="77777777" w:rsidR="006B0174" w:rsidRPr="001C68C1" w:rsidRDefault="006B0174" w:rsidP="00781C85">
            <w:pPr>
              <w:rPr>
                <w:color w:val="FFFFFF" w:themeColor="background1"/>
              </w:rPr>
            </w:pPr>
            <w:r>
              <w:rPr>
                <w:rFonts w:ascii="Arial" w:hAnsi="Arial"/>
                <w:b/>
                <w:color w:val="FFFFFF" w:themeColor="background1"/>
                <w:sz w:val="16"/>
              </w:rPr>
              <w:t>Öğretmen Değerlendirme Alanları (Süreç Odaklı) / Teacher Evaluation Areas</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F1FA0A2"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B6221D1"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EB84D42"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c>
          <w:tcPr>
            <w:tcW w:w="907"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6F789A0A"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p>
        </w:tc>
      </w:tr>
      <w:tr w:rsidR="006B0174" w:rsidRPr="001C68C1" w14:paraId="0B701B0A"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BE48E1C" w14:textId="77777777" w:rsidR="006B0174" w:rsidRPr="001C68C1" w:rsidRDefault="006B0174" w:rsidP="00781C85">
            <w:pPr>
              <w:rPr>
                <w:color w:val="000000" w:themeColor="text1"/>
              </w:rPr>
            </w:pPr>
            <w:r>
              <w:rPr>
                <w:rFonts w:ascii="Calibri" w:hAnsi="Calibri"/>
                <w:color w:val="000000" w:themeColor="text1"/>
                <w:sz w:val="15"/>
              </w:rPr>
              <w:t>1. İçerik ve Yönerge (Content): Proje yönergeye uygun ve eksiksizdir. / Complete and meets instructions.</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A2C879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95977E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85A3102"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717143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474609E0"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6CA0EEB" w14:textId="77777777" w:rsidR="006B0174" w:rsidRPr="001C68C1" w:rsidRDefault="006B0174" w:rsidP="00781C85">
            <w:pPr>
              <w:rPr>
                <w:color w:val="000000" w:themeColor="text1"/>
              </w:rPr>
            </w:pPr>
            <w:r>
              <w:rPr>
                <w:rFonts w:ascii="Calibri" w:hAnsi="Calibri"/>
                <w:color w:val="000000" w:themeColor="text1"/>
                <w:sz w:val="15"/>
              </w:rPr>
              <w:t>2. Dil Doğruluğu (Language): Öğrenilen dil yapıları ve kelimeler doğru seçilmiştir. / Correct grammar and vocabulary.</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0AB47B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5EB9C29"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AD2B8D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10927BB"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2652D3AD"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4F5A127" w14:textId="77777777" w:rsidR="006B0174" w:rsidRPr="001C68C1" w:rsidRDefault="006B0174" w:rsidP="00781C85">
            <w:pPr>
              <w:rPr>
                <w:color w:val="000000" w:themeColor="text1"/>
              </w:rPr>
            </w:pPr>
            <w:r>
              <w:rPr>
                <w:rFonts w:ascii="Calibri" w:hAnsi="Calibri"/>
                <w:color w:val="000000" w:themeColor="text1"/>
                <w:sz w:val="15"/>
              </w:rPr>
              <w:t>3. Sunum ve Özgünlük (Presentation): Düzenli, özenli, yaratıcı ve anlaşılır bir sunumdur. / Neat, creative and clear.</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3E3439A6"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4945F08"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B0EABE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CE63381"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CDF8785"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528F5868" w14:textId="77777777" w:rsidR="006B0174" w:rsidRPr="001C68C1" w:rsidRDefault="006B0174" w:rsidP="00781C85">
            <w:pPr>
              <w:rPr>
                <w:color w:val="000000" w:themeColor="text1"/>
              </w:rPr>
            </w:pPr>
            <w:r>
              <w:rPr>
                <w:rFonts w:ascii="Calibri" w:hAnsi="Calibri"/>
                <w:color w:val="000000" w:themeColor="text1"/>
                <w:sz w:val="15"/>
              </w:rPr>
              <w:t>4. Zamanlama ve Sorumluluk (Deadline): Zamanında, planlı ve eksiksiz teslim edilmiştir. / Submitted on time and in full.</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03F6F56"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C9F231C"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012E67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01FBE97"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r w:rsidR="006B0174" w:rsidRPr="001C68C1" w14:paraId="04919E79" w14:textId="77777777" w:rsidTr="00781C85">
        <w:trPr>
          <w:jc w:val="center"/>
        </w:trPr>
        <w:tc>
          <w:tcPr>
            <w:tcW w:w="715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765EA05A" w14:textId="77777777" w:rsidR="006B0174" w:rsidRPr="001C68C1" w:rsidRDefault="006B0174" w:rsidP="00781C85">
            <w:pPr>
              <w:rPr>
                <w:color w:val="000000" w:themeColor="text1"/>
              </w:rPr>
            </w:pPr>
            <w:r>
              <w:rPr>
                <w:rFonts w:ascii="Calibri" w:hAnsi="Calibri"/>
                <w:color w:val="000000" w:themeColor="text1"/>
                <w:sz w:val="15"/>
              </w:rPr>
              <w:t>5. Bireysel Çaba (Overall Effort): Süreç boyunca yüksek motivasyon ve gelişim göstermiştir. / Did their best and showed effort.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273A8EE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0C886D6A"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68DA31E7"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c>
          <w:tcPr>
            <w:tcW w:w="907"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hideMark/>
          </w:tcPr>
          <w:p w14:paraId="15B9662E"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p>
        </w:tc>
      </w:tr>
    </w:tbl>
    <w:p w14:paraId="61793E6E"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IV: SCORING KEY / DEĞERLENDİRME REHBERİ </w:t>
      </w:r>
    </w:p>
    <w:tbl>
      <w:tblPr>
        <w:tblStyle w:val="TabloKlavuzu"/>
        <w:tblW w:w="0" w:type="auto"/>
        <w:jc w:val="center"/>
        <w:tblLayout w:type="fixed"/>
        <w:tblLook w:val="04A0" w:firstRow="1" w:lastRow="0" w:firstColumn="1" w:lastColumn="0" w:noHBand="0" w:noVBand="1"/>
      </w:tblPr>
      <w:tblGrid>
        <w:gridCol w:w="2693"/>
        <w:gridCol w:w="2693"/>
        <w:gridCol w:w="2693"/>
        <w:gridCol w:w="2693"/>
      </w:tblGrid>
      <w:tr w:rsidR="006B0174" w:rsidRPr="001C68C1" w14:paraId="06A9F307"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035CDDD4" w14:textId="77777777" w:rsidR="006B0174" w:rsidRPr="001C68C1" w:rsidRDefault="006B0174" w:rsidP="00781C85">
            <w:pP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Y</w:t>
            </w:r>
            <w:r>
              <w:rPr>
                <w:rFonts w:ascii="Arial" w:hAnsi="Arial" w:cs="Arial"/>
                <w:b/>
                <w:color w:val="FFFFFF" w:themeColor="background1"/>
                <w:sz w:val="16"/>
              </w:rPr>
              <w:t>ı</w:t>
            </w:r>
            <w:r>
              <w:rPr>
                <w:rFonts w:ascii="Arial" w:hAnsi="Arial"/>
                <w:b/>
                <w:color w:val="FFFFFF" w:themeColor="background1"/>
                <w:sz w:val="16"/>
              </w:rPr>
              <w:t>ld</w:t>
            </w:r>
            <w:r>
              <w:rPr>
                <w:rFonts w:ascii="Arial" w:hAnsi="Arial" w:cs="Arial"/>
                <w:b/>
                <w:color w:val="FFFFFF" w:themeColor="background1"/>
                <w:sz w:val="16"/>
              </w:rPr>
              <w:t>ı</w:t>
            </w:r>
            <w:r>
              <w:rPr>
                <w:rFonts w:ascii="Arial" w:hAnsi="Arial"/>
                <w:b/>
                <w:color w:val="FFFFFF" w:themeColor="background1"/>
                <w:sz w:val="16"/>
              </w:rPr>
              <w:t xml:space="preserve">z </w:t>
            </w:r>
          </w:p>
        </w:tc>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1CB6B5A8"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Tik </w:t>
            </w:r>
          </w:p>
        </w:tc>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2863A4E1"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Artı </w:t>
            </w:r>
          </w:p>
        </w:tc>
        <w:tc>
          <w:tcPr>
            <w:tcW w:w="2693" w:type="dxa"/>
            <w:tcBorders>
              <w:top w:val="single" w:sz="4" w:space="0" w:color="auto"/>
              <w:left w:val="single" w:sz="4" w:space="0" w:color="auto"/>
              <w:bottom w:val="single" w:sz="4" w:space="0" w:color="auto"/>
              <w:right w:val="single" w:sz="4" w:space="0" w:color="auto"/>
            </w:tcBorders>
            <w:shd w:val="clear" w:color="auto" w:fill="1B365D"/>
            <w:tcMar>
              <w:top w:w="50" w:type="dxa"/>
              <w:left w:w="60" w:type="dxa"/>
              <w:bottom w:w="50" w:type="dxa"/>
              <w:right w:w="60" w:type="dxa"/>
            </w:tcMar>
            <w:hideMark/>
          </w:tcPr>
          <w:p w14:paraId="11B92415" w14:textId="77777777" w:rsidR="006B0174" w:rsidRPr="001C68C1" w:rsidRDefault="006B0174" w:rsidP="00781C85">
            <w:pPr>
              <w:jc w:val="center"/>
              <w:rPr>
                <w:color w:val="FFFFFF" w:themeColor="background1"/>
              </w:rPr>
            </w:pPr>
            <w:r>
              <w:rPr>
                <w:rFonts w:ascii="Segoe UI Symbol" w:hAnsi="Segoe UI Symbol" w:cs="Segoe UI Symbol"/>
                <w:b/>
                <w:color w:val="FFFFFF" w:themeColor="background1"/>
                <w:sz w:val="16"/>
              </w:rPr>
              <w:t>❢</w:t>
            </w:r>
            <w:r>
              <w:rPr>
                <w:rFonts w:ascii="Arial" w:hAnsi="Arial"/>
                <w:b/>
                <w:color w:val="FFFFFF" w:themeColor="background1"/>
                <w:sz w:val="16"/>
              </w:rPr>
              <w:t xml:space="preserve"> Ünlem </w:t>
            </w:r>
          </w:p>
        </w:tc>
      </w:tr>
      <w:tr w:rsidR="006B0174" w:rsidRPr="001C68C1" w14:paraId="2DB7D08E" w14:textId="77777777" w:rsidTr="00781C85">
        <w:trPr>
          <w:jc w:val="center"/>
        </w:trPr>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40DD0C44" w14:textId="77777777" w:rsidR="006B0174" w:rsidRPr="001C68C1" w:rsidRDefault="006B0174" w:rsidP="00781C85">
            <w:pPr>
              <w:rPr>
                <w:color w:val="000000" w:themeColor="text1"/>
              </w:rPr>
            </w:pPr>
            <w:r>
              <w:rPr>
                <w:rFonts w:ascii="Calibri" w:hAnsi="Calibri"/>
                <w:color w:val="000000" w:themeColor="text1"/>
                <w:sz w:val="14"/>
              </w:rPr>
              <w:br/>
              <w:t>Çok İyi / Excellent</w:t>
            </w:r>
            <w:r>
              <w:rPr>
                <w:rFonts w:ascii="Calibri" w:hAnsi="Calibri"/>
                <w:color w:val="000000" w:themeColor="text1"/>
                <w:sz w:val="14"/>
              </w:rPr>
              <w:br/>
              <w:t>Öğrenci hedefleri büyük ölçüde başarmış, yüksek gelişim sergiliyor.</w:t>
            </w:r>
          </w:p>
        </w:tc>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7B2C536F" w14:textId="77777777" w:rsidR="006B0174" w:rsidRPr="001C68C1" w:rsidRDefault="006B0174" w:rsidP="00781C85">
            <w:pPr>
              <w:jc w:val="center"/>
              <w:rPr>
                <w:color w:val="000000" w:themeColor="text1"/>
              </w:rPr>
            </w:pPr>
            <w:r>
              <w:rPr>
                <w:rFonts w:ascii="Calibri" w:hAnsi="Calibri"/>
                <w:color w:val="000000" w:themeColor="text1"/>
                <w:sz w:val="14"/>
              </w:rPr>
              <w:t>İyi / Good</w:t>
            </w:r>
            <w:r>
              <w:rPr>
                <w:rFonts w:ascii="Calibri" w:hAnsi="Calibri"/>
                <w:color w:val="000000" w:themeColor="text1"/>
                <w:sz w:val="14"/>
              </w:rPr>
              <w:br/>
              <w:t>Öğrenci çoğu hedefi karşılamış; dil ve değer becerileri iyi düzeyde.</w:t>
            </w:r>
          </w:p>
        </w:tc>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6E89B525" w14:textId="77777777" w:rsidR="006B0174" w:rsidRPr="001C68C1" w:rsidRDefault="006B0174" w:rsidP="00781C85">
            <w:pPr>
              <w:jc w:val="center"/>
              <w:rPr>
                <w:color w:val="000000" w:themeColor="text1"/>
              </w:rPr>
            </w:pPr>
            <w:r>
              <w:rPr>
                <w:rFonts w:ascii="Calibri" w:hAnsi="Calibri"/>
                <w:color w:val="000000" w:themeColor="text1"/>
                <w:sz w:val="14"/>
              </w:rPr>
              <w:t>Orta / Satisfactory</w:t>
            </w:r>
            <w:r>
              <w:rPr>
                <w:rFonts w:ascii="Calibri" w:hAnsi="Calibri"/>
                <w:color w:val="000000" w:themeColor="text1"/>
                <w:sz w:val="14"/>
              </w:rPr>
              <w:br/>
              <w:t>Öğrenci temel seviyede; bazı becerilerin geliştirilmesi gerekir.</w:t>
            </w:r>
          </w:p>
        </w:tc>
        <w:tc>
          <w:tcPr>
            <w:tcW w:w="2693"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33F734F8" w14:textId="77777777" w:rsidR="006B0174" w:rsidRPr="001C68C1" w:rsidRDefault="006B0174" w:rsidP="00781C85">
            <w:pPr>
              <w:jc w:val="center"/>
              <w:rPr>
                <w:color w:val="000000" w:themeColor="text1"/>
              </w:rPr>
            </w:pPr>
            <w:r>
              <w:rPr>
                <w:rFonts w:ascii="Calibri" w:hAnsi="Calibri"/>
                <w:color w:val="000000" w:themeColor="text1"/>
                <w:sz w:val="14"/>
              </w:rPr>
              <w:t>Geliştirmeli / Needs Imp.</w:t>
            </w:r>
            <w:r>
              <w:rPr>
                <w:rFonts w:ascii="Calibri" w:hAnsi="Calibri"/>
                <w:color w:val="000000" w:themeColor="text1"/>
                <w:sz w:val="14"/>
              </w:rPr>
              <w:br/>
              <w:t>Öğrenci hedefleri karşılayamamış; ciddi müdahale ve destek gerektirir.</w:t>
            </w:r>
          </w:p>
        </w:tc>
      </w:tr>
    </w:tbl>
    <w:p w14:paraId="7FC8B5D8" w14:textId="77777777" w:rsidR="006B0174" w:rsidRPr="001C68C1" w:rsidRDefault="006B0174" w:rsidP="006B0174">
      <w:pPr>
        <w:spacing w:before="40" w:after="40"/>
        <w:rPr>
          <w:color w:val="000000" w:themeColor="text1"/>
        </w:rPr>
      </w:pPr>
      <w:r>
        <w:rPr>
          <w:rFonts w:ascii="Segoe UI Emoji" w:hAnsi="Segoe UI Emoji" w:cs="Segoe UI Emoji"/>
          <w:b/>
          <w:color w:val="000000" w:themeColor="text1"/>
          <w:sz w:val="17"/>
        </w:rPr>
        <w:t>📌</w:t>
      </w:r>
      <w:r>
        <w:rPr>
          <w:rFonts w:ascii="Arial" w:hAnsi="Arial"/>
          <w:b/>
          <w:color w:val="000000" w:themeColor="text1"/>
          <w:sz w:val="17"/>
        </w:rPr>
        <w:t xml:space="preserve"> KISIM V: VELİ DÖNÜTÜ, ÖĞRETMEN YORUMU VE ONAY BLOKLARI / PARENT &amp; TEACHER BLOCKS</w:t>
      </w:r>
    </w:p>
    <w:tbl>
      <w:tblPr>
        <w:tblStyle w:val="TabloKlavuzu"/>
        <w:tblW w:w="0" w:type="auto"/>
        <w:jc w:val="center"/>
        <w:tblLayout w:type="fixed"/>
        <w:tblLook w:val="04A0" w:firstRow="1" w:lastRow="0" w:firstColumn="1" w:lastColumn="0" w:noHBand="0" w:noVBand="1"/>
      </w:tblPr>
      <w:tblGrid>
        <w:gridCol w:w="3586"/>
        <w:gridCol w:w="3586"/>
        <w:gridCol w:w="3586"/>
      </w:tblGrid>
      <w:tr w:rsidR="006B0174" w:rsidRPr="001C68C1" w14:paraId="44081059" w14:textId="77777777" w:rsidTr="00781C85">
        <w:trPr>
          <w:jc w:val="center"/>
        </w:trPr>
        <w:tc>
          <w:tcPr>
            <w:tcW w:w="3586" w:type="dxa"/>
            <w:tcBorders>
              <w:top w:val="single" w:sz="4" w:space="0" w:color="auto"/>
              <w:left w:val="single" w:sz="4" w:space="0" w:color="auto"/>
              <w:bottom w:val="single" w:sz="4" w:space="0" w:color="auto"/>
              <w:right w:val="single" w:sz="4" w:space="0" w:color="auto"/>
            </w:tcBorders>
            <w:shd w:val="clear" w:color="auto" w:fill="F2F2F2"/>
            <w:tcMar>
              <w:top w:w="40" w:type="dxa"/>
              <w:left w:w="50" w:type="dxa"/>
              <w:bottom w:w="40" w:type="dxa"/>
              <w:right w:w="50" w:type="dxa"/>
            </w:tcMar>
            <w:hideMark/>
          </w:tcPr>
          <w:p w14:paraId="51F50CA3"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r>
              <w:rPr>
                <w:rFonts w:ascii="Arial" w:hAnsi="Arial"/>
                <w:b/>
                <w:color w:val="000000" w:themeColor="text1"/>
                <w:sz w:val="15"/>
              </w:rPr>
              <w:t xml:space="preserve"> VELİ GÖRÜŞÜ VE ONAYI / PARENT</w:t>
            </w:r>
          </w:p>
        </w:tc>
        <w:tc>
          <w:tcPr>
            <w:tcW w:w="3586" w:type="dxa"/>
            <w:tcBorders>
              <w:top w:val="single" w:sz="4" w:space="0" w:color="auto"/>
              <w:left w:val="single" w:sz="4" w:space="0" w:color="auto"/>
              <w:bottom w:val="single" w:sz="4" w:space="0" w:color="auto"/>
              <w:right w:val="single" w:sz="4" w:space="0" w:color="auto"/>
            </w:tcBorders>
            <w:shd w:val="clear" w:color="auto" w:fill="F2F2F2"/>
            <w:tcMar>
              <w:top w:w="40" w:type="dxa"/>
              <w:left w:w="50" w:type="dxa"/>
              <w:bottom w:w="40" w:type="dxa"/>
              <w:right w:w="50" w:type="dxa"/>
            </w:tcMar>
            <w:hideMark/>
          </w:tcPr>
          <w:p w14:paraId="40F2BC15"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r>
              <w:rPr>
                <w:rFonts w:ascii="Arial" w:hAnsi="Arial"/>
                <w:b/>
                <w:color w:val="000000" w:themeColor="text1"/>
                <w:sz w:val="15"/>
              </w:rPr>
              <w:t xml:space="preserve"> ÖĞRETMEN GERİ BİLDİRİMİ / TEACHER</w:t>
            </w:r>
          </w:p>
        </w:tc>
        <w:tc>
          <w:tcPr>
            <w:tcW w:w="3586" w:type="dxa"/>
            <w:tcBorders>
              <w:top w:val="single" w:sz="4" w:space="0" w:color="auto"/>
              <w:left w:val="single" w:sz="4" w:space="0" w:color="auto"/>
              <w:bottom w:val="single" w:sz="4" w:space="0" w:color="auto"/>
              <w:right w:val="single" w:sz="4" w:space="0" w:color="auto"/>
            </w:tcBorders>
            <w:shd w:val="clear" w:color="auto" w:fill="F2F2F2"/>
            <w:tcMar>
              <w:top w:w="40" w:type="dxa"/>
              <w:left w:w="50" w:type="dxa"/>
              <w:bottom w:w="40" w:type="dxa"/>
              <w:right w:w="50" w:type="dxa"/>
            </w:tcMar>
            <w:hideMark/>
          </w:tcPr>
          <w:p w14:paraId="3B263690" w14:textId="77777777" w:rsidR="006B0174" w:rsidRPr="001C68C1" w:rsidRDefault="006B0174" w:rsidP="00781C85">
            <w:pPr>
              <w:jc w:val="center"/>
              <w:rPr>
                <w:color w:val="000000" w:themeColor="text1"/>
              </w:rPr>
            </w:pPr>
            <w:r>
              <w:rPr>
                <w:rFonts w:ascii="Segoe UI Emoji" w:hAnsi="Segoe UI Emoji" w:cs="Segoe UI Emoji"/>
                <w:b/>
                <w:color w:val="000000" w:themeColor="text1"/>
                <w:sz w:val="15"/>
              </w:rPr>
              <w:t>🏫</w:t>
            </w:r>
            <w:r>
              <w:rPr>
                <w:rFonts w:ascii="Arial" w:hAnsi="Arial"/>
                <w:b/>
                <w:color w:val="000000" w:themeColor="text1"/>
                <w:sz w:val="15"/>
              </w:rPr>
              <w:t xml:space="preserve"> RESMÎ ONAY / OFFICIAL APPROVAL</w:t>
            </w:r>
          </w:p>
        </w:tc>
      </w:tr>
      <w:tr w:rsidR="006B0174" w:rsidRPr="001C68C1" w14:paraId="2B48F0B5" w14:textId="77777777" w:rsidTr="00781C85">
        <w:trPr>
          <w:jc w:val="center"/>
        </w:trPr>
        <w:tc>
          <w:tcPr>
            <w:tcW w:w="3586"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0467FE9A" w14:textId="77777777" w:rsidR="006B0174" w:rsidRPr="001C68C1" w:rsidRDefault="006B0174" w:rsidP="00781C85">
            <w:pPr>
              <w:rPr>
                <w:color w:val="000000" w:themeColor="text1"/>
              </w:rPr>
            </w:pPr>
            <w:r>
              <w:rPr>
                <w:rFonts w:ascii="Calibri" w:hAnsi="Calibri"/>
                <w:color w:val="000000" w:themeColor="text1"/>
                <w:sz w:val="14"/>
              </w:rPr>
              <w:t>Gözlem Alanları:</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Projeyi zamanında yaptı.</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Ödevine gereken özeni gösterdi.</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Kendi sorumluluğu ile tamamladı.</w:t>
            </w:r>
            <w:r>
              <w:rPr>
                <w:rFonts w:ascii="Calibri" w:hAnsi="Calibri"/>
                <w:color w:val="000000" w:themeColor="text1"/>
                <w:sz w:val="14"/>
              </w:rPr>
              <w:br/>
            </w:r>
            <w:r>
              <w:rPr>
                <w:rFonts w:ascii="Calibri" w:hAnsi="Calibri"/>
                <w:color w:val="000000" w:themeColor="text1"/>
                <w:sz w:val="14"/>
              </w:rPr>
              <w:br/>
              <w:t>Veli Notu: ..................................................</w:t>
            </w:r>
            <w:r>
              <w:rPr>
                <w:rFonts w:ascii="Calibri" w:hAnsi="Calibri"/>
                <w:color w:val="000000" w:themeColor="text1"/>
                <w:sz w:val="14"/>
              </w:rPr>
              <w:br/>
              <w:t>....................................................................</w:t>
            </w:r>
            <w:r>
              <w:rPr>
                <w:rFonts w:ascii="Calibri" w:hAnsi="Calibri"/>
                <w:color w:val="000000" w:themeColor="text1"/>
                <w:sz w:val="14"/>
              </w:rPr>
              <w:br/>
              <w:t>İmza / Signature: ..................................</w:t>
            </w:r>
          </w:p>
        </w:tc>
        <w:tc>
          <w:tcPr>
            <w:tcW w:w="3586"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249F0C60" w14:textId="77777777" w:rsidR="006B0174" w:rsidRPr="001C68C1" w:rsidRDefault="006B0174" w:rsidP="00781C85">
            <w:pPr>
              <w:rPr>
                <w:color w:val="000000" w:themeColor="text1"/>
              </w:rPr>
            </w:pPr>
            <w:r>
              <w:rPr>
                <w:rFonts w:ascii="Calibri" w:hAnsi="Calibri"/>
                <w:color w:val="000000" w:themeColor="text1"/>
                <w:sz w:val="14"/>
              </w:rPr>
              <w:t>Dönüt Seçenekleri:</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(Advanced): Harika i</w:t>
            </w:r>
            <w:r>
              <w:rPr>
                <w:rFonts w:ascii="Calibri" w:hAnsi="Calibri" w:cs="Calibri"/>
                <w:color w:val="000000" w:themeColor="text1"/>
                <w:sz w:val="14"/>
              </w:rPr>
              <w:t>ş</w:t>
            </w:r>
            <w:r>
              <w:rPr>
                <w:rFonts w:ascii="Calibri" w:hAnsi="Calibri"/>
                <w:color w:val="000000" w:themeColor="text1"/>
                <w:sz w:val="14"/>
              </w:rPr>
              <w:t xml:space="preserve"> </w:t>
            </w:r>
            <w:r>
              <w:rPr>
                <w:rFonts w:ascii="Calibri" w:hAnsi="Calibri" w:cs="Calibri"/>
                <w:color w:val="000000" w:themeColor="text1"/>
                <w:sz w:val="14"/>
              </w:rPr>
              <w:t>çı</w:t>
            </w:r>
            <w:r>
              <w:rPr>
                <w:rFonts w:ascii="Calibri" w:hAnsi="Calibri"/>
                <w:color w:val="000000" w:themeColor="text1"/>
                <w:sz w:val="14"/>
              </w:rPr>
              <w:t>kard</w:t>
            </w:r>
            <w:r>
              <w:rPr>
                <w:rFonts w:ascii="Calibri" w:hAnsi="Calibri" w:cs="Calibri"/>
                <w:color w:val="000000" w:themeColor="text1"/>
                <w:sz w:val="14"/>
              </w:rPr>
              <w:t>ı</w:t>
            </w:r>
            <w:r>
              <w:rPr>
                <w:rFonts w:ascii="Calibri" w:hAnsi="Calibri"/>
                <w:color w:val="000000" w:themeColor="text1"/>
                <w:sz w:val="14"/>
              </w:rPr>
              <w:t>n, devam!</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(Expected): Gayretin </w:t>
            </w:r>
            <w:r>
              <w:rPr>
                <w:rFonts w:ascii="Calibri" w:hAnsi="Calibri" w:cs="Calibri"/>
                <w:color w:val="000000" w:themeColor="text1"/>
                <w:sz w:val="14"/>
              </w:rPr>
              <w:t>ç</w:t>
            </w:r>
            <w:r>
              <w:rPr>
                <w:rFonts w:ascii="Calibri" w:hAnsi="Calibri"/>
                <w:color w:val="000000" w:themeColor="text1"/>
                <w:sz w:val="14"/>
              </w:rPr>
              <w:t>ok g</w:t>
            </w:r>
            <w:r>
              <w:rPr>
                <w:rFonts w:ascii="Calibri" w:hAnsi="Calibri" w:cs="Calibri"/>
                <w:color w:val="000000" w:themeColor="text1"/>
                <w:sz w:val="14"/>
              </w:rPr>
              <w:t>ü</w:t>
            </w:r>
            <w:r>
              <w:rPr>
                <w:rFonts w:ascii="Calibri" w:hAnsi="Calibri"/>
                <w:color w:val="000000" w:themeColor="text1"/>
                <w:sz w:val="14"/>
              </w:rPr>
              <w:t xml:space="preserve">zel, </w:t>
            </w:r>
            <w:r>
              <w:rPr>
                <w:rFonts w:ascii="Calibri" w:hAnsi="Calibri" w:cs="Calibri"/>
                <w:color w:val="000000" w:themeColor="text1"/>
                <w:sz w:val="14"/>
              </w:rPr>
              <w:t>ç</w:t>
            </w:r>
            <w:r>
              <w:rPr>
                <w:rFonts w:ascii="Calibri" w:hAnsi="Calibri"/>
                <w:color w:val="000000" w:themeColor="text1"/>
                <w:sz w:val="14"/>
              </w:rPr>
              <w:t>al</w:t>
            </w:r>
            <w:r>
              <w:rPr>
                <w:rFonts w:ascii="Calibri" w:hAnsi="Calibri" w:cs="Calibri"/>
                <w:color w:val="000000" w:themeColor="text1"/>
                <w:sz w:val="14"/>
              </w:rPr>
              <w:t>ış</w:t>
            </w:r>
            <w:r>
              <w:rPr>
                <w:rFonts w:ascii="Calibri" w:hAnsi="Calibri"/>
                <w:color w:val="000000" w:themeColor="text1"/>
                <w:sz w:val="14"/>
              </w:rPr>
              <w:t>!</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(Developing): Az kald</w:t>
            </w:r>
            <w:r>
              <w:rPr>
                <w:rFonts w:ascii="Calibri" w:hAnsi="Calibri" w:cs="Calibri"/>
                <w:color w:val="000000" w:themeColor="text1"/>
                <w:sz w:val="14"/>
              </w:rPr>
              <w:t>ı</w:t>
            </w:r>
            <w:r>
              <w:rPr>
                <w:rFonts w:ascii="Calibri" w:hAnsi="Calibri"/>
                <w:color w:val="000000" w:themeColor="text1"/>
                <w:sz w:val="14"/>
              </w:rPr>
              <w:t>, elinden geleni yap!</w:t>
            </w:r>
            <w:r>
              <w:rPr>
                <w:rFonts w:ascii="Calibri" w:hAnsi="Calibri"/>
                <w:color w:val="000000" w:themeColor="text1"/>
                <w:sz w:val="14"/>
              </w:rPr>
              <w:br/>
            </w:r>
            <w:r>
              <w:rPr>
                <w:rFonts w:ascii="Segoe UI Symbol" w:hAnsi="Segoe UI Symbol" w:cs="Segoe UI Symbol"/>
                <w:color w:val="000000" w:themeColor="text1"/>
                <w:sz w:val="14"/>
              </w:rPr>
              <w:t>☐</w:t>
            </w:r>
            <w:r>
              <w:rPr>
                <w:rFonts w:ascii="Calibri" w:hAnsi="Calibri"/>
                <w:color w:val="000000" w:themeColor="text1"/>
                <w:sz w:val="14"/>
              </w:rPr>
              <w:t xml:space="preserve"> </w:t>
            </w:r>
            <w:r>
              <w:rPr>
                <w:rFonts w:ascii="Segoe UI Symbol" w:hAnsi="Segoe UI Symbol" w:cs="Segoe UI Symbol"/>
                <w:color w:val="000000" w:themeColor="text1"/>
                <w:sz w:val="14"/>
              </w:rPr>
              <w:t>❢</w:t>
            </w:r>
            <w:r>
              <w:rPr>
                <w:rFonts w:ascii="Calibri" w:hAnsi="Calibri"/>
                <w:color w:val="000000" w:themeColor="text1"/>
                <w:sz w:val="14"/>
              </w:rPr>
              <w:t xml:space="preserve"> (Emerging): Biraz daha </w:t>
            </w:r>
            <w:r>
              <w:rPr>
                <w:rFonts w:ascii="Calibri" w:hAnsi="Calibri" w:cs="Calibri"/>
                <w:color w:val="000000" w:themeColor="text1"/>
                <w:sz w:val="14"/>
              </w:rPr>
              <w:t>ç</w:t>
            </w:r>
            <w:r>
              <w:rPr>
                <w:rFonts w:ascii="Calibri" w:hAnsi="Calibri"/>
                <w:color w:val="000000" w:themeColor="text1"/>
                <w:sz w:val="14"/>
              </w:rPr>
              <w:t>aba g</w:t>
            </w:r>
            <w:r>
              <w:rPr>
                <w:rFonts w:ascii="Calibri" w:hAnsi="Calibri" w:cs="Calibri"/>
                <w:color w:val="000000" w:themeColor="text1"/>
                <w:sz w:val="14"/>
              </w:rPr>
              <w:t>ö</w:t>
            </w:r>
            <w:r>
              <w:rPr>
                <w:rFonts w:ascii="Calibri" w:hAnsi="Calibri"/>
                <w:color w:val="000000" w:themeColor="text1"/>
                <w:sz w:val="14"/>
              </w:rPr>
              <w:t>stermelisin.</w:t>
            </w:r>
            <w:r>
              <w:rPr>
                <w:rFonts w:ascii="Calibri" w:hAnsi="Calibri"/>
                <w:color w:val="000000" w:themeColor="text1"/>
                <w:sz w:val="14"/>
              </w:rPr>
              <w:br/>
            </w:r>
            <w:r>
              <w:rPr>
                <w:rFonts w:ascii="Calibri" w:hAnsi="Calibri"/>
                <w:color w:val="000000" w:themeColor="text1"/>
                <w:sz w:val="14"/>
              </w:rPr>
              <w:br/>
              <w:t>Öğretmen Notu: .......................................</w:t>
            </w:r>
            <w:r>
              <w:rPr>
                <w:rFonts w:ascii="Calibri" w:hAnsi="Calibri"/>
                <w:color w:val="000000" w:themeColor="text1"/>
                <w:sz w:val="14"/>
              </w:rPr>
              <w:br/>
              <w:t>İmza / Signature: ..................................</w:t>
            </w:r>
          </w:p>
        </w:tc>
        <w:tc>
          <w:tcPr>
            <w:tcW w:w="3586" w:type="dxa"/>
            <w:tcBorders>
              <w:top w:val="single" w:sz="4" w:space="0" w:color="auto"/>
              <w:left w:val="single" w:sz="4" w:space="0" w:color="auto"/>
              <w:bottom w:val="single" w:sz="4" w:space="0" w:color="auto"/>
              <w:right w:val="single" w:sz="4" w:space="0" w:color="auto"/>
            </w:tcBorders>
            <w:tcMar>
              <w:top w:w="40" w:type="dxa"/>
              <w:left w:w="50" w:type="dxa"/>
              <w:bottom w:w="40" w:type="dxa"/>
              <w:right w:w="50" w:type="dxa"/>
            </w:tcMar>
            <w:hideMark/>
          </w:tcPr>
          <w:p w14:paraId="04AA7BB9" w14:textId="77777777" w:rsidR="006B0174" w:rsidRDefault="006B0174" w:rsidP="00781C85">
            <w:pPr>
              <w:jc w:val="center"/>
              <w:rPr>
                <w:rFonts w:ascii="Calibri" w:hAnsi="Calibri"/>
                <w:color w:val="000000" w:themeColor="text1"/>
                <w:sz w:val="14"/>
              </w:rPr>
            </w:pPr>
            <w:r>
              <w:rPr>
                <w:rFonts w:ascii="Calibri" w:hAnsi="Calibri"/>
                <w:color w:val="000000" w:themeColor="text1"/>
                <w:sz w:val="14"/>
              </w:rPr>
              <w:br/>
              <w:t>İngilizce Öğretmeni / English Teacher</w:t>
            </w:r>
          </w:p>
          <w:p w14:paraId="1B590834" w14:textId="77777777" w:rsidR="006B0174" w:rsidRDefault="006B0174" w:rsidP="00781C85">
            <w:pPr>
              <w:jc w:val="center"/>
              <w:rPr>
                <w:rFonts w:ascii="Calibri" w:hAnsi="Calibri"/>
                <w:color w:val="000000" w:themeColor="text1"/>
                <w:sz w:val="14"/>
              </w:rPr>
            </w:pPr>
          </w:p>
          <w:p w14:paraId="419C7BDF" w14:textId="77777777" w:rsidR="006B0174" w:rsidRPr="001C68C1" w:rsidRDefault="006B0174" w:rsidP="00781C85">
            <w:pPr>
              <w:jc w:val="center"/>
              <w:rPr>
                <w:color w:val="000000" w:themeColor="text1"/>
              </w:rPr>
            </w:pPr>
            <w:r>
              <w:rPr>
                <w:rFonts w:ascii="Calibri" w:hAnsi="Calibri"/>
                <w:color w:val="000000" w:themeColor="text1"/>
                <w:sz w:val="14"/>
              </w:rPr>
              <w:br/>
              <w:t>_____________________________</w:t>
            </w:r>
            <w:r>
              <w:rPr>
                <w:rFonts w:ascii="Calibri" w:hAnsi="Calibri"/>
                <w:color w:val="000000" w:themeColor="text1"/>
                <w:sz w:val="14"/>
              </w:rPr>
              <w:br/>
            </w:r>
            <w:r>
              <w:rPr>
                <w:rFonts w:ascii="Calibri" w:hAnsi="Calibri"/>
                <w:color w:val="000000" w:themeColor="text1"/>
                <w:sz w:val="14"/>
              </w:rPr>
              <w:br/>
            </w:r>
            <w:r>
              <w:rPr>
                <w:rFonts w:ascii="Calibri" w:hAnsi="Calibri"/>
                <w:color w:val="000000" w:themeColor="text1"/>
                <w:sz w:val="14"/>
              </w:rPr>
              <w:br/>
            </w:r>
          </w:p>
        </w:tc>
      </w:tr>
    </w:tbl>
    <w:p w14:paraId="2847094D" w14:textId="77777777" w:rsidR="006B0174" w:rsidRPr="001C68C1" w:rsidRDefault="006B0174" w:rsidP="006B0174">
      <w:pPr>
        <w:rPr>
          <w:color w:val="000000" w:themeColor="text1"/>
        </w:rPr>
      </w:pPr>
    </w:p>
    <w:p w14:paraId="70A9F73F" w14:textId="77777777" w:rsidR="006B0174" w:rsidRPr="003C72B7" w:rsidRDefault="006B0174">
      <w:pPr>
        <w:spacing w:after="120"/>
      </w:pPr>
    </w:p>
    <w:p w14:paraId="2FE3799D" w14:textId="08F90DBB" w:rsidR="00E64C8A" w:rsidRDefault="00A14E1E" w:rsidP="00E64C8A">
      <w:pPr>
        <w:jc w:val="center"/>
        <w:rPr>
          <w:rFonts w:ascii="Arial" w:eastAsia="MS Mincho" w:hAnsi="Arial" w:cs="Times New Roman"/>
          <w:b/>
          <w:sz w:val="20"/>
        </w:rPr>
      </w:pPr>
      <w:r>
        <w:br w:type="page"/>
      </w:r>
      <w:r>
        <w:rPr>
          <w:rFonts w:ascii="Arial" w:eastAsia="MS Mincho" w:hAnsi="Arial" w:cs="Times New Roman"/>
          <w:b/>
          <w:sz w:val="32"/>
        </w:rPr>
        <w:t>KISIM III -ENGLISH YEAR 5 SPEAKING PORTFOLIO</w:t>
      </w:r>
      <w:r>
        <w:rPr>
          <w:rFonts w:ascii="Arial" w:eastAsia="MS Mincho" w:hAnsi="Arial" w:cs="Times New Roman"/>
          <w:b/>
          <w:sz w:val="32"/>
        </w:rPr>
        <w:br/>
      </w:r>
      <w:r>
        <w:rPr>
          <w:rFonts w:ascii="Arial" w:eastAsia="MS Mincho" w:hAnsi="Arial" w:cs="Times New Roman"/>
          <w:b/>
          <w:sz w:val="20"/>
        </w:rPr>
        <w:t>ELT Methodology &amp; Process-Oriented 10-Criterion Rubric (100 Points) &amp; Score Sheet</w:t>
      </w:r>
    </w:p>
    <w:p w14:paraId="39AD5421" w14:textId="77777777" w:rsidR="00196020" w:rsidRPr="003C72B7" w:rsidRDefault="00196020" w:rsidP="00E64C8A">
      <w:pPr>
        <w:jc w:val="center"/>
        <w:rPr>
          <w:rFonts w:ascii="Arial" w:eastAsia="MS Mincho" w:hAnsi="Arial" w:cs="Times New Roman"/>
          <w:sz w:val="18"/>
        </w:rPr>
      </w:pPr>
    </w:p>
    <w:tbl>
      <w:tblPr>
        <w:tblW w:w="0" w:type="auto"/>
        <w:jc w:val="center"/>
        <w:tblLayout w:type="fixed"/>
        <w:tblLook w:val="04A0" w:firstRow="1" w:lastRow="0" w:firstColumn="1" w:lastColumn="0" w:noHBand="0" w:noVBand="1"/>
      </w:tblPr>
      <w:tblGrid>
        <w:gridCol w:w="5544"/>
        <w:gridCol w:w="5544"/>
      </w:tblGrid>
      <w:tr w:rsidR="003C72B7" w:rsidRPr="00E64C8A" w14:paraId="462903A7" w14:textId="77777777">
        <w:trPr>
          <w:jc w:val="center"/>
        </w:trPr>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hideMark/>
          </w:tcPr>
          <w:p w14:paraId="44BD51D4"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ACADEMIC YEAR / EĞİTİM YILI: 20… – 20….</w:t>
            </w:r>
          </w:p>
        </w:tc>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hideMark/>
          </w:tcPr>
          <w:p w14:paraId="2DF90B0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CURRICULUM / MÜFREDAT: Maarif Modeli (TYMM)</w:t>
            </w:r>
          </w:p>
        </w:tc>
      </w:tr>
      <w:tr w:rsidR="003C72B7" w:rsidRPr="00E64C8A" w14:paraId="0462D870" w14:textId="77777777">
        <w:trPr>
          <w:jc w:val="center"/>
        </w:trPr>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hideMark/>
          </w:tcPr>
          <w:p w14:paraId="2E7DFE07"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CLASS / SINIF: Grade 5 (5. Sınıf)</w:t>
            </w:r>
          </w:p>
        </w:tc>
        <w:tc>
          <w:tcPr>
            <w:tcW w:w="5544" w:type="dxa"/>
            <w:tcBorders>
              <w:top w:val="single" w:sz="4" w:space="0" w:color="D3D3D3"/>
              <w:left w:val="single" w:sz="4" w:space="0" w:color="D3D3D3"/>
              <w:bottom w:val="single" w:sz="4" w:space="0" w:color="D3D3D3"/>
              <w:right w:val="single" w:sz="4" w:space="0" w:color="D3D3D3"/>
            </w:tcBorders>
            <w:shd w:val="clear" w:color="auto" w:fill="F2F4F7"/>
            <w:tcMar>
              <w:top w:w="60" w:type="dxa"/>
              <w:left w:w="100" w:type="dxa"/>
              <w:bottom w:w="60" w:type="dxa"/>
              <w:right w:w="100" w:type="dxa"/>
            </w:tcMar>
            <w:hideMark/>
          </w:tcPr>
          <w:p w14:paraId="32871CA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TEACHER / ÖĞRETMEN: __________________________</w:t>
            </w:r>
          </w:p>
        </w:tc>
      </w:tr>
    </w:tbl>
    <w:p w14:paraId="5F15E2C7" w14:textId="77777777" w:rsidR="00E64C8A" w:rsidRPr="00E64C8A" w:rsidRDefault="00E64C8A" w:rsidP="00E64C8A">
      <w:pPr>
        <w:spacing w:after="40"/>
        <w:rPr>
          <w:rFonts w:ascii="Arial" w:eastAsia="MS Mincho" w:hAnsi="Arial" w:cs="Times New Roman"/>
          <w:sz w:val="18"/>
        </w:rPr>
      </w:pPr>
    </w:p>
    <w:p w14:paraId="65A9DEEE" w14:textId="77777777" w:rsidR="00E64C8A" w:rsidRPr="00E64C8A" w:rsidRDefault="00E64C8A" w:rsidP="00E64C8A">
      <w:pPr>
        <w:keepNext/>
        <w:keepLines/>
        <w:spacing w:before="120" w:after="40"/>
        <w:outlineLvl w:val="0"/>
        <w:rPr>
          <w:rFonts w:ascii="Calibri" w:eastAsia="MS Gothic" w:hAnsi="Calibri" w:cs="Times New Roman"/>
          <w:b/>
          <w:bCs/>
          <w:sz w:val="26"/>
          <w:szCs w:val="28"/>
        </w:rPr>
      </w:pPr>
      <w:r>
        <w:rPr>
          <w:rFonts w:ascii="Calibri" w:eastAsia="MS Gothic" w:hAnsi="Calibri" w:cs="Times New Roman"/>
          <w:b/>
          <w:bCs/>
          <w:sz w:val="26"/>
          <w:szCs w:val="28"/>
        </w:rPr>
        <w:t>1. Teacher's Guide: ELT Methodology &amp; Process-Oriented Philosophy</w:t>
      </w:r>
    </w:p>
    <w:p w14:paraId="40DA4D38" w14:textId="77777777" w:rsidR="00E64C8A" w:rsidRPr="00E64C8A" w:rsidRDefault="00E64C8A" w:rsidP="00E64C8A">
      <w:pPr>
        <w:spacing w:after="40"/>
        <w:rPr>
          <w:rFonts w:ascii="Arial" w:eastAsia="MS Mincho" w:hAnsi="Arial" w:cs="Times New Roman"/>
          <w:sz w:val="18"/>
        </w:rPr>
      </w:pPr>
      <w:r>
        <w:rPr>
          <w:rFonts w:ascii="Arial" w:eastAsia="MS Mincho" w:hAnsi="Arial" w:cs="Times New Roman"/>
          <w:sz w:val="18"/>
        </w:rPr>
        <w:t>In the Century of Türkiye Education Model (Maarif Modeli), language acquisition is treated as a dynamic process rather than a static product. This speaks directly to the core of speaking skills, which are inherently interactive, socially situated, and emotionally vulnerable. As outlined in international standards (IELTS, TOEFL 2026, CEFR) and modern ELT literature (Bygate, Nunan, Harmer), language instructors must transition from authoritarian evaluators to cognitive facilitators. This portfolio framework integrates these methodologies into a seamless 100-point classroom evaluation system split across 10 balanced, easily-gradable criteria (10 points each).</w:t>
      </w:r>
    </w:p>
    <w:p w14:paraId="11D12162" w14:textId="77777777" w:rsidR="00E64C8A" w:rsidRPr="00E64C8A" w:rsidRDefault="00E64C8A" w:rsidP="00E64C8A">
      <w:pPr>
        <w:spacing w:before="60" w:after="20"/>
        <w:rPr>
          <w:rFonts w:ascii="Arial" w:eastAsia="MS Mincho" w:hAnsi="Arial" w:cs="Times New Roman"/>
          <w:sz w:val="18"/>
        </w:rPr>
      </w:pPr>
      <w:r>
        <w:rPr>
          <w:rFonts w:ascii="Arial" w:eastAsia="MS Mincho" w:hAnsi="Arial" w:cs="Times New Roman"/>
          <w:b/>
          <w:sz w:val="18"/>
        </w:rPr>
        <w:t>Key Methodological Pillars / Temel Metodolojik Yapıtaşları:</w:t>
      </w:r>
    </w:p>
    <w:p w14:paraId="1EFA5D62"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Continuous Task-Based Assessment / Süreç Odaklı Değerlendirme: </w:t>
      </w:r>
      <w:r>
        <w:rPr>
          <w:rFonts w:ascii="Arial" w:eastAsia="MS Mincho" w:hAnsi="Arial" w:cs="Times New Roman"/>
          <w:sz w:val="18"/>
        </w:rPr>
        <w:t>Assessment of speaking skills must not be restricted to high-stakes, stressful exam periods. Instead, teachers should collect anecdotal evidence during classroom communicative tasks (e.g., role-plays, interviews, games). This lowers students' Affective Filter (Krashen's hypothesis), ensuring that their actual language performance reflects natural capability rather than anxiety-induced inhibition.</w:t>
      </w:r>
    </w:p>
    <w:p w14:paraId="05DD3599"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Delayed Corrective Feedback / Gecikmeli Dönüt: </w:t>
      </w:r>
      <w:r>
        <w:rPr>
          <w:rFonts w:ascii="Arial" w:eastAsia="MS Mincho" w:hAnsi="Arial" w:cs="Times New Roman"/>
          <w:sz w:val="18"/>
        </w:rPr>
        <w:t>Interrupting students to correct grammar mistakes during fluency-focused tasks crashes their speech flow and erodes self-confidence. Teachers are advised to practice Delayed Corrective Feedback. During speaking tasks, the teacher should silently take notes of common errors and conduct a collective, anonymous 'Spot-the-Error' session at the end of the class.</w:t>
      </w:r>
    </w:p>
    <w:p w14:paraId="125DDC84"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Rewarding Strategic Competence / Stratejik İletişim Becerisi: </w:t>
      </w:r>
      <w:r>
        <w:rPr>
          <w:rFonts w:ascii="Arial" w:eastAsia="MS Mincho" w:hAnsi="Arial" w:cs="Times New Roman"/>
          <w:sz w:val="18"/>
        </w:rPr>
        <w:t>TOEFL 2026 and CEFR descriptors explicitly reward students who display Strategic Competence. If a student makes a mistake but immediately recognizes it and repairs their sentence (self-correction), or uses gestures, body language, or circumlocution to convey their message, this must be celebrated as a high-level cognitive success, not penalized as a grammatical flaw in a process-oriented rubric.</w:t>
      </w:r>
    </w:p>
    <w:p w14:paraId="35E174B1"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Suprasegmental and Active Listening Integration: </w:t>
      </w:r>
      <w:r>
        <w:rPr>
          <w:rFonts w:ascii="Arial" w:eastAsia="MS Mincho" w:hAnsi="Arial" w:cs="Times New Roman"/>
          <w:sz w:val="18"/>
        </w:rPr>
        <w:t>Speaking is a bi-directional skill. The MEB syllabus explicitly targets suprasegmental features (intonation, stress) and values like active listening. This 10-criterion rubric dedicates specific weight to Pronunciation, Intonation, Active Listening, and Preparedness to foster cooperative learning and respectful peer communication.</w:t>
      </w:r>
    </w:p>
    <w:p w14:paraId="254681BE" w14:textId="77777777" w:rsidR="00E64C8A" w:rsidRPr="00E64C8A" w:rsidRDefault="00E64C8A" w:rsidP="00E64C8A">
      <w:pPr>
        <w:spacing w:after="40"/>
        <w:rPr>
          <w:rFonts w:ascii="Arial" w:eastAsia="MS Mincho" w:hAnsi="Arial" w:cs="Times New Roman"/>
          <w:sz w:val="18"/>
        </w:rPr>
      </w:pPr>
      <w:r>
        <w:rPr>
          <w:rFonts w:ascii="Times New Roman" w:eastAsia="MS Mincho" w:hAnsi="Times New Roman" w:cs="Times New Roman"/>
          <w:sz w:val="24"/>
          <w:szCs w:val="24"/>
        </w:rPr>
        <w:br w:type="page"/>
      </w:r>
    </w:p>
    <w:p w14:paraId="1CEC2EE4" w14:textId="77777777" w:rsidR="00E64C8A" w:rsidRPr="00E64C8A" w:rsidRDefault="00E64C8A" w:rsidP="00E64C8A">
      <w:pPr>
        <w:keepNext/>
        <w:keepLines/>
        <w:spacing w:before="120" w:after="40"/>
        <w:outlineLvl w:val="0"/>
        <w:rPr>
          <w:rFonts w:ascii="Calibri" w:eastAsia="MS Gothic" w:hAnsi="Calibri" w:cs="Times New Roman"/>
          <w:b/>
          <w:bCs/>
          <w:sz w:val="26"/>
          <w:szCs w:val="28"/>
        </w:rPr>
      </w:pPr>
      <w:r>
        <w:rPr>
          <w:rFonts w:ascii="Calibri" w:eastAsia="MS Gothic" w:hAnsi="Calibri" w:cs="Times New Roman"/>
          <w:b/>
          <w:bCs/>
          <w:sz w:val="26"/>
          <w:szCs w:val="28"/>
        </w:rPr>
        <w:t>2. 100-Point Process-Oriented Speaking Rubric (10 x 10)</w:t>
      </w:r>
    </w:p>
    <w:p w14:paraId="2BCFA4A4" w14:textId="77777777" w:rsidR="00E64C8A" w:rsidRPr="00E64C8A" w:rsidRDefault="00E64C8A" w:rsidP="00E64C8A">
      <w:pPr>
        <w:spacing w:after="40"/>
        <w:rPr>
          <w:rFonts w:ascii="Arial" w:eastAsia="MS Mincho" w:hAnsi="Arial" w:cs="Times New Roman"/>
          <w:sz w:val="18"/>
        </w:rPr>
      </w:pPr>
      <w:r>
        <w:rPr>
          <w:rFonts w:ascii="Arial" w:eastAsia="MS Mincho" w:hAnsi="Arial" w:cs="Times New Roman"/>
          <w:sz w:val="18"/>
        </w:rPr>
        <w:t>This analytical rubric evaluates speaking across 10 core competencies (each out of 10 points), totaling 100 points. Distributing points into 10 sections allows the teacher to quickly grade and provide highly precise feedback. Aligned with CEFR descriptors and Maarif Modeli values.</w:t>
      </w:r>
    </w:p>
    <w:tbl>
      <w:tblPr>
        <w:tblW w:w="0" w:type="auto"/>
        <w:jc w:val="center"/>
        <w:tblLayout w:type="fixed"/>
        <w:tblLook w:val="04A0" w:firstRow="1" w:lastRow="0" w:firstColumn="1" w:lastColumn="0" w:noHBand="0" w:noVBand="1"/>
      </w:tblPr>
      <w:tblGrid>
        <w:gridCol w:w="2592"/>
        <w:gridCol w:w="2124"/>
        <w:gridCol w:w="2124"/>
        <w:gridCol w:w="2124"/>
        <w:gridCol w:w="2124"/>
      </w:tblGrid>
      <w:tr w:rsidR="003C72B7" w:rsidRPr="00E64C8A" w14:paraId="1FC98589" w14:textId="77777777">
        <w:trPr>
          <w:jc w:val="center"/>
        </w:trPr>
        <w:tc>
          <w:tcPr>
            <w:tcW w:w="2592" w:type="dxa"/>
            <w:shd w:val="clear" w:color="auto" w:fill="1F4E79"/>
            <w:tcMar>
              <w:top w:w="100" w:type="dxa"/>
              <w:left w:w="80" w:type="dxa"/>
              <w:bottom w:w="100" w:type="dxa"/>
              <w:right w:w="80" w:type="dxa"/>
            </w:tcMar>
            <w:hideMark/>
          </w:tcPr>
          <w:p w14:paraId="57EBE9D0" w14:textId="77777777" w:rsidR="00E64C8A" w:rsidRPr="00196020" w:rsidRDefault="00E64C8A" w:rsidP="00E64C8A">
            <w:pPr>
              <w:spacing w:after="0"/>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7"/>
              </w:rPr>
              <w:t>Competency &amp; Points</w:t>
            </w:r>
            <w:r w:rsidRPr="00196020">
              <w:rPr>
                <w:rFonts w:ascii="Arial" w:eastAsia="MS Mincho" w:hAnsi="Arial" w:cs="Times New Roman"/>
                <w:b/>
                <w:color w:val="FFFFFF" w:themeColor="background1"/>
                <w:sz w:val="17"/>
              </w:rPr>
              <w:br/>
              <w:t>(Değerlendirme Alanı)</w:t>
            </w:r>
          </w:p>
        </w:tc>
        <w:tc>
          <w:tcPr>
            <w:tcW w:w="2124" w:type="dxa"/>
            <w:shd w:val="clear" w:color="auto" w:fill="1F4E79"/>
            <w:tcMar>
              <w:top w:w="100" w:type="dxa"/>
              <w:left w:w="80" w:type="dxa"/>
              <w:bottom w:w="100" w:type="dxa"/>
              <w:right w:w="80" w:type="dxa"/>
            </w:tcMar>
            <w:hideMark/>
          </w:tcPr>
          <w:p w14:paraId="1075C049" w14:textId="77777777" w:rsidR="00E64C8A" w:rsidRPr="00196020" w:rsidRDefault="00E64C8A" w:rsidP="00E64C8A">
            <w:pPr>
              <w:spacing w:after="0"/>
              <w:jc w:val="center"/>
              <w:rPr>
                <w:rFonts w:ascii="Arial" w:eastAsia="MS Mincho" w:hAnsi="Arial" w:cs="Times New Roman"/>
                <w:color w:val="FFFFFF" w:themeColor="background1"/>
                <w:sz w:val="18"/>
              </w:rPr>
            </w:pPr>
            <w:r w:rsidRPr="00196020">
              <w:rPr>
                <w:rFonts w:ascii="Segoe UI Emoji" w:eastAsia="MS Mincho" w:hAnsi="Segoe UI Emoji" w:cs="Segoe UI Emoji"/>
                <w:b/>
                <w:color w:val="FFFFFF" w:themeColor="background1"/>
                <w:sz w:val="17"/>
              </w:rPr>
              <w:t>⭐</w:t>
            </w:r>
            <w:r w:rsidRPr="00196020">
              <w:rPr>
                <w:rFonts w:ascii="Arial" w:eastAsia="MS Mincho" w:hAnsi="Arial" w:cs="Times New Roman"/>
                <w:b/>
                <w:color w:val="FFFFFF" w:themeColor="background1"/>
                <w:sz w:val="17"/>
              </w:rPr>
              <w:t xml:space="preserve"> Excellent (9-10 Pts)</w:t>
            </w:r>
            <w:r w:rsidRPr="00196020">
              <w:rPr>
                <w:rFonts w:ascii="Arial" w:eastAsia="MS Mincho" w:hAnsi="Arial" w:cs="Times New Roman"/>
                <w:b/>
                <w:color w:val="FFFFFF" w:themeColor="background1"/>
                <w:sz w:val="17"/>
              </w:rPr>
              <w:br/>
              <w:t>(Mükemmel)</w:t>
            </w:r>
          </w:p>
        </w:tc>
        <w:tc>
          <w:tcPr>
            <w:tcW w:w="2124" w:type="dxa"/>
            <w:shd w:val="clear" w:color="auto" w:fill="1F4E79"/>
            <w:tcMar>
              <w:top w:w="100" w:type="dxa"/>
              <w:left w:w="80" w:type="dxa"/>
              <w:bottom w:w="100" w:type="dxa"/>
              <w:right w:w="80" w:type="dxa"/>
            </w:tcMar>
            <w:hideMark/>
          </w:tcPr>
          <w:p w14:paraId="105E5D54" w14:textId="77777777" w:rsidR="00E64C8A" w:rsidRPr="00196020" w:rsidRDefault="00E64C8A" w:rsidP="00E64C8A">
            <w:pPr>
              <w:spacing w:after="0"/>
              <w:jc w:val="center"/>
              <w:rPr>
                <w:rFonts w:ascii="Arial" w:eastAsia="MS Mincho" w:hAnsi="Arial" w:cs="Times New Roman"/>
                <w:color w:val="FFFFFF" w:themeColor="background1"/>
                <w:sz w:val="18"/>
              </w:rPr>
            </w:pPr>
            <w:r w:rsidRPr="00196020">
              <w:rPr>
                <w:rFonts w:ascii="Segoe UI Emoji" w:eastAsia="MS Mincho" w:hAnsi="Segoe UI Emoji" w:cs="Segoe UI Emoji"/>
                <w:b/>
                <w:color w:val="FFFFFF" w:themeColor="background1"/>
                <w:sz w:val="17"/>
              </w:rPr>
              <w:t>✔️</w:t>
            </w:r>
            <w:r w:rsidRPr="00196020">
              <w:rPr>
                <w:rFonts w:ascii="Arial" w:eastAsia="MS Mincho" w:hAnsi="Arial" w:cs="Times New Roman"/>
                <w:b/>
                <w:color w:val="FFFFFF" w:themeColor="background1"/>
                <w:sz w:val="17"/>
              </w:rPr>
              <w:t xml:space="preserve"> Good (7-8 Pts)</w:t>
            </w:r>
            <w:r w:rsidRPr="00196020">
              <w:rPr>
                <w:rFonts w:ascii="Arial" w:eastAsia="MS Mincho" w:hAnsi="Arial" w:cs="Times New Roman"/>
                <w:b/>
                <w:color w:val="FFFFFF" w:themeColor="background1"/>
                <w:sz w:val="17"/>
              </w:rPr>
              <w:br/>
              <w:t>(İyi)</w:t>
            </w:r>
          </w:p>
        </w:tc>
        <w:tc>
          <w:tcPr>
            <w:tcW w:w="2124" w:type="dxa"/>
            <w:shd w:val="clear" w:color="auto" w:fill="1F4E79"/>
            <w:tcMar>
              <w:top w:w="100" w:type="dxa"/>
              <w:left w:w="80" w:type="dxa"/>
              <w:bottom w:w="100" w:type="dxa"/>
              <w:right w:w="80" w:type="dxa"/>
            </w:tcMar>
            <w:hideMark/>
          </w:tcPr>
          <w:p w14:paraId="0F2F2AD2" w14:textId="77777777" w:rsidR="00E64C8A" w:rsidRPr="00196020" w:rsidRDefault="00E64C8A" w:rsidP="00E64C8A">
            <w:pPr>
              <w:spacing w:after="0"/>
              <w:jc w:val="center"/>
              <w:rPr>
                <w:rFonts w:ascii="Arial" w:eastAsia="MS Mincho" w:hAnsi="Arial" w:cs="Times New Roman"/>
                <w:color w:val="FFFFFF" w:themeColor="background1"/>
                <w:sz w:val="18"/>
              </w:rPr>
            </w:pPr>
            <w:r w:rsidRPr="00196020">
              <w:rPr>
                <w:rFonts w:ascii="Segoe UI Emoji" w:eastAsia="MS Mincho" w:hAnsi="Segoe UI Emoji" w:cs="Segoe UI Emoji"/>
                <w:b/>
                <w:color w:val="FFFFFF" w:themeColor="background1"/>
                <w:sz w:val="17"/>
              </w:rPr>
              <w:t>➕</w:t>
            </w:r>
            <w:r w:rsidRPr="00196020">
              <w:rPr>
                <w:rFonts w:ascii="Arial" w:eastAsia="MS Mincho" w:hAnsi="Arial" w:cs="Times New Roman"/>
                <w:b/>
                <w:color w:val="FFFFFF" w:themeColor="background1"/>
                <w:sz w:val="17"/>
              </w:rPr>
              <w:t xml:space="preserve"> Satisfactory (5-6 Pts)</w:t>
            </w:r>
            <w:r w:rsidRPr="00196020">
              <w:rPr>
                <w:rFonts w:ascii="Arial" w:eastAsia="MS Mincho" w:hAnsi="Arial" w:cs="Times New Roman"/>
                <w:b/>
                <w:color w:val="FFFFFF" w:themeColor="background1"/>
                <w:sz w:val="17"/>
              </w:rPr>
              <w:br/>
              <w:t>(Orta)</w:t>
            </w:r>
          </w:p>
        </w:tc>
        <w:tc>
          <w:tcPr>
            <w:tcW w:w="2124" w:type="dxa"/>
            <w:shd w:val="clear" w:color="auto" w:fill="1F4E79"/>
            <w:tcMar>
              <w:top w:w="100" w:type="dxa"/>
              <w:left w:w="80" w:type="dxa"/>
              <w:bottom w:w="100" w:type="dxa"/>
              <w:right w:w="80" w:type="dxa"/>
            </w:tcMar>
            <w:hideMark/>
          </w:tcPr>
          <w:p w14:paraId="1F8A82D2" w14:textId="77777777" w:rsidR="00E64C8A" w:rsidRPr="00196020" w:rsidRDefault="00E64C8A" w:rsidP="00E64C8A">
            <w:pPr>
              <w:spacing w:after="0"/>
              <w:jc w:val="center"/>
              <w:rPr>
                <w:rFonts w:ascii="Arial" w:eastAsia="MS Mincho" w:hAnsi="Arial" w:cs="Times New Roman"/>
                <w:color w:val="FFFFFF" w:themeColor="background1"/>
                <w:sz w:val="18"/>
              </w:rPr>
            </w:pPr>
            <w:r w:rsidRPr="00196020">
              <w:rPr>
                <w:rFonts w:ascii="Segoe UI Emoji" w:eastAsia="MS Mincho" w:hAnsi="Segoe UI Emoji" w:cs="Segoe UI Emoji"/>
                <w:b/>
                <w:color w:val="FFFFFF" w:themeColor="background1"/>
                <w:sz w:val="17"/>
              </w:rPr>
              <w:t>❗</w:t>
            </w:r>
            <w:r w:rsidRPr="00196020">
              <w:rPr>
                <w:rFonts w:ascii="Arial" w:eastAsia="MS Mincho" w:hAnsi="Arial" w:cs="Times New Roman"/>
                <w:b/>
                <w:color w:val="FFFFFF" w:themeColor="background1"/>
                <w:sz w:val="17"/>
              </w:rPr>
              <w:t xml:space="preserve"> Needs Imp. (1-4 Pts)</w:t>
            </w:r>
            <w:r w:rsidRPr="00196020">
              <w:rPr>
                <w:rFonts w:ascii="Arial" w:eastAsia="MS Mincho" w:hAnsi="Arial" w:cs="Times New Roman"/>
                <w:b/>
                <w:color w:val="FFFFFF" w:themeColor="background1"/>
                <w:sz w:val="17"/>
              </w:rPr>
              <w:br/>
              <w:t>(Geliştirilmeli)</w:t>
            </w:r>
          </w:p>
        </w:tc>
      </w:tr>
      <w:tr w:rsidR="003C72B7" w:rsidRPr="00E64C8A" w14:paraId="525F79E0"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1114AB0B"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1. Task Completion</w:t>
            </w:r>
            <w:r>
              <w:rPr>
                <w:rFonts w:ascii="Arial" w:eastAsia="MS Mincho" w:hAnsi="Arial" w:cs="Times New Roman"/>
                <w:b/>
                <w:sz w:val="15"/>
              </w:rPr>
              <w:br/>
              <w:t>(Görev Tamamlama)</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60F28967"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Fully completes the theme-based task with high relevance. Uses context-appropriate content smoothly.</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538E2E6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Completes most of the task requirements. Minor gaps in relevance or elaboration but content is solid.</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1096F42C"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Completes the task partially. Struggles to elaborate, content is very limited or partially off-topic.</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0A21EBCB"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Fails to complete the task. Response is extremely short, unrelated, or copied directly from books.</w:t>
            </w:r>
          </w:p>
        </w:tc>
      </w:tr>
      <w:tr w:rsidR="003C72B7" w:rsidRPr="00E64C8A" w14:paraId="6A9E39D8"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33D369E1"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2. Topic Vocabulary</w:t>
            </w:r>
            <w:r>
              <w:rPr>
                <w:rFonts w:ascii="Arial" w:eastAsia="MS Mincho" w:hAnsi="Arial" w:cs="Times New Roman"/>
                <w:b/>
                <w:sz w:val="15"/>
              </w:rPr>
              <w:br/>
              <w:t>(Kelime Bilgisi)</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5091BEF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Accurately uses target thematic vocabulary of the unit in correct context. High lexical resource.</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02580EF5"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Uses a good range of vocabulary. Makes some minor word choice errors, but meaning is always clear.</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07427ED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Limited vocabulary range. Frequent wrong word choices; meaning is occasionally obscured.</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1D088335"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Severe lack of words. Constant cries for L1 translation. Speech is mostly incomprehensible due to vocabulary gaps.</w:t>
            </w:r>
          </w:p>
        </w:tc>
      </w:tr>
      <w:tr w:rsidR="003C72B7" w:rsidRPr="00E64C8A" w14:paraId="0348CE4F"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531E0DDD"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3. Grammaring Chunks</w:t>
            </w:r>
            <w:r>
              <w:rPr>
                <w:rFonts w:ascii="Arial" w:eastAsia="MS Mincho" w:hAnsi="Arial" w:cs="Times New Roman"/>
                <w:b/>
                <w:sz w:val="15"/>
              </w:rPr>
              <w:br/>
              <w:t>(Dilbilgisel Yapılar)</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4306B924"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Successfully uses target grammatical formulas (e.g., must/can't, comparatives, be going to) to convey meaning.</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73F97C75"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Uses grammatical structures with good control. Makes minor errors that do not obscure the communicative meaning.</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4528814D"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Struggles with grammatical control. Frequent structural errors; sentences are disjointed and meaning is obscured.</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3DF536EC"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Grammar is disorganized; speech is completely incomprehensible. No control over basic sentence patterns.</w:t>
            </w:r>
          </w:p>
        </w:tc>
      </w:tr>
      <w:tr w:rsidR="003C72B7" w:rsidRPr="00E64C8A" w14:paraId="168092BE"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1B1F669F"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4. Fluency &amp; Flow</w:t>
            </w:r>
            <w:r>
              <w:rPr>
                <w:rFonts w:ascii="Arial" w:eastAsia="MS Mincho" w:hAnsi="Arial" w:cs="Times New Roman"/>
                <w:b/>
                <w:sz w:val="15"/>
              </w:rPr>
              <w:br/>
              <w:t>(Akıcılık ve Akış)</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1EB0A4E7"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Speaks fluently with natural, natural hesitation to find ideas. Smooth, cohesive flow of thoughts.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79B2F2CD"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Mostly fluent speech. Occasional unnatural pauses to retrieve grammar or words, but maintains flow.</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6119AE3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Speaks in disjointed, isolated words or extremely short phrases. Hesitations severely impact flow.</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313D44AE"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Long, painful silences. Completely unable to sustain a simple response flow. No connected speech.</w:t>
            </w:r>
          </w:p>
        </w:tc>
      </w:tr>
      <w:tr w:rsidR="003C72B7" w:rsidRPr="00E64C8A" w14:paraId="1482F504"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5D8A3A1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5. Interaction</w:t>
            </w:r>
            <w:r>
              <w:rPr>
                <w:rFonts w:ascii="Arial" w:eastAsia="MS Mincho" w:hAnsi="Arial" w:cs="Times New Roman"/>
                <w:b/>
                <w:sz w:val="15"/>
              </w:rPr>
              <w:br/>
              <w:t>(Etkileşim / Sıra Alma)</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1AE397F7"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Successfully initiates, responds to, and maintains peer dialogues. Manages turn-taking naturally.</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2849B221"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Responds adequately to questions and prompts. Maintains interaction with minor support.</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2E4355D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Struggles to interact or keep up with dialogue. Requires constant prompting and teacher intervention.</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6840AEE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Does not respond to prompts. Completely fails to participate in peer interaction or dialogues.</w:t>
            </w:r>
          </w:p>
        </w:tc>
      </w:tr>
      <w:tr w:rsidR="003C72B7" w:rsidRPr="00E64C8A" w14:paraId="73AE9B8A"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7EFE622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6. Pronunciation Accuracy</w:t>
            </w:r>
            <w:r>
              <w:rPr>
                <w:rFonts w:ascii="Arial" w:eastAsia="MS Mincho" w:hAnsi="Arial" w:cs="Times New Roman"/>
                <w:b/>
                <w:sz w:val="15"/>
              </w:rPr>
              <w:br/>
              <w:t>(Sesletim / Telaffuz)</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0008923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Clear and natural pronunciation of individual sounds (phonemes). Target segmental sounds are highly accurate.</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63DE213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Clear and comprehensible pronunciation. Minor mispronunciations present, but native accent does not hinder understanding.</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5BAD47FF"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Frequent pronunciation mistakes. Mispronounces core target words, making it difficult to understand several phrases.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21AFE345"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Constant misarticulation of basic phonemes makes it impossible to understand the words.</w:t>
            </w:r>
          </w:p>
        </w:tc>
      </w:tr>
      <w:tr w:rsidR="003C72B7" w:rsidRPr="00E64C8A" w14:paraId="2E16EBC9"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0C91F64C"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7. Intonation &amp; Stress</w:t>
            </w:r>
            <w:r>
              <w:rPr>
                <w:rFonts w:ascii="Arial" w:eastAsia="MS Mincho" w:hAnsi="Arial" w:cs="Times New Roman"/>
                <w:b/>
                <w:sz w:val="15"/>
              </w:rPr>
              <w:br/>
              <w:t>(Tonlama ve Vurgu)</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56A26A25"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Exhibits natural suprasegmental features. Accurately applies rising and falling intonations as targeted in themes.</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2FCEF18C"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Applies basic sentence stress and intonation rules. Some monotone delivery but generally expressive.</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3115551D"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Frequent intonation errors. Fails to apply rising/falling patterns in statements or questions, causing a flat delivery.</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1A6EF76E"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No grasp of stress, rhythm, or intonation. Entirely monotone or severely distorted prosody.</w:t>
            </w:r>
          </w:p>
        </w:tc>
      </w:tr>
      <w:tr w:rsidR="003C72B7" w:rsidRPr="00E64C8A" w14:paraId="7E306FF6"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40605A0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8. Strategic Competence</w:t>
            </w:r>
            <w:r>
              <w:rPr>
                <w:rFonts w:ascii="Arial" w:eastAsia="MS Mincho" w:hAnsi="Arial" w:cs="Times New Roman"/>
                <w:b/>
                <w:sz w:val="15"/>
              </w:rPr>
              <w:br/>
              <w:t>(Stratejik Beceriler)</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4B6AC0D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Displays high strategic skills: notices errors and practices self-correction; uses gestures or paraphrasing smoothly.</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5974F370"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Attempts self-correction and uses basic repair strategies when prompted or when experiencing communication gaps.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76ABE8C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Rarely attempts self-correction. Easily gives up on communication; struggles to bypass language gaps.</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3C0DF302"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Shows no strategic competence. Gives up immediately on encountering any difficulty or remains completely silent.</w:t>
            </w:r>
          </w:p>
        </w:tc>
      </w:tr>
      <w:tr w:rsidR="003C72B7" w:rsidRPr="00E64C8A" w14:paraId="3FC23F16"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23442136"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9. Active Listening</w:t>
            </w:r>
            <w:r>
              <w:rPr>
                <w:rFonts w:ascii="Arial" w:eastAsia="MS Mincho" w:hAnsi="Arial" w:cs="Times New Roman"/>
                <w:b/>
                <w:sz w:val="15"/>
              </w:rPr>
              <w:br/>
              <w:t>(Aktif Dinleme &amp; İş Birliği)</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07BADD60"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Actively listens to peers during tasks. Shows high empathy, cooperates, and provides constructive peer feedback.</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26CB6DAA"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Shows respect to speaking peers. Cooperates well in pair/group tasks and contributes to the teamwork.</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653AD8AA"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Sometimes passive or distracted. Limited cooperation in group/pair tasks; rarely shows interest in peer speech.</w:t>
            </w:r>
          </w:p>
        </w:tc>
        <w:tc>
          <w:tcPr>
            <w:tcW w:w="2124" w:type="dxa"/>
            <w:tcBorders>
              <w:top w:val="single" w:sz="2" w:space="0" w:color="E5E7EB"/>
              <w:left w:val="single" w:sz="2" w:space="0" w:color="E5E7EB"/>
              <w:bottom w:val="single" w:sz="2" w:space="0" w:color="E5E7EB"/>
              <w:right w:val="single" w:sz="2" w:space="0" w:color="E5E7EB"/>
            </w:tcBorders>
            <w:shd w:val="clear" w:color="auto" w:fill="FFFFFF"/>
            <w:tcMar>
              <w:top w:w="40" w:type="dxa"/>
              <w:left w:w="60" w:type="dxa"/>
              <w:bottom w:w="40" w:type="dxa"/>
              <w:right w:w="60" w:type="dxa"/>
            </w:tcMar>
            <w:hideMark/>
          </w:tcPr>
          <w:p w14:paraId="1D96DDA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Shows absolute lack of respect or interest. Refuses to listen, interact, or collaborate in communicative tasks.</w:t>
            </w:r>
          </w:p>
        </w:tc>
      </w:tr>
      <w:tr w:rsidR="003C72B7" w:rsidRPr="00E64C8A" w14:paraId="4764E26D" w14:textId="77777777">
        <w:trPr>
          <w:jc w:val="center"/>
        </w:trPr>
        <w:tc>
          <w:tcPr>
            <w:tcW w:w="2592"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19FB0CA8"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5"/>
              </w:rPr>
              <w:t>10. Responsibility</w:t>
            </w:r>
            <w:r>
              <w:rPr>
                <w:rFonts w:ascii="Arial" w:eastAsia="MS Mincho" w:hAnsi="Arial" w:cs="Times New Roman"/>
                <w:b/>
                <w:sz w:val="15"/>
              </w:rPr>
              <w:br/>
              <w:t>(Hazırlık ve Sorumluluk)</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4F213E74"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Always prepared for the task. Brings all required materials (drawings, posters, cut-outs) and displays high effort.</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4965D589"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Prepared for the task. Shows good overall effort and has completed most of the preparatory steps on time.</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62BDCA19"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Partially prepared. Lacks some materials or did not complete preparations, limiting their contribution to the task.</w:t>
            </w:r>
          </w:p>
        </w:tc>
        <w:tc>
          <w:tcPr>
            <w:tcW w:w="2124" w:type="dxa"/>
            <w:tcBorders>
              <w:top w:val="single" w:sz="2" w:space="0" w:color="E5E7EB"/>
              <w:left w:val="single" w:sz="2" w:space="0" w:color="E5E7EB"/>
              <w:bottom w:val="single" w:sz="2" w:space="0" w:color="E5E7EB"/>
              <w:right w:val="single" w:sz="2" w:space="0" w:color="E5E7EB"/>
            </w:tcBorders>
            <w:shd w:val="clear" w:color="auto" w:fill="F9FAFB"/>
            <w:tcMar>
              <w:top w:w="40" w:type="dxa"/>
              <w:left w:w="60" w:type="dxa"/>
              <w:bottom w:w="40" w:type="dxa"/>
              <w:right w:w="60" w:type="dxa"/>
            </w:tcMar>
            <w:hideMark/>
          </w:tcPr>
          <w:p w14:paraId="25FF1F6A"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sz w:val="15"/>
              </w:rPr>
              <w:t>Completely unprepared. Displays no effort or responsibility. No materials brought to class.</w:t>
            </w:r>
          </w:p>
        </w:tc>
      </w:tr>
    </w:tbl>
    <w:p w14:paraId="044F3CED" w14:textId="77777777" w:rsidR="00E64C8A" w:rsidRPr="00E64C8A" w:rsidRDefault="00E64C8A" w:rsidP="00E64C8A">
      <w:pPr>
        <w:spacing w:after="40"/>
        <w:rPr>
          <w:rFonts w:ascii="Arial" w:eastAsia="MS Mincho" w:hAnsi="Arial" w:cs="Times New Roman"/>
          <w:sz w:val="18"/>
        </w:rPr>
      </w:pPr>
      <w:r>
        <w:rPr>
          <w:rFonts w:ascii="Times New Roman" w:eastAsia="MS Mincho" w:hAnsi="Times New Roman" w:cs="Times New Roman"/>
          <w:sz w:val="24"/>
          <w:szCs w:val="24"/>
        </w:rPr>
        <w:br w:type="page"/>
      </w:r>
    </w:p>
    <w:p w14:paraId="6EE114F4" w14:textId="77777777" w:rsidR="00E64C8A" w:rsidRPr="00E64C8A" w:rsidRDefault="00E64C8A" w:rsidP="00E64C8A">
      <w:pPr>
        <w:keepNext/>
        <w:keepLines/>
        <w:spacing w:before="120" w:after="40"/>
        <w:outlineLvl w:val="0"/>
        <w:rPr>
          <w:rFonts w:ascii="Calibri" w:eastAsia="MS Gothic" w:hAnsi="Calibri" w:cs="Times New Roman"/>
          <w:b/>
          <w:bCs/>
          <w:sz w:val="26"/>
          <w:szCs w:val="28"/>
        </w:rPr>
      </w:pPr>
      <w:r>
        <w:rPr>
          <w:rFonts w:ascii="Calibri" w:eastAsia="MS Gothic" w:hAnsi="Calibri" w:cs="Times New Roman"/>
          <w:b/>
          <w:bCs/>
          <w:sz w:val="26"/>
          <w:szCs w:val="28"/>
        </w:rPr>
        <w:t>3. Speaking Assessment Score Sheet (Classroom Log)</w:t>
      </w:r>
    </w:p>
    <w:p w14:paraId="4BEDD212" w14:textId="77777777" w:rsidR="00E64C8A" w:rsidRPr="00E64C8A" w:rsidRDefault="00E64C8A" w:rsidP="00E64C8A">
      <w:pPr>
        <w:spacing w:after="20"/>
        <w:rPr>
          <w:rFonts w:ascii="Arial" w:eastAsia="MS Mincho" w:hAnsi="Arial" w:cs="Times New Roman"/>
          <w:sz w:val="18"/>
        </w:rPr>
      </w:pPr>
      <w:r>
        <w:rPr>
          <w:rFonts w:ascii="Arial" w:eastAsia="MS Mincho" w:hAnsi="Arial" w:cs="Times New Roman"/>
          <w:sz w:val="18"/>
        </w:rPr>
        <w:t>Teachers can use this horizontal log to record continuous speaking assessments during class tasks. For each student, enter raw scores for the 10 competencies (C1 to C10, each out of 10 points).</w:t>
      </w:r>
    </w:p>
    <w:tbl>
      <w:tblPr>
        <w:tblW w:w="0" w:type="auto"/>
        <w:jc w:val="center"/>
        <w:tblLayout w:type="fixed"/>
        <w:tblLook w:val="04A0" w:firstRow="1" w:lastRow="0" w:firstColumn="1" w:lastColumn="0" w:noHBand="0" w:noVBand="1"/>
      </w:tblPr>
      <w:tblGrid>
        <w:gridCol w:w="4752"/>
        <w:gridCol w:w="3168"/>
        <w:gridCol w:w="3168"/>
      </w:tblGrid>
      <w:tr w:rsidR="003C72B7" w:rsidRPr="00E64C8A" w14:paraId="26813A8A" w14:textId="77777777">
        <w:trPr>
          <w:jc w:val="center"/>
        </w:trPr>
        <w:tc>
          <w:tcPr>
            <w:tcW w:w="4752" w:type="dxa"/>
            <w:tcMar>
              <w:top w:w="10" w:type="dxa"/>
              <w:left w:w="40" w:type="dxa"/>
              <w:bottom w:w="10" w:type="dxa"/>
              <w:right w:w="40" w:type="dxa"/>
            </w:tcMar>
            <w:hideMark/>
          </w:tcPr>
          <w:p w14:paraId="7DA0D912"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THEME / TEMA: ________________________</w:t>
            </w:r>
          </w:p>
        </w:tc>
        <w:tc>
          <w:tcPr>
            <w:tcW w:w="3168" w:type="dxa"/>
            <w:tcMar>
              <w:top w:w="10" w:type="dxa"/>
              <w:left w:w="40" w:type="dxa"/>
              <w:bottom w:w="10" w:type="dxa"/>
              <w:right w:w="40" w:type="dxa"/>
            </w:tcMar>
            <w:hideMark/>
          </w:tcPr>
          <w:p w14:paraId="1EB49442"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CLASS / SINIF: _________</w:t>
            </w:r>
          </w:p>
        </w:tc>
        <w:tc>
          <w:tcPr>
            <w:tcW w:w="3168" w:type="dxa"/>
            <w:tcMar>
              <w:top w:w="10" w:type="dxa"/>
              <w:left w:w="40" w:type="dxa"/>
              <w:bottom w:w="10" w:type="dxa"/>
              <w:right w:w="40" w:type="dxa"/>
            </w:tcMar>
            <w:hideMark/>
          </w:tcPr>
          <w:p w14:paraId="10A86040" w14:textId="77777777" w:rsidR="00E64C8A" w:rsidRPr="00E64C8A" w:rsidRDefault="00E64C8A" w:rsidP="00E64C8A">
            <w:pPr>
              <w:spacing w:after="0"/>
              <w:rPr>
                <w:rFonts w:ascii="Arial" w:eastAsia="MS Mincho" w:hAnsi="Arial" w:cs="Times New Roman"/>
                <w:sz w:val="18"/>
              </w:rPr>
            </w:pPr>
            <w:r>
              <w:rPr>
                <w:rFonts w:ascii="Arial" w:eastAsia="MS Mincho" w:hAnsi="Arial" w:cs="Times New Roman"/>
                <w:b/>
                <w:sz w:val="17"/>
              </w:rPr>
              <w:t>DATE / TARİH: _________</w:t>
            </w:r>
          </w:p>
        </w:tc>
      </w:tr>
    </w:tbl>
    <w:p w14:paraId="46AF77F4" w14:textId="77777777" w:rsidR="00E64C8A" w:rsidRPr="00E64C8A" w:rsidRDefault="00E64C8A" w:rsidP="00E64C8A">
      <w:pPr>
        <w:spacing w:after="0"/>
        <w:rPr>
          <w:rFonts w:ascii="Arial" w:eastAsia="MS Mincho" w:hAnsi="Arial" w:cs="Times New Roman"/>
          <w:sz w:val="18"/>
        </w:rPr>
      </w:pPr>
    </w:p>
    <w:tbl>
      <w:tblPr>
        <w:tblW w:w="0" w:type="auto"/>
        <w:jc w:val="center"/>
        <w:tblLayout w:type="fixed"/>
        <w:tblLook w:val="04A0" w:firstRow="1" w:lastRow="0" w:firstColumn="1" w:lastColumn="0" w:noHBand="0" w:noVBand="1"/>
      </w:tblPr>
      <w:tblGrid>
        <w:gridCol w:w="432"/>
        <w:gridCol w:w="2736"/>
        <w:gridCol w:w="547"/>
        <w:gridCol w:w="547"/>
        <w:gridCol w:w="547"/>
        <w:gridCol w:w="547"/>
        <w:gridCol w:w="547"/>
        <w:gridCol w:w="547"/>
        <w:gridCol w:w="547"/>
        <w:gridCol w:w="547"/>
        <w:gridCol w:w="547"/>
        <w:gridCol w:w="547"/>
        <w:gridCol w:w="720"/>
        <w:gridCol w:w="1728"/>
      </w:tblGrid>
      <w:tr w:rsidR="003C72B7" w:rsidRPr="00E64C8A" w14:paraId="45EA5B9B" w14:textId="77777777">
        <w:trPr>
          <w:trHeight w:val="220"/>
          <w:jc w:val="center"/>
        </w:trPr>
        <w:tc>
          <w:tcPr>
            <w:tcW w:w="432"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5499B1D8"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No</w:t>
            </w:r>
          </w:p>
        </w:tc>
        <w:tc>
          <w:tcPr>
            <w:tcW w:w="2736"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27487C05"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Student Name &amp; Surname / Adı Soyadı</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22CA8969"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C1</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4F064075"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C2</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3DE3B500"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C3</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63A39B70"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C4</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168EFABF"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C5</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063629D0"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C6</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66EEBB6B"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C7</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6F98F42D"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C8</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59DC494C"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C9</w:t>
            </w:r>
          </w:p>
        </w:tc>
        <w:tc>
          <w:tcPr>
            <w:tcW w:w="547"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72F4D8A0"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C10</w:t>
            </w:r>
          </w:p>
        </w:tc>
        <w:tc>
          <w:tcPr>
            <w:tcW w:w="720"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3627612B"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Total</w:t>
            </w:r>
            <w:r w:rsidRPr="00196020">
              <w:rPr>
                <w:rFonts w:ascii="Arial" w:eastAsia="MS Mincho" w:hAnsi="Arial" w:cs="Times New Roman"/>
                <w:b/>
                <w:color w:val="FFFFFF" w:themeColor="background1"/>
                <w:sz w:val="13"/>
              </w:rPr>
              <w:br/>
              <w:t>(100)</w:t>
            </w:r>
          </w:p>
        </w:tc>
        <w:tc>
          <w:tcPr>
            <w:tcW w:w="1728" w:type="dxa"/>
            <w:tcBorders>
              <w:top w:val="single" w:sz="2" w:space="0" w:color="1F4E79"/>
              <w:left w:val="single" w:sz="2" w:space="0" w:color="1F4E79"/>
              <w:bottom w:val="single" w:sz="4" w:space="0" w:color="1F4E79"/>
              <w:right w:val="single" w:sz="2" w:space="0" w:color="1F4E79"/>
            </w:tcBorders>
            <w:shd w:val="clear" w:color="auto" w:fill="1F4E79"/>
            <w:tcMar>
              <w:top w:w="10" w:type="dxa"/>
              <w:left w:w="20" w:type="dxa"/>
              <w:bottom w:w="10" w:type="dxa"/>
              <w:right w:w="20" w:type="dxa"/>
            </w:tcMar>
            <w:hideMark/>
          </w:tcPr>
          <w:p w14:paraId="1FC78FF5" w14:textId="77777777" w:rsidR="00E64C8A" w:rsidRPr="00196020" w:rsidRDefault="00E64C8A" w:rsidP="00E64C8A">
            <w:pPr>
              <w:spacing w:after="0" w:line="240" w:lineRule="auto"/>
              <w:jc w:val="center"/>
              <w:rPr>
                <w:rFonts w:ascii="Arial" w:eastAsia="MS Mincho" w:hAnsi="Arial" w:cs="Times New Roman"/>
                <w:color w:val="FFFFFF" w:themeColor="background1"/>
                <w:sz w:val="18"/>
              </w:rPr>
            </w:pPr>
            <w:r w:rsidRPr="00196020">
              <w:rPr>
                <w:rFonts w:ascii="Arial" w:eastAsia="MS Mincho" w:hAnsi="Arial" w:cs="Times New Roman"/>
                <w:b/>
                <w:color w:val="FFFFFF" w:themeColor="background1"/>
                <w:sz w:val="13"/>
              </w:rPr>
              <w:t>Observations / Notes</w:t>
            </w:r>
          </w:p>
        </w:tc>
      </w:tr>
      <w:tr w:rsidR="003C72B7" w:rsidRPr="00E64C8A" w14:paraId="6720A058" w14:textId="77777777">
        <w:trPr>
          <w:trHeight w:val="220"/>
          <w:jc w:val="center"/>
        </w:trPr>
        <w:tc>
          <w:tcPr>
            <w:tcW w:w="432"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4AC92C9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1</w:t>
            </w:r>
          </w:p>
        </w:tc>
        <w:tc>
          <w:tcPr>
            <w:tcW w:w="2736"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22C06A2F" w14:textId="77777777" w:rsidR="00E64C8A" w:rsidRPr="00E64C8A" w:rsidRDefault="00E64C8A" w:rsidP="00E64C8A">
            <w:pPr>
              <w:spacing w:after="0" w:line="240" w:lineRule="auto"/>
              <w:rPr>
                <w:rFonts w:ascii="Arial" w:eastAsia="MS Mincho" w:hAnsi="Arial" w:cs="Times New Roman"/>
                <w:sz w:val="18"/>
              </w:rPr>
            </w:pPr>
            <w:r>
              <w:rPr>
                <w:rFonts w:ascii="Arial" w:eastAsia="MS Mincho" w:hAnsi="Arial" w:cs="Times New Roman"/>
                <w:i/>
                <w:sz w:val="13"/>
              </w:rPr>
              <w:t>e.g. Ahmet Yılmaz</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4AB651EF"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4F7214E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8</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66984B36"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8</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7B8A556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04FAEA6C"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28FFE5E9"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8</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7C23E9B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08CA1C0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10</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4CA1E679"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9</w:t>
            </w:r>
          </w:p>
        </w:tc>
        <w:tc>
          <w:tcPr>
            <w:tcW w:w="547"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7A13970E"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9</w:t>
            </w:r>
          </w:p>
        </w:tc>
        <w:tc>
          <w:tcPr>
            <w:tcW w:w="720"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5C96F1E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i/>
                <w:sz w:val="13"/>
              </w:rPr>
              <w:t>88</w:t>
            </w:r>
          </w:p>
        </w:tc>
        <w:tc>
          <w:tcPr>
            <w:tcW w:w="1728" w:type="dxa"/>
            <w:tcBorders>
              <w:top w:val="single" w:sz="2" w:space="0" w:color="D3D3D3"/>
              <w:left w:val="single" w:sz="2" w:space="0" w:color="D3D3D3"/>
              <w:bottom w:val="single" w:sz="2" w:space="0" w:color="D3D3D3"/>
              <w:right w:val="single" w:sz="2" w:space="0" w:color="D3D3D3"/>
            </w:tcBorders>
            <w:shd w:val="clear" w:color="auto" w:fill="F2F4F7"/>
            <w:tcMar>
              <w:top w:w="10" w:type="dxa"/>
              <w:left w:w="20" w:type="dxa"/>
              <w:bottom w:w="10" w:type="dxa"/>
              <w:right w:w="20" w:type="dxa"/>
            </w:tcMar>
            <w:hideMark/>
          </w:tcPr>
          <w:p w14:paraId="25CA90C5" w14:textId="77777777" w:rsidR="00E64C8A" w:rsidRPr="00E64C8A" w:rsidRDefault="00E64C8A" w:rsidP="00E64C8A">
            <w:pPr>
              <w:spacing w:after="0" w:line="240" w:lineRule="auto"/>
              <w:rPr>
                <w:rFonts w:ascii="Arial" w:eastAsia="MS Mincho" w:hAnsi="Arial" w:cs="Times New Roman"/>
                <w:sz w:val="18"/>
              </w:rPr>
            </w:pPr>
            <w:r>
              <w:rPr>
                <w:rFonts w:ascii="Arial" w:eastAsia="MS Mincho" w:hAnsi="Arial" w:cs="Times New Roman"/>
                <w:i/>
                <w:sz w:val="13"/>
              </w:rPr>
              <w:t>Very expressive &amp; cooperative.</w:t>
            </w:r>
          </w:p>
        </w:tc>
      </w:tr>
      <w:tr w:rsidR="003C72B7" w:rsidRPr="00E64C8A" w14:paraId="10D7BED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69B4347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14CE982"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EA6EFE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54D417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D4301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A45CA5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270E36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FD0677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91E2EE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FA124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59B4C9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D6E651"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4EB5F9"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2A7F7BC"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506CCECE"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3FC0116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6835BE"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6E2A30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93FCD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B575C4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17D0FD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5D6E1A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F9BEFC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C4A87E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24C5DE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6BADDC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DAEF22"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14F571"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218E743"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DA003BE"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79468A0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22A1C8A"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495A67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C20C06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F823C0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246E2F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47DFD9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75635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271CFC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3C31C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4D584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D40B192"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E93223"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E354B8C"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EDB622D"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1EBC473F"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80610B5"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BBBAE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BFE373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299FAA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83183D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E9B277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45FD0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50A19D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F8D39F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F4DCA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7C176CA"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3F6FCDA"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54EE608"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F879280"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015224B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756C463"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6B8F03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E55D8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D40F5A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01DE98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695C23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A491C8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D7A79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44B85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620C0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74113B"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7C5D01C"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ACDAD8B"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6D2D290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2F0C0CA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C4DEF1A"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4DABE7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6CABFF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B33388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70D608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3DC73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81008C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A2CBF6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B7FD2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78A5F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84409C"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AF83E1"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631518"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B15D327"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788D2180"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4B31D8"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C41F8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2FA8C1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0DDD0A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899B51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BC5E05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3C5C6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3B1730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9668F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A45F05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82262A5"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A2F2563"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DBA31D1"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645B657E"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4F5249CC"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2E5EDA7"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9DAF1A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F74EF7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413FF6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E3AC5D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FC4FA1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BAF92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F635B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577D62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15F1E6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1E7B3B"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16A8584"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E90CED4"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5D850482"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215181BF"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EEB303D"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FA6625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D165BD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DCE63E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DC81F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72DF2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E705A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1D18E0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F423D4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B363A2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A6247E2"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76C6ECA"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5E2EC03"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70FCE9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530ACBC3"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037DE31"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53DC4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E36B83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44695D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2EFFE6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FE809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D98FBC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0FFB49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CC0FB7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27D18C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42C16A8"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A6E03BF"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9292A0"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0B9BA5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3475D8EA"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80F634C"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612FB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870D99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58932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D113CF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95BCF3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29D09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33251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23AC9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5A0FBA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BE293CC"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E4CF56A"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6FCA89"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497B95D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202D996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0620412"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42D43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D5471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A14D46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C267E1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BBF208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509B1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59869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68BFC4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35B2CC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BD2A6F7"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5C1A30"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7656FB7"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5E550034"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25317669"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5987148"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43EE0D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B45C5D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EC2D80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3E6CDC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7206F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82153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E75810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E3C86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98BEFC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79C53C"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2906DE3"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D43DD5"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4D1951E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7DF5A3FA"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A0ACE6"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15CFC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DD1693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5BE9EA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CDA2D0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8FF8CF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ECFA49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EEA0BE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D8391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1432A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6E8FD94"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354CB5E"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70A9C41"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46344CC3"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5F6851DA"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018FBDA"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82A40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DA6A9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D39085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001BC6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DA4E01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354F5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D3259E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FB0F3A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81031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619CFE"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D0A938"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8F8A73C"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0118CAD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5F71B5DF"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85B0E78"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846DEF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E5A87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27CB02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47F8B1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C08861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E0C0C4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F409C7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CBE9D4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7A47AC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C079B08"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AD36138"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A45569E"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8CAAD2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2F2B1D2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4097892"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63488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DE1355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3C772A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5873E0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634AA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34377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A40DD0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56BEE4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8A0A4A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5D9A7D5"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A08784F"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1FC580D"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60C69CF9"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5262C25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19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1C6240D"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961D32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8EE3D2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AC238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4DB0A1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21FFD3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041D21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8249AB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F50FFD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743B1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0AD22B"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2D910B"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C22092C"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45BDF6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3E80DAF1"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05C2B43"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F48FC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3C37B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832DF7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B4C77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548F7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0FEE3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533949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6D85D6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5848F5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97AC7CD"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64FF836"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4F2094E"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6B1C45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439786F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721327B"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F9A6B7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21A1C8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EC4845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416B52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630A36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2F9D1D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4F488C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316DB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74A59A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5E052D"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3F98150"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5E2BE77"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CA5F815"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3CC6AAE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974393"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08283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DFB4FD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33F6F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D95B96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F7225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AEDA06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930454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DD5F0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6933A8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93A171B"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951F28"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7D90BC9"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6A3F779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462B243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018D249"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347E38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7EFB36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C2D20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A0065A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C48B55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C60FC2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FB65DA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32ADD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D43444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8A03735"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72C20D"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E8B1F5F"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B875A1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1FDCEF3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D1223C"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71B462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C5FA88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CD112C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C9CD3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7D33D1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DDB10A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81A3E6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D861D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52F257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CBD197A"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D872F98"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6399EA2"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5488AAB3"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5298B2EC"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714DDE7"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691BC6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FF5EBA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85E218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E3963A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AAFEFA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8AB80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6C2F23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FD3ADC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6BE9E2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9C64FD4"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7F1560D"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07F08FC"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1CACC9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1A09784F"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8593C06"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2609D6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834F9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B90044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F01F8A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AC1F9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B44BB4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6D22B8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DD8AF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92A63A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A3CEF3B"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EB278CF"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FD176E4"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22F0B11F"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2C1691F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8E9BE63"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A39D52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7B1FB8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0B27C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02174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843965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EAA2F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7B2CD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73C35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718CF6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DD92EC9"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E48772"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D2D039E"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AC48428"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06C7BB3F"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7671037"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7E5EDE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E40A7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9731BE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002332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F70340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E88F5D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4C184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4BB66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CA1753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919C897"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D31495B"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6D815AE"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FC2684E"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600EEB7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29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76C14AA"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8618ED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B1496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95923C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BBF11D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C1D337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74B159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688541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0FCBF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102D6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A99EA1"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376FC4"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AC76D8D"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429B63BE"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0028470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4390D4B"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BBFA98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2D65EA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4FA0DA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E98E9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610EE8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29CAF6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001D8E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EA477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3C4999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845FFC4"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071D2FA"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9B79350"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78EEB87"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5E4E374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AB9507"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811F8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A2A2B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448C37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803BB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07EF8B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18C1F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AD6557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B9947D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265D0F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70E1648"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798262"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8B92E3"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3CC363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00EE6473"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490516A"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F902DD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3B90B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D2B566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29EA7C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B97488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5C5FE3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7B767E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21967B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3AD128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1ABA0B9"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041CC73"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74D1931"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26CE9E7"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7C494F9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37E81A9"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741005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3B7028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EE9486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68BF40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21CC0F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423FEE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3F6B3B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A595E8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8D36B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178EF1D"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779DCD7"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919EB84"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6AF5CCF9"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175614E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6C3DBA"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F88ECA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2EC761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47B815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1D9B6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E0BDF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3E4F2B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13F463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3769F7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8D0D4D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E818F5F"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B661EDA"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7BA8E67"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670B7B2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72C55833"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7D5A486"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A15763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4658F3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733626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9520EB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C0A3B8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F9B39E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086CA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B3CABB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1955B8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9E5637F"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026D8FB"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D5EC07D"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D8BF3F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3E80D6F2"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36</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FC2CFD6"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FAC415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E53CFD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05A5E0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5D5047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819E4C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469CCE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9E69F6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F7CD74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5AA6F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7C5119A"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E4104AF"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F5D68D8"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9E5D72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7D1A5DB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37</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789DE03"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F1723A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5BED22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490BC9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FA0D7C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883F4F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958AC2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9D2000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85809E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48091F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36CD9FE"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1F3CBA0"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0D797C2"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03780AA"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217AC4F6"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38</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DE2DF24"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39756C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E7C22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10AAD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F779F7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B2CDD5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3340F1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3315C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5D7773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6065A5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CC4AD1F"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0325F4B"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77EA2C7"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251F146"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3C4FC177"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39</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BDC58D"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D508B7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03148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F37064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CF9F64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C6A5CC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777489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627B4B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C4CF31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15FFE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A06752A"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C9B3F5"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909A6D5"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047D927C"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4CA1F79A"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40</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CA49B72"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1EC4FB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1BAD726"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7DCCB6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C753A4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8490D7C"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5970C2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4EBA70F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18D698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917700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330ED7E"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713E2C6"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0EFA445"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76E75735"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606940FD"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41</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0EF1A1C"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FC989D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BA365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FC30EF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92189B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AC507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B971D0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405EF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3872A8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376605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F5BD741"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15DC209"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4E9C2E9"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1C3F4247"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2409820B"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42</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BCEA828"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215B6E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617D5B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B6E1CE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A58955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3657A3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70DE9B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BCB0C1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79C5BB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7477A20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C907808"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D59A472"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068594"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35EEBDA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41DE6A85"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43</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CA94A29"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58EB23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E574E4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62EE6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C5FF15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7BAFC08"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B63C627"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DB59AC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AFF077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4CDB41A"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6282FD72"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641DA80"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7684368"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41898DB1"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hideMark/>
          </w:tcPr>
          <w:p w14:paraId="22EDA2F4"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44</w:t>
            </w:r>
          </w:p>
        </w:tc>
        <w:tc>
          <w:tcPr>
            <w:tcW w:w="2736"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1913FD6"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C4ABC61"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A297B3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14693D6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24668B3D"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CF87AA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33871EA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61B0DF4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971F650"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403474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CD193E9"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5F23F875"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FFFFF"/>
            <w:tcMar>
              <w:top w:w="10" w:type="dxa"/>
              <w:left w:w="15" w:type="dxa"/>
              <w:bottom w:w="10" w:type="dxa"/>
              <w:right w:w="15" w:type="dxa"/>
            </w:tcMar>
          </w:tcPr>
          <w:p w14:paraId="01FF7DCB" w14:textId="77777777" w:rsidR="00E64C8A" w:rsidRPr="00E64C8A" w:rsidRDefault="00E64C8A" w:rsidP="00E64C8A">
            <w:pPr>
              <w:spacing w:after="0" w:line="240" w:lineRule="auto"/>
              <w:rPr>
                <w:rFonts w:ascii="Arial" w:eastAsia="MS Mincho" w:hAnsi="Arial" w:cs="Times New Roman"/>
                <w:sz w:val="18"/>
              </w:rPr>
            </w:pPr>
          </w:p>
        </w:tc>
      </w:tr>
      <w:tr w:rsidR="003C72B7" w:rsidRPr="00E64C8A" w14:paraId="40414CCD" w14:textId="77777777">
        <w:trPr>
          <w:trHeight w:val="220"/>
          <w:jc w:val="center"/>
        </w:trPr>
        <w:tc>
          <w:tcPr>
            <w:tcW w:w="432"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hideMark/>
          </w:tcPr>
          <w:p w14:paraId="550D9AF1" w14:textId="77777777" w:rsidR="00E64C8A" w:rsidRPr="00E64C8A" w:rsidRDefault="00E64C8A" w:rsidP="00E64C8A">
            <w:pPr>
              <w:spacing w:after="0" w:line="240" w:lineRule="auto"/>
              <w:jc w:val="center"/>
              <w:rPr>
                <w:rFonts w:ascii="Arial" w:eastAsia="MS Mincho" w:hAnsi="Arial" w:cs="Times New Roman"/>
                <w:sz w:val="18"/>
              </w:rPr>
            </w:pPr>
            <w:r>
              <w:rPr>
                <w:rFonts w:ascii="Arial" w:eastAsia="MS Mincho" w:hAnsi="Arial" w:cs="Times New Roman"/>
                <w:sz w:val="13"/>
              </w:rPr>
              <w:t>45</w:t>
            </w:r>
          </w:p>
        </w:tc>
        <w:tc>
          <w:tcPr>
            <w:tcW w:w="2736"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5FDDFA7" w14:textId="77777777" w:rsidR="00E64C8A" w:rsidRPr="00E64C8A" w:rsidRDefault="00E64C8A" w:rsidP="00E64C8A">
            <w:pPr>
              <w:spacing w:after="0" w:line="240" w:lineRule="auto"/>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779C3CF"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559DA9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33243045"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E5C973E"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122E6A4"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02F6CF23"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17535F9"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18A47D82"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796FABDB" w14:textId="77777777" w:rsidR="00E64C8A" w:rsidRPr="00E64C8A" w:rsidRDefault="00E64C8A" w:rsidP="00E64C8A">
            <w:pPr>
              <w:spacing w:after="0" w:line="240" w:lineRule="auto"/>
              <w:jc w:val="center"/>
              <w:rPr>
                <w:rFonts w:ascii="Arial" w:eastAsia="MS Mincho" w:hAnsi="Arial" w:cs="Times New Roman"/>
                <w:sz w:val="18"/>
              </w:rPr>
            </w:pPr>
          </w:p>
        </w:tc>
        <w:tc>
          <w:tcPr>
            <w:tcW w:w="547"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4C20E346" w14:textId="77777777" w:rsidR="00E64C8A" w:rsidRPr="00E64C8A" w:rsidRDefault="00E64C8A" w:rsidP="00E64C8A">
            <w:pPr>
              <w:spacing w:after="0" w:line="240" w:lineRule="auto"/>
              <w:jc w:val="center"/>
              <w:rPr>
                <w:rFonts w:ascii="Arial" w:eastAsia="MS Mincho" w:hAnsi="Arial" w:cs="Times New Roman"/>
                <w:sz w:val="18"/>
              </w:rPr>
            </w:pPr>
          </w:p>
        </w:tc>
        <w:tc>
          <w:tcPr>
            <w:tcW w:w="720"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24BBD1DE" w14:textId="77777777" w:rsidR="00E64C8A" w:rsidRPr="00E64C8A" w:rsidRDefault="00E64C8A" w:rsidP="00E64C8A">
            <w:pPr>
              <w:spacing w:after="0" w:line="240" w:lineRule="auto"/>
              <w:jc w:val="center"/>
              <w:rPr>
                <w:rFonts w:ascii="Arial" w:eastAsia="MS Mincho" w:hAnsi="Arial" w:cs="Times New Roman"/>
                <w:sz w:val="18"/>
              </w:rPr>
            </w:pPr>
          </w:p>
        </w:tc>
        <w:tc>
          <w:tcPr>
            <w:tcW w:w="1728" w:type="dxa"/>
            <w:tcBorders>
              <w:top w:val="single" w:sz="2" w:space="0" w:color="E5E7EB"/>
              <w:left w:val="single" w:sz="2" w:space="0" w:color="E5E7EB"/>
              <w:bottom w:val="single" w:sz="2" w:space="0" w:color="E5E7EB"/>
              <w:right w:val="single" w:sz="2" w:space="0" w:color="E5E7EB"/>
            </w:tcBorders>
            <w:shd w:val="clear" w:color="auto" w:fill="F9FAFB"/>
            <w:tcMar>
              <w:top w:w="10" w:type="dxa"/>
              <w:left w:w="15" w:type="dxa"/>
              <w:bottom w:w="10" w:type="dxa"/>
              <w:right w:w="15" w:type="dxa"/>
            </w:tcMar>
          </w:tcPr>
          <w:p w14:paraId="546EF888" w14:textId="77777777" w:rsidR="00E64C8A" w:rsidRPr="00E64C8A" w:rsidRDefault="00E64C8A" w:rsidP="00E64C8A">
            <w:pPr>
              <w:spacing w:after="0" w:line="240" w:lineRule="auto"/>
              <w:rPr>
                <w:rFonts w:ascii="Arial" w:eastAsia="MS Mincho" w:hAnsi="Arial" w:cs="Times New Roman"/>
                <w:sz w:val="18"/>
              </w:rPr>
            </w:pPr>
          </w:p>
        </w:tc>
      </w:tr>
    </w:tbl>
    <w:p w14:paraId="242C34AF" w14:textId="77777777" w:rsidR="00E64C8A" w:rsidRPr="00E64C8A" w:rsidRDefault="00E64C8A" w:rsidP="00E64C8A">
      <w:pPr>
        <w:spacing w:after="40"/>
        <w:rPr>
          <w:rFonts w:ascii="Arial" w:eastAsia="MS Mincho" w:hAnsi="Arial" w:cs="Times New Roman"/>
          <w:sz w:val="18"/>
        </w:rPr>
      </w:pPr>
      <w:r>
        <w:rPr>
          <w:rFonts w:ascii="Times New Roman" w:eastAsia="MS Mincho" w:hAnsi="Times New Roman" w:cs="Times New Roman"/>
          <w:sz w:val="24"/>
          <w:szCs w:val="24"/>
        </w:rPr>
        <w:br w:type="page"/>
      </w:r>
    </w:p>
    <w:p w14:paraId="4EEDD9BE" w14:textId="77777777" w:rsidR="00E64C8A" w:rsidRPr="00E64C8A" w:rsidRDefault="00E64C8A" w:rsidP="00E64C8A">
      <w:pPr>
        <w:keepNext/>
        <w:keepLines/>
        <w:spacing w:before="120" w:after="40"/>
        <w:outlineLvl w:val="0"/>
        <w:rPr>
          <w:rFonts w:ascii="Calibri" w:eastAsia="MS Gothic" w:hAnsi="Calibri" w:cs="Times New Roman"/>
          <w:b/>
          <w:bCs/>
          <w:sz w:val="26"/>
          <w:szCs w:val="28"/>
        </w:rPr>
      </w:pPr>
      <w:r>
        <w:rPr>
          <w:rFonts w:ascii="Calibri" w:eastAsia="MS Gothic" w:hAnsi="Calibri" w:cs="Times New Roman"/>
          <w:b/>
          <w:bCs/>
          <w:sz w:val="26"/>
          <w:szCs w:val="28"/>
        </w:rPr>
        <w:t>4. MEB Year 5 Teacher's Book Speaking Tasks Map</w:t>
      </w:r>
    </w:p>
    <w:p w14:paraId="15C72265" w14:textId="77777777" w:rsidR="00E64C8A" w:rsidRPr="00E64C8A" w:rsidRDefault="00E64C8A" w:rsidP="00E64C8A">
      <w:pPr>
        <w:spacing w:after="40"/>
        <w:rPr>
          <w:rFonts w:ascii="Arial" w:eastAsia="MS Mincho" w:hAnsi="Arial" w:cs="Times New Roman"/>
          <w:sz w:val="18"/>
        </w:rPr>
      </w:pPr>
      <w:r>
        <w:rPr>
          <w:rFonts w:ascii="Arial" w:eastAsia="MS Mincho" w:hAnsi="Arial" w:cs="Times New Roman"/>
          <w:sz w:val="18"/>
        </w:rPr>
        <w:t>To ensure complete alignment with the official curriculum, teachers must evaluate the 'Task Completion &amp; Topic Mastery' competency using the exact speaking tasks, functional language, and pronunciation models prescribed in each theme of the MEB English Year 5 Teacher's Book.</w:t>
      </w:r>
    </w:p>
    <w:p w14:paraId="137F4467"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Revision 1 (Page 13): Daily Routines &amp; School Life Checkpoint</w:t>
      </w:r>
    </w:p>
    <w:p w14:paraId="146FD061"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Introduce daily routines, school subjects, past/present classroom activities, seasons, hours, physical features, and clothing.</w:t>
      </w:r>
    </w:p>
    <w:p w14:paraId="2099CC1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Simple Present, Like + gerund, Past/Present states.</w:t>
      </w:r>
    </w:p>
    <w:p w14:paraId="47385B30"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Falling intonation in statement sentences [167].</w:t>
      </w:r>
    </w:p>
    <w:p w14:paraId="580F146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Ask students to describe their daily timetables and talk about their favorite school activity (Emily &amp; Nick interview model) [158].</w:t>
      </w:r>
    </w:p>
    <w:p w14:paraId="558FB18D"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Revision 2 (Page 17): Jobs &amp; Community Services Checkpoint</w:t>
      </w:r>
    </w:p>
    <w:p w14:paraId="049B5627"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Introduce family jobs, hobbies, daily habits, neighbourhood places, and item comparisons.</w:t>
      </w:r>
    </w:p>
    <w:p w14:paraId="5644C72C"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Comparatives, Simple Past, Present Habits.</w:t>
      </w:r>
    </w:p>
    <w:p w14:paraId="2799B4E2"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Stress patterns in jobs (teacher, police officer, singer) [161].</w:t>
      </w:r>
    </w:p>
    <w:p w14:paraId="4EBD0A08"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Conduct a short dialogue about family members' occupations and describe what they do after work (Aylin, Ali, Zeynep, Seda model) [161].</w:t>
      </w:r>
    </w:p>
    <w:p w14:paraId="4536BD22"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1 (Page 21): School Life</w:t>
      </w:r>
    </w:p>
    <w:p w14:paraId="60028E3A"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Identify school rules, describe school clubs, introduce country of origin, express likes/dislikes.</w:t>
      </w:r>
    </w:p>
    <w:p w14:paraId="5D172ED8"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Must / Mustn't, Can / Can't, Simple Present [302, 303].</w:t>
      </w:r>
    </w:p>
    <w:p w14:paraId="5D6D0443"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Falling intonation at the end of statements [167].</w:t>
      </w:r>
    </w:p>
    <w:p w14:paraId="3A49587B"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Role-play school rules (Mr Demir and Ms Uysal dialogue) &amp; create a poster to present a new school club in pairs [302, 303].</w:t>
      </w:r>
    </w:p>
    <w:p w14:paraId="2AD42DDE"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2 (Page 39): Classroom Life</w:t>
      </w:r>
    </w:p>
    <w:p w14:paraId="28F0668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Identify classroom objects, tell time, explain school timetables, request classroom actions.</w:t>
      </w:r>
    </w:p>
    <w:p w14:paraId="299B2550"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There is / There are, Possessive pronouns [78].</w:t>
      </w:r>
    </w:p>
    <w:p w14:paraId="3FF32BBB"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Rising intonation in yes/no questions vs. falling in Wh-questions [184].</w:t>
      </w:r>
    </w:p>
    <w:p w14:paraId="6EE16B37"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Conduct a classroom survey about peers' favorite lessons, timetables, and required materials. Take notes and present to the class [191].</w:t>
      </w:r>
    </w:p>
    <w:p w14:paraId="58DB055B"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3 (Page 59): Personal Life</w:t>
      </w:r>
    </w:p>
    <w:p w14:paraId="65694EF2"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Describe physical appearance, character traits, clothes, daily routines, and outfits.</w:t>
      </w:r>
    </w:p>
    <w:p w14:paraId="1406806B"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Adverbs of frequency, Possessives, Comparisons [40].</w:t>
      </w:r>
    </w:p>
    <w:p w14:paraId="58794EE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Rising/falling intonations in descriptive dialogues [205, 206].</w:t>
      </w:r>
    </w:p>
    <w:p w14:paraId="40D5D3E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Describe the appearance and outfits of a chosen celebrity/sportsperson (Mete Gazoz model) or classmates in detail [214].</w:t>
      </w:r>
    </w:p>
    <w:p w14:paraId="663038A3"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4 (Page 77): Family Life</w:t>
      </w:r>
    </w:p>
    <w:p w14:paraId="62F9A39F"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Express family hobbies, household chores, weekend routines, and ongoing actions.</w:t>
      </w:r>
    </w:p>
    <w:p w14:paraId="1E0705DF"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Present Progressive, Question tags (isn't she? etc.) [229].</w:t>
      </w:r>
    </w:p>
    <w:p w14:paraId="0E790033"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Pronunciation of vowel sounds /ae/ and /e/ [226].</w:t>
      </w:r>
    </w:p>
    <w:p w14:paraId="5309633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Conduct a weekend hobby interview with family members &amp; act out ongoing actions in the classic Yes/No Game [307].</w:t>
      </w:r>
    </w:p>
    <w:p w14:paraId="2A311CA3" w14:textId="77777777" w:rsidR="00E64C8A" w:rsidRPr="00E64C8A" w:rsidRDefault="00E64C8A" w:rsidP="00E64C8A">
      <w:pPr>
        <w:spacing w:after="40"/>
        <w:rPr>
          <w:rFonts w:ascii="Arial" w:eastAsia="MS Mincho" w:hAnsi="Arial" w:cs="Times New Roman"/>
          <w:sz w:val="18"/>
        </w:rPr>
      </w:pPr>
      <w:r>
        <w:rPr>
          <w:rFonts w:ascii="Times New Roman" w:eastAsia="MS Mincho" w:hAnsi="Times New Roman" w:cs="Times New Roman"/>
          <w:sz w:val="24"/>
          <w:szCs w:val="24"/>
        </w:rPr>
        <w:br w:type="page"/>
      </w:r>
    </w:p>
    <w:p w14:paraId="39246E42"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4. MEB Year 5 Teacher's Book Speaking Tasks Map (Continued)</w:t>
      </w:r>
    </w:p>
    <w:p w14:paraId="45A6BA09"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5 (Page 95): Neighbourhood &amp; City</w:t>
      </w:r>
    </w:p>
    <w:p w14:paraId="283BBFDE"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Describe places of attraction, house furniture, rooms, location, and compare city vs. village.</w:t>
      </w:r>
    </w:p>
    <w:p w14:paraId="173C5DE6"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Comparatives (e.g., colder than, more peaceful than) [247].</w:t>
      </w:r>
    </w:p>
    <w:p w14:paraId="01EB0784"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Pronunciation of consonants /f/, /g/, /h/, /i/, /j/, /k/ [241].</w:t>
      </w:r>
    </w:p>
    <w:p w14:paraId="308C06F4"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Draw a dream house and compare Akyaka (quiet/peaceful) vs. Bodrum (crowded/hot) using comparative adjectives [304, 305].</w:t>
      </w:r>
    </w:p>
    <w:p w14:paraId="06F39ABC"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6 (Page 113): Life in the World</w:t>
      </w:r>
    </w:p>
    <w:p w14:paraId="4A83CB7A"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Order food in a restaurant, give/request permission, write/explain a recipe step-by-step.</w:t>
      </w:r>
    </w:p>
    <w:p w14:paraId="3D21F577"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Countable/Uncountable nouns, Polite requests (Can I...?) [263].</w:t>
      </w:r>
    </w:p>
    <w:p w14:paraId="5AD2B085"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Pronunciation of food item names and verbs (enjoy, cook) [255].</w:t>
      </w:r>
    </w:p>
    <w:p w14:paraId="5FCAB36F"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Act out a restaurant role-play ordering main dishes and desserts (Adam's Restaurant model) &amp; explain a food recipe [259, 261].</w:t>
      </w:r>
    </w:p>
    <w:p w14:paraId="7E529059"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7 (Page 131): Life in Nature</w:t>
      </w:r>
    </w:p>
    <w:p w14:paraId="40789D2B"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Describe wild animals, their physical body parts, habitats, and express rules of nature.</w:t>
      </w:r>
    </w:p>
    <w:p w14:paraId="6E3257C1"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Modals (Must/Can), Comparatives &amp; Superlatives [280].</w:t>
      </w:r>
    </w:p>
    <w:p w14:paraId="1C5D7EDA"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Pronunciation of letters /q/, /r/, /s/, /t/, /u/ [275].</w:t>
      </w:r>
    </w:p>
    <w:p w14:paraId="49D82EDC"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Play a guessing game sticking an animal name on a peer's forehead, answering up to 5 questions about its habitat/abilities [282].</w:t>
      </w:r>
    </w:p>
    <w:p w14:paraId="058A9A92" w14:textId="77777777" w:rsidR="00E64C8A" w:rsidRPr="00E64C8A" w:rsidRDefault="00E64C8A" w:rsidP="00E64C8A">
      <w:pPr>
        <w:keepNext/>
        <w:keepLines/>
        <w:spacing w:before="80" w:after="20"/>
        <w:outlineLvl w:val="1"/>
        <w:rPr>
          <w:rFonts w:ascii="Calibri" w:eastAsia="MS Gothic" w:hAnsi="Calibri" w:cs="Times New Roman"/>
          <w:b/>
          <w:bCs/>
          <w:sz w:val="21"/>
          <w:szCs w:val="26"/>
        </w:rPr>
      </w:pPr>
      <w:r>
        <w:rPr>
          <w:rFonts w:ascii="Calibri" w:eastAsia="MS Gothic" w:hAnsi="Calibri" w:cs="Times New Roman"/>
          <w:b/>
          <w:bCs/>
          <w:sz w:val="21"/>
          <w:szCs w:val="26"/>
        </w:rPr>
        <w:t>Theme 8 (Page 149): Life in the Universe &amp; Future</w:t>
      </w:r>
    </w:p>
    <w:p w14:paraId="3158950D"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Functional Focus: </w:t>
      </w:r>
      <w:r>
        <w:rPr>
          <w:rFonts w:ascii="Arial" w:eastAsia="MS Mincho" w:hAnsi="Arial" w:cs="Times New Roman"/>
          <w:sz w:val="18"/>
        </w:rPr>
        <w:t>Describe future plans, express intentions, write/explain a holiday postcard, name planets.</w:t>
      </w:r>
    </w:p>
    <w:p w14:paraId="2E5AEE8A"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Grammaring Chunks: </w:t>
      </w:r>
      <w:r>
        <w:rPr>
          <w:rFonts w:ascii="Arial" w:eastAsia="MS Mincho" w:hAnsi="Arial" w:cs="Times New Roman"/>
          <w:sz w:val="18"/>
        </w:rPr>
        <w:t>Be going to (Future plans) [293].</w:t>
      </w:r>
    </w:p>
    <w:p w14:paraId="717DDD4D"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Pronunciation Target: </w:t>
      </w:r>
      <w:r>
        <w:rPr>
          <w:rFonts w:ascii="Arial" w:eastAsia="MS Mincho" w:hAnsi="Arial" w:cs="Times New Roman"/>
          <w:sz w:val="18"/>
        </w:rPr>
        <w:t>Pronunciation of letters /v/, /w/, /x/, /y/, /z/ [289].</w:t>
      </w:r>
    </w:p>
    <w:p w14:paraId="049FC385" w14:textId="77777777" w:rsidR="00E64C8A" w:rsidRPr="00E64C8A" w:rsidRDefault="00E64C8A" w:rsidP="00E64C8A">
      <w:pPr>
        <w:spacing w:after="30"/>
        <w:ind w:left="288"/>
        <w:rPr>
          <w:rFonts w:ascii="Arial" w:eastAsia="MS Mincho" w:hAnsi="Arial" w:cs="Times New Roman"/>
          <w:sz w:val="18"/>
        </w:rPr>
      </w:pPr>
      <w:r>
        <w:rPr>
          <w:rFonts w:ascii="Arial" w:eastAsia="MS Mincho" w:hAnsi="Arial" w:cs="Times New Roman"/>
          <w:b/>
          <w:sz w:val="18"/>
        </w:rPr>
        <w:t xml:space="preserve">• Classroom Speaking Task: </w:t>
      </w:r>
      <w:r>
        <w:rPr>
          <w:rFonts w:ascii="Arial" w:eastAsia="MS Mincho" w:hAnsi="Arial" w:cs="Times New Roman"/>
          <w:sz w:val="18"/>
        </w:rPr>
        <w:t>Explain upcoming spring/summer holiday plans, packing lists, and destinations using 'be going to' grammar chunks [294].</w:t>
      </w:r>
    </w:p>
    <w:p w14:paraId="001C7234" w14:textId="77777777" w:rsidR="00E64C8A" w:rsidRPr="00E64C8A" w:rsidRDefault="00E64C8A" w:rsidP="00E64C8A">
      <w:pPr>
        <w:spacing w:before="160" w:after="40"/>
        <w:rPr>
          <w:rFonts w:ascii="Arial" w:eastAsia="MS Mincho" w:hAnsi="Arial" w:cs="Times New Roman"/>
          <w:sz w:val="18"/>
        </w:rPr>
      </w:pPr>
    </w:p>
    <w:tbl>
      <w:tblPr>
        <w:tblW w:w="0" w:type="auto"/>
        <w:jc w:val="center"/>
        <w:tblLayout w:type="fixed"/>
        <w:tblLook w:val="04A0" w:firstRow="1" w:lastRow="0" w:firstColumn="1" w:lastColumn="0" w:noHBand="0" w:noVBand="1"/>
      </w:tblPr>
      <w:tblGrid>
        <w:gridCol w:w="3919"/>
        <w:gridCol w:w="3919"/>
      </w:tblGrid>
      <w:tr w:rsidR="003C72B7" w:rsidRPr="00E64C8A" w14:paraId="062FAC1D" w14:textId="77777777">
        <w:trPr>
          <w:trHeight w:val="2239"/>
          <w:jc w:val="center"/>
        </w:trPr>
        <w:tc>
          <w:tcPr>
            <w:tcW w:w="3919" w:type="dxa"/>
            <w:tcBorders>
              <w:top w:val="single" w:sz="4" w:space="0" w:color="D3D3D3"/>
              <w:left w:val="single" w:sz="4" w:space="0" w:color="D3D3D3"/>
              <w:bottom w:val="single" w:sz="4" w:space="0" w:color="D3D3D3"/>
              <w:right w:val="single" w:sz="4" w:space="0" w:color="D3D3D3"/>
            </w:tcBorders>
            <w:shd w:val="clear" w:color="auto" w:fill="F9FAFB"/>
            <w:tcMar>
              <w:top w:w="80" w:type="dxa"/>
              <w:left w:w="80" w:type="dxa"/>
              <w:bottom w:w="80" w:type="dxa"/>
              <w:right w:w="80" w:type="dxa"/>
            </w:tcMar>
            <w:hideMark/>
          </w:tcPr>
          <w:p w14:paraId="5E55E0CC" w14:textId="77777777" w:rsidR="00E64C8A" w:rsidRPr="00E64C8A" w:rsidRDefault="00E64C8A" w:rsidP="00E64C8A">
            <w:pPr>
              <w:spacing w:after="0"/>
              <w:jc w:val="center"/>
              <w:rPr>
                <w:rFonts w:ascii="Arial" w:eastAsia="MS Mincho" w:hAnsi="Arial" w:cs="Times New Roman"/>
                <w:sz w:val="18"/>
              </w:rPr>
            </w:pPr>
            <w:r>
              <w:rPr>
                <w:rFonts w:ascii="Arial" w:eastAsia="MS Mincho" w:hAnsi="Arial" w:cs="Times New Roman"/>
                <w:b/>
                <w:sz w:val="15"/>
              </w:rPr>
              <w:t>PREPARED BY / HAZIRLAYAN</w:t>
            </w:r>
            <w:r>
              <w:rPr>
                <w:rFonts w:ascii="Arial" w:eastAsia="MS Mincho" w:hAnsi="Arial" w:cs="Times New Roman"/>
                <w:b/>
                <w:sz w:val="15"/>
              </w:rPr>
              <w:br/>
            </w:r>
            <w:r>
              <w:rPr>
                <w:rFonts w:ascii="Arial" w:eastAsia="MS Mincho" w:hAnsi="Arial" w:cs="Times New Roman"/>
                <w:b/>
                <w:sz w:val="15"/>
              </w:rPr>
              <w:br/>
            </w:r>
            <w:r>
              <w:rPr>
                <w:rFonts w:ascii="Arial" w:eastAsia="MS Mincho" w:hAnsi="Arial" w:cs="Times New Roman"/>
                <w:b/>
                <w:sz w:val="15"/>
              </w:rPr>
              <w:br/>
            </w:r>
            <w:r>
              <w:rPr>
                <w:rFonts w:ascii="Arial" w:eastAsia="MS Mincho" w:hAnsi="Arial" w:cs="Times New Roman"/>
                <w:b/>
                <w:sz w:val="15"/>
              </w:rPr>
              <w:br/>
              <w:t>______________________</w:t>
            </w:r>
            <w:r>
              <w:rPr>
                <w:rFonts w:ascii="Arial" w:eastAsia="MS Mincho" w:hAnsi="Arial" w:cs="Times New Roman"/>
                <w:b/>
                <w:sz w:val="15"/>
              </w:rPr>
              <w:br/>
              <w:t>English Language Teacher</w:t>
            </w:r>
            <w:r>
              <w:rPr>
                <w:rFonts w:ascii="Arial" w:eastAsia="MS Mincho" w:hAnsi="Arial" w:cs="Times New Roman"/>
                <w:b/>
                <w:sz w:val="15"/>
              </w:rPr>
              <w:br/>
              <w:t>İngilizce Öğretmeni</w:t>
            </w:r>
          </w:p>
        </w:tc>
        <w:tc>
          <w:tcPr>
            <w:tcW w:w="3919" w:type="dxa"/>
            <w:tcBorders>
              <w:top w:val="single" w:sz="4" w:space="0" w:color="D3D3D3"/>
              <w:left w:val="single" w:sz="4" w:space="0" w:color="D3D3D3"/>
              <w:bottom w:val="single" w:sz="4" w:space="0" w:color="D3D3D3"/>
              <w:right w:val="single" w:sz="4" w:space="0" w:color="D3D3D3"/>
            </w:tcBorders>
            <w:shd w:val="clear" w:color="auto" w:fill="F9FAFB"/>
            <w:tcMar>
              <w:top w:w="80" w:type="dxa"/>
              <w:left w:w="80" w:type="dxa"/>
              <w:bottom w:w="80" w:type="dxa"/>
              <w:right w:w="80" w:type="dxa"/>
            </w:tcMar>
            <w:hideMark/>
          </w:tcPr>
          <w:p w14:paraId="1F9DDCE3" w14:textId="77777777" w:rsidR="00E64C8A" w:rsidRPr="00E64C8A" w:rsidRDefault="00E64C8A" w:rsidP="00E64C8A">
            <w:pPr>
              <w:spacing w:after="0"/>
              <w:jc w:val="center"/>
              <w:rPr>
                <w:rFonts w:ascii="Arial" w:eastAsia="MS Mincho" w:hAnsi="Arial" w:cs="Times New Roman"/>
                <w:sz w:val="18"/>
              </w:rPr>
            </w:pPr>
            <w:r>
              <w:rPr>
                <w:rFonts w:ascii="Arial" w:eastAsia="MS Mincho" w:hAnsi="Arial" w:cs="Times New Roman"/>
                <w:b/>
                <w:sz w:val="15"/>
              </w:rPr>
              <w:t>APPROVED BY / UYGUNDUR</w:t>
            </w:r>
            <w:r>
              <w:rPr>
                <w:rFonts w:ascii="Arial" w:eastAsia="MS Mincho" w:hAnsi="Arial" w:cs="Times New Roman"/>
                <w:b/>
                <w:sz w:val="15"/>
              </w:rPr>
              <w:br/>
            </w:r>
            <w:r>
              <w:rPr>
                <w:rFonts w:ascii="Arial" w:eastAsia="MS Mincho" w:hAnsi="Arial" w:cs="Times New Roman"/>
                <w:b/>
                <w:sz w:val="15"/>
              </w:rPr>
              <w:br/>
            </w:r>
            <w:r>
              <w:rPr>
                <w:rFonts w:ascii="Arial" w:eastAsia="MS Mincho" w:hAnsi="Arial" w:cs="Times New Roman"/>
                <w:b/>
                <w:sz w:val="15"/>
              </w:rPr>
              <w:br/>
            </w:r>
            <w:r>
              <w:rPr>
                <w:rFonts w:ascii="Arial" w:eastAsia="MS Mincho" w:hAnsi="Arial" w:cs="Times New Roman"/>
                <w:b/>
                <w:sz w:val="15"/>
              </w:rPr>
              <w:br/>
              <w:t>______________________</w:t>
            </w:r>
            <w:r>
              <w:rPr>
                <w:rFonts w:ascii="Arial" w:eastAsia="MS Mincho" w:hAnsi="Arial" w:cs="Times New Roman"/>
                <w:b/>
                <w:sz w:val="15"/>
              </w:rPr>
              <w:br/>
              <w:t>School Principal</w:t>
            </w:r>
            <w:r>
              <w:rPr>
                <w:rFonts w:ascii="Arial" w:eastAsia="MS Mincho" w:hAnsi="Arial" w:cs="Times New Roman"/>
                <w:b/>
                <w:sz w:val="15"/>
              </w:rPr>
              <w:br/>
              <w:t>Okul Müdürü</w:t>
            </w:r>
          </w:p>
        </w:tc>
      </w:tr>
    </w:tbl>
    <w:p w14:paraId="6DEA7820" w14:textId="77777777" w:rsidR="00E64C8A" w:rsidRPr="00E64C8A" w:rsidRDefault="00E64C8A" w:rsidP="00E64C8A">
      <w:pPr>
        <w:spacing w:after="40"/>
        <w:rPr>
          <w:rFonts w:ascii="Arial" w:eastAsia="MS Mincho" w:hAnsi="Arial" w:cs="Times New Roman"/>
          <w:sz w:val="18"/>
        </w:rPr>
      </w:pPr>
    </w:p>
    <w:p w14:paraId="46EC275A" w14:textId="570F482D" w:rsidR="00867C21" w:rsidRDefault="00867C21"/>
    <w:p w14:paraId="35249494" w14:textId="77777777" w:rsidR="004108FD" w:rsidRDefault="004108FD"/>
    <w:p w14:paraId="4FB038D1" w14:textId="77777777" w:rsidR="004108FD" w:rsidRDefault="004108FD"/>
    <w:p w14:paraId="7E11C7EE" w14:textId="77777777" w:rsidR="004108FD" w:rsidRDefault="004108FD"/>
    <w:p w14:paraId="46CE5083" w14:textId="77777777" w:rsidR="004108FD" w:rsidRDefault="004108FD"/>
    <w:p w14:paraId="60FC6F59" w14:textId="77777777" w:rsidR="004108FD" w:rsidRDefault="004108FD"/>
    <w:p w14:paraId="2D47305D" w14:textId="77777777" w:rsidR="004108FD" w:rsidRDefault="004108FD"/>
    <w:p w14:paraId="55E5A502" w14:textId="77777777" w:rsidR="004108FD" w:rsidRDefault="004108FD"/>
    <w:p w14:paraId="7A0EA2F3" w14:textId="77777777" w:rsidR="004108FD" w:rsidRDefault="004108FD"/>
    <w:p w14:paraId="2DFE8BA1" w14:textId="77777777" w:rsidR="00371943" w:rsidRPr="00371943" w:rsidRDefault="00371943" w:rsidP="00371943">
      <w:pPr>
        <w:rPr>
          <w:color w:val="EE0000"/>
          <w:sz w:val="40"/>
          <w:szCs w:val="40"/>
          <w:u w:val="single"/>
        </w:rPr>
      </w:pPr>
      <w:r w:rsidRPr="00371943">
        <w:rPr>
          <w:b/>
          <w:bCs/>
          <w:color w:val="EE0000"/>
          <w:sz w:val="40"/>
          <w:szCs w:val="40"/>
          <w:u w:val="single"/>
        </w:rPr>
        <w:t>BENİ OKU / READ ME</w:t>
      </w:r>
    </w:p>
    <w:p w14:paraId="193F6A1F" w14:textId="5B44FAA7" w:rsidR="00371943" w:rsidRPr="00371943" w:rsidRDefault="00371943" w:rsidP="00371943">
      <w:r w:rsidRPr="00371943">
        <w:rPr>
          <w:b/>
          <w:bCs/>
        </w:rPr>
        <w:t xml:space="preserve">1. Bu </w:t>
      </w:r>
      <w:proofErr w:type="spellStart"/>
      <w:r w:rsidRPr="00371943">
        <w:rPr>
          <w:b/>
          <w:bCs/>
        </w:rPr>
        <w:t>Dosyayı</w:t>
      </w:r>
      <w:proofErr w:type="spellEnd"/>
      <w:r w:rsidRPr="00371943">
        <w:rPr>
          <w:b/>
          <w:bCs/>
        </w:rPr>
        <w:t xml:space="preserve"> </w:t>
      </w:r>
      <w:proofErr w:type="spellStart"/>
      <w:r w:rsidRPr="00371943">
        <w:rPr>
          <w:b/>
          <w:bCs/>
        </w:rPr>
        <w:t>Neden</w:t>
      </w:r>
      <w:proofErr w:type="spellEnd"/>
      <w:r w:rsidRPr="00371943">
        <w:rPr>
          <w:b/>
          <w:bCs/>
        </w:rPr>
        <w:t xml:space="preserve"> </w:t>
      </w:r>
      <w:proofErr w:type="spellStart"/>
      <w:r w:rsidRPr="00371943">
        <w:rPr>
          <w:b/>
          <w:bCs/>
        </w:rPr>
        <w:t>Kullanmalısınız</w:t>
      </w:r>
      <w:proofErr w:type="spellEnd"/>
      <w:r w:rsidRPr="00371943">
        <w:rPr>
          <w:b/>
          <w:bCs/>
        </w:rPr>
        <w:t xml:space="preserve">? </w:t>
      </w:r>
    </w:p>
    <w:p w14:paraId="30D6D771" w14:textId="77777777" w:rsidR="00371943" w:rsidRPr="00371943" w:rsidRDefault="00371943" w:rsidP="00371943">
      <w:r w:rsidRPr="00371943">
        <w:t xml:space="preserve">Bu </w:t>
      </w:r>
      <w:proofErr w:type="spellStart"/>
      <w:r w:rsidRPr="00371943">
        <w:t>portfolyo</w:t>
      </w:r>
      <w:proofErr w:type="spellEnd"/>
      <w:r w:rsidRPr="00371943">
        <w:t xml:space="preserve">, Türkiye </w:t>
      </w:r>
      <w:proofErr w:type="spellStart"/>
      <w:r w:rsidRPr="00371943">
        <w:t>Yüzyılı</w:t>
      </w:r>
      <w:proofErr w:type="spellEnd"/>
      <w:r w:rsidRPr="00371943">
        <w:t xml:space="preserve"> Maarif </w:t>
      </w:r>
      <w:proofErr w:type="spellStart"/>
      <w:r w:rsidRPr="00371943">
        <w:t>Modeli'nin</w:t>
      </w:r>
      <w:proofErr w:type="spellEnd"/>
      <w:r w:rsidRPr="00371943">
        <w:t xml:space="preserve"> (TYMM) </w:t>
      </w:r>
      <w:proofErr w:type="spellStart"/>
      <w:r w:rsidRPr="00371943">
        <w:t>süreç</w:t>
      </w:r>
      <w:proofErr w:type="spellEnd"/>
      <w:r w:rsidRPr="00371943">
        <w:t xml:space="preserve"> </w:t>
      </w:r>
      <w:proofErr w:type="spellStart"/>
      <w:r w:rsidRPr="00371943">
        <w:t>odaklı</w:t>
      </w:r>
      <w:proofErr w:type="spellEnd"/>
      <w:r w:rsidRPr="00371943">
        <w:t xml:space="preserve"> </w:t>
      </w:r>
      <w:proofErr w:type="spellStart"/>
      <w:r w:rsidRPr="00371943">
        <w:t>ölçme-değerlendirme</w:t>
      </w:r>
      <w:proofErr w:type="spellEnd"/>
      <w:r w:rsidRPr="00371943">
        <w:t xml:space="preserve"> </w:t>
      </w:r>
      <w:proofErr w:type="spellStart"/>
      <w:r w:rsidRPr="00371943">
        <w:t>felsefesini</w:t>
      </w:r>
      <w:proofErr w:type="spellEnd"/>
      <w:r w:rsidRPr="00371943">
        <w:t xml:space="preserve"> </w:t>
      </w:r>
      <w:proofErr w:type="spellStart"/>
      <w:r w:rsidRPr="00371943">
        <w:t>soyut</w:t>
      </w:r>
      <w:proofErr w:type="spellEnd"/>
      <w:r w:rsidRPr="00371943">
        <w:t xml:space="preserve"> </w:t>
      </w:r>
      <w:proofErr w:type="spellStart"/>
      <w:r w:rsidRPr="00371943">
        <w:t>bir</w:t>
      </w:r>
      <w:proofErr w:type="spellEnd"/>
      <w:r w:rsidRPr="00371943">
        <w:t xml:space="preserve"> </w:t>
      </w:r>
      <w:proofErr w:type="spellStart"/>
      <w:r w:rsidRPr="00371943">
        <w:t>kavram</w:t>
      </w:r>
      <w:proofErr w:type="spellEnd"/>
      <w:r w:rsidRPr="00371943">
        <w:t xml:space="preserve"> </w:t>
      </w:r>
      <w:proofErr w:type="spellStart"/>
      <w:r w:rsidRPr="00371943">
        <w:t>olmaktan</w:t>
      </w:r>
      <w:proofErr w:type="spellEnd"/>
      <w:r w:rsidRPr="00371943">
        <w:t xml:space="preserve"> </w:t>
      </w:r>
      <w:proofErr w:type="spellStart"/>
      <w:r w:rsidRPr="00371943">
        <w:t>çıkarıp</w:t>
      </w:r>
      <w:proofErr w:type="spellEnd"/>
      <w:r w:rsidRPr="00371943">
        <w:t xml:space="preserve"> </w:t>
      </w:r>
      <w:proofErr w:type="spellStart"/>
      <w:r w:rsidRPr="00371943">
        <w:t>öğretmenin</w:t>
      </w:r>
      <w:proofErr w:type="spellEnd"/>
      <w:r w:rsidRPr="00371943">
        <w:t xml:space="preserve"> </w:t>
      </w:r>
      <w:proofErr w:type="spellStart"/>
      <w:r w:rsidRPr="00371943">
        <w:t>elinde</w:t>
      </w:r>
      <w:proofErr w:type="spellEnd"/>
      <w:r w:rsidRPr="00371943">
        <w:t xml:space="preserve"> </w:t>
      </w:r>
      <w:proofErr w:type="spellStart"/>
      <w:r w:rsidRPr="00371943">
        <w:t>somut</w:t>
      </w:r>
      <w:proofErr w:type="spellEnd"/>
      <w:r w:rsidRPr="00371943">
        <w:t xml:space="preserve">, </w:t>
      </w:r>
      <w:proofErr w:type="spellStart"/>
      <w:r w:rsidRPr="00371943">
        <w:t>uygulanabilir</w:t>
      </w:r>
      <w:proofErr w:type="spellEnd"/>
      <w:r w:rsidRPr="00371943">
        <w:t xml:space="preserve"> </w:t>
      </w:r>
      <w:proofErr w:type="spellStart"/>
      <w:r w:rsidRPr="00371943">
        <w:t>ve</w:t>
      </w:r>
      <w:proofErr w:type="spellEnd"/>
      <w:r w:rsidRPr="00371943">
        <w:t xml:space="preserve"> </w:t>
      </w:r>
      <w:proofErr w:type="spellStart"/>
      <w:r w:rsidRPr="00371943">
        <w:t>denetime</w:t>
      </w:r>
      <w:proofErr w:type="spellEnd"/>
      <w:r w:rsidRPr="00371943">
        <w:t xml:space="preserve"> </w:t>
      </w:r>
      <w:proofErr w:type="spellStart"/>
      <w:r w:rsidRPr="00371943">
        <w:t>hazır</w:t>
      </w:r>
      <w:proofErr w:type="spellEnd"/>
      <w:r w:rsidRPr="00371943">
        <w:t xml:space="preserve"> </w:t>
      </w:r>
      <w:proofErr w:type="spellStart"/>
      <w:r w:rsidRPr="00371943">
        <w:t>kanıtlara</w:t>
      </w:r>
      <w:proofErr w:type="spellEnd"/>
      <w:r w:rsidRPr="00371943">
        <w:t xml:space="preserve"> </w:t>
      </w:r>
      <w:proofErr w:type="spellStart"/>
      <w:r w:rsidRPr="00371943">
        <w:t>dönüştürmek</w:t>
      </w:r>
      <w:proofErr w:type="spellEnd"/>
      <w:r w:rsidRPr="00371943">
        <w:t xml:space="preserve"> </w:t>
      </w:r>
      <w:proofErr w:type="spellStart"/>
      <w:r w:rsidRPr="00371943">
        <w:t>için</w:t>
      </w:r>
      <w:proofErr w:type="spellEnd"/>
      <w:r w:rsidRPr="00371943">
        <w:t xml:space="preserve"> </w:t>
      </w:r>
      <w:proofErr w:type="spellStart"/>
      <w:r w:rsidRPr="00371943">
        <w:t>tasarlanmıştır</w:t>
      </w:r>
      <w:proofErr w:type="spellEnd"/>
      <w:r w:rsidRPr="00371943">
        <w:t xml:space="preserve">. Tek </w:t>
      </w:r>
      <w:proofErr w:type="spellStart"/>
      <w:r w:rsidRPr="00371943">
        <w:t>bir</w:t>
      </w:r>
      <w:proofErr w:type="spellEnd"/>
      <w:r w:rsidRPr="00371943">
        <w:t xml:space="preserve"> </w:t>
      </w:r>
      <w:proofErr w:type="spellStart"/>
      <w:r w:rsidRPr="00371943">
        <w:t>sınav</w:t>
      </w:r>
      <w:proofErr w:type="spellEnd"/>
      <w:r w:rsidRPr="00371943">
        <w:t xml:space="preserve"> </w:t>
      </w:r>
      <w:proofErr w:type="spellStart"/>
      <w:r w:rsidRPr="00371943">
        <w:t>anına</w:t>
      </w:r>
      <w:proofErr w:type="spellEnd"/>
      <w:r w:rsidRPr="00371943">
        <w:t xml:space="preserve"> </w:t>
      </w:r>
      <w:proofErr w:type="spellStart"/>
      <w:r w:rsidRPr="00371943">
        <w:t>dayanan</w:t>
      </w:r>
      <w:proofErr w:type="spellEnd"/>
      <w:r w:rsidRPr="00371943">
        <w:t xml:space="preserve"> </w:t>
      </w:r>
      <w:proofErr w:type="spellStart"/>
      <w:r w:rsidRPr="00371943">
        <w:t>değerlendirme</w:t>
      </w:r>
      <w:proofErr w:type="spellEnd"/>
      <w:r w:rsidRPr="00371943">
        <w:t xml:space="preserve"> </w:t>
      </w:r>
      <w:proofErr w:type="spellStart"/>
      <w:r w:rsidRPr="00371943">
        <w:t>yerine</w:t>
      </w:r>
      <w:proofErr w:type="spellEnd"/>
      <w:r w:rsidRPr="00371943">
        <w:t xml:space="preserve">; </w:t>
      </w:r>
      <w:proofErr w:type="spellStart"/>
      <w:r w:rsidRPr="00371943">
        <w:t>öğrencinin</w:t>
      </w:r>
      <w:proofErr w:type="spellEnd"/>
      <w:r w:rsidRPr="00371943">
        <w:t xml:space="preserve"> </w:t>
      </w:r>
      <w:proofErr w:type="spellStart"/>
      <w:r w:rsidRPr="00371943">
        <w:t>dil</w:t>
      </w:r>
      <w:proofErr w:type="spellEnd"/>
      <w:r w:rsidRPr="00371943">
        <w:t xml:space="preserve"> </w:t>
      </w:r>
      <w:proofErr w:type="spellStart"/>
      <w:r w:rsidRPr="00371943">
        <w:t>edinim</w:t>
      </w:r>
      <w:proofErr w:type="spellEnd"/>
      <w:r w:rsidRPr="00371943">
        <w:t xml:space="preserve"> </w:t>
      </w:r>
      <w:proofErr w:type="spellStart"/>
      <w:r w:rsidRPr="00371943">
        <w:t>sürecini</w:t>
      </w:r>
      <w:proofErr w:type="spellEnd"/>
      <w:r w:rsidRPr="00371943">
        <w:t xml:space="preserve"> </w:t>
      </w:r>
      <w:proofErr w:type="spellStart"/>
      <w:r w:rsidRPr="00371943">
        <w:t>yıl</w:t>
      </w:r>
      <w:proofErr w:type="spellEnd"/>
      <w:r w:rsidRPr="00371943">
        <w:t xml:space="preserve"> </w:t>
      </w:r>
      <w:proofErr w:type="spellStart"/>
      <w:r w:rsidRPr="00371943">
        <w:t>boyunca</w:t>
      </w:r>
      <w:proofErr w:type="spellEnd"/>
      <w:r w:rsidRPr="00371943">
        <w:t xml:space="preserve"> </w:t>
      </w:r>
      <w:proofErr w:type="spellStart"/>
      <w:r w:rsidRPr="00371943">
        <w:t>gözlemlenebilir</w:t>
      </w:r>
      <w:proofErr w:type="spellEnd"/>
      <w:r w:rsidRPr="00371943">
        <w:t xml:space="preserve">, </w:t>
      </w:r>
      <w:proofErr w:type="spellStart"/>
      <w:r w:rsidRPr="00371943">
        <w:t>belgelenebilir</w:t>
      </w:r>
      <w:proofErr w:type="spellEnd"/>
      <w:r w:rsidRPr="00371943">
        <w:t xml:space="preserve"> </w:t>
      </w:r>
      <w:proofErr w:type="spellStart"/>
      <w:r w:rsidRPr="00371943">
        <w:t>ve</w:t>
      </w:r>
      <w:proofErr w:type="spellEnd"/>
      <w:r w:rsidRPr="00371943">
        <w:t xml:space="preserve"> </w:t>
      </w:r>
      <w:proofErr w:type="spellStart"/>
      <w:r w:rsidRPr="00371943">
        <w:t>veliyle</w:t>
      </w:r>
      <w:proofErr w:type="spellEnd"/>
      <w:r w:rsidRPr="00371943">
        <w:t xml:space="preserve"> </w:t>
      </w:r>
      <w:proofErr w:type="spellStart"/>
      <w:r w:rsidRPr="00371943">
        <w:t>şeffaf</w:t>
      </w:r>
      <w:proofErr w:type="spellEnd"/>
      <w:r w:rsidRPr="00371943">
        <w:t xml:space="preserve"> </w:t>
      </w:r>
      <w:proofErr w:type="spellStart"/>
      <w:r w:rsidRPr="00371943">
        <w:t>şekilde</w:t>
      </w:r>
      <w:proofErr w:type="spellEnd"/>
      <w:r w:rsidRPr="00371943">
        <w:t xml:space="preserve"> </w:t>
      </w:r>
      <w:proofErr w:type="spellStart"/>
      <w:r w:rsidRPr="00371943">
        <w:t>paylaşılabilir</w:t>
      </w:r>
      <w:proofErr w:type="spellEnd"/>
      <w:r w:rsidRPr="00371943">
        <w:t xml:space="preserve"> hale </w:t>
      </w:r>
      <w:proofErr w:type="spellStart"/>
      <w:r w:rsidRPr="00371943">
        <w:t>getirir</w:t>
      </w:r>
      <w:proofErr w:type="spellEnd"/>
      <w:r w:rsidRPr="00371943">
        <w:t xml:space="preserve">. </w:t>
      </w:r>
      <w:proofErr w:type="spellStart"/>
      <w:r w:rsidRPr="00371943">
        <w:t>Öğretmene</w:t>
      </w:r>
      <w:proofErr w:type="spellEnd"/>
      <w:r w:rsidRPr="00371943">
        <w:t xml:space="preserve"> hem </w:t>
      </w:r>
      <w:proofErr w:type="spellStart"/>
      <w:r w:rsidRPr="00371943">
        <w:t>günlük</w:t>
      </w:r>
      <w:proofErr w:type="spellEnd"/>
      <w:r w:rsidRPr="00371943">
        <w:t xml:space="preserve"> </w:t>
      </w:r>
      <w:proofErr w:type="spellStart"/>
      <w:r w:rsidRPr="00371943">
        <w:t>sınıf</w:t>
      </w:r>
      <w:proofErr w:type="spellEnd"/>
      <w:r w:rsidRPr="00371943">
        <w:t xml:space="preserve"> </w:t>
      </w:r>
      <w:proofErr w:type="spellStart"/>
      <w:r w:rsidRPr="00371943">
        <w:t>içi</w:t>
      </w:r>
      <w:proofErr w:type="spellEnd"/>
      <w:r w:rsidRPr="00371943">
        <w:t xml:space="preserve"> </w:t>
      </w:r>
      <w:proofErr w:type="spellStart"/>
      <w:r w:rsidRPr="00371943">
        <w:t>takip</w:t>
      </w:r>
      <w:proofErr w:type="spellEnd"/>
      <w:r w:rsidRPr="00371943">
        <w:t xml:space="preserve"> </w:t>
      </w:r>
      <w:proofErr w:type="spellStart"/>
      <w:r w:rsidRPr="00371943">
        <w:t>için</w:t>
      </w:r>
      <w:proofErr w:type="spellEnd"/>
      <w:r w:rsidRPr="00371943">
        <w:t xml:space="preserve"> </w:t>
      </w:r>
      <w:proofErr w:type="spellStart"/>
      <w:r w:rsidRPr="00371943">
        <w:t>pratik</w:t>
      </w:r>
      <w:proofErr w:type="spellEnd"/>
      <w:r w:rsidRPr="00371943">
        <w:t xml:space="preserve"> </w:t>
      </w:r>
      <w:proofErr w:type="spellStart"/>
      <w:r w:rsidRPr="00371943">
        <w:t>araçlar</w:t>
      </w:r>
      <w:proofErr w:type="spellEnd"/>
      <w:r w:rsidRPr="00371943">
        <w:t xml:space="preserve"> (</w:t>
      </w:r>
      <w:proofErr w:type="spellStart"/>
      <w:r w:rsidRPr="00371943">
        <w:t>gözlem</w:t>
      </w:r>
      <w:proofErr w:type="spellEnd"/>
      <w:r w:rsidRPr="00371943">
        <w:t xml:space="preserve"> </w:t>
      </w:r>
      <w:proofErr w:type="spellStart"/>
      <w:r w:rsidRPr="00371943">
        <w:t>logları</w:t>
      </w:r>
      <w:proofErr w:type="spellEnd"/>
      <w:r w:rsidRPr="00371943">
        <w:t xml:space="preserve">, </w:t>
      </w:r>
      <w:proofErr w:type="spellStart"/>
      <w:r w:rsidRPr="00371943">
        <w:t>rubrikler</w:t>
      </w:r>
      <w:proofErr w:type="spellEnd"/>
      <w:r w:rsidRPr="00371943">
        <w:t xml:space="preserve">) hem de </w:t>
      </w:r>
      <w:proofErr w:type="spellStart"/>
      <w:r w:rsidRPr="00371943">
        <w:t>dönem</w:t>
      </w:r>
      <w:proofErr w:type="spellEnd"/>
      <w:r w:rsidRPr="00371943">
        <w:t xml:space="preserve"> </w:t>
      </w:r>
      <w:proofErr w:type="spellStart"/>
      <w:r w:rsidRPr="00371943">
        <w:t>sonunda</w:t>
      </w:r>
      <w:proofErr w:type="spellEnd"/>
      <w:r w:rsidRPr="00371943">
        <w:t xml:space="preserve"> </w:t>
      </w:r>
      <w:proofErr w:type="spellStart"/>
      <w:r w:rsidRPr="00371943">
        <w:t>resmi</w:t>
      </w:r>
      <w:proofErr w:type="spellEnd"/>
      <w:r w:rsidRPr="00371943">
        <w:t xml:space="preserve"> not </w:t>
      </w:r>
      <w:proofErr w:type="spellStart"/>
      <w:r w:rsidRPr="00371943">
        <w:t>sistemine</w:t>
      </w:r>
      <w:proofErr w:type="spellEnd"/>
      <w:r w:rsidRPr="00371943">
        <w:t xml:space="preserve"> (e-Okul) </w:t>
      </w:r>
      <w:proofErr w:type="spellStart"/>
      <w:r w:rsidRPr="00371943">
        <w:t>adil</w:t>
      </w:r>
      <w:proofErr w:type="spellEnd"/>
      <w:r w:rsidRPr="00371943">
        <w:t xml:space="preserve"> </w:t>
      </w:r>
      <w:proofErr w:type="spellStart"/>
      <w:r w:rsidRPr="00371943">
        <w:t>ve</w:t>
      </w:r>
      <w:proofErr w:type="spellEnd"/>
      <w:r w:rsidRPr="00371943">
        <w:t xml:space="preserve"> </w:t>
      </w:r>
      <w:proofErr w:type="spellStart"/>
      <w:r w:rsidRPr="00371943">
        <w:t>gerekçelendirilebilir</w:t>
      </w:r>
      <w:proofErr w:type="spellEnd"/>
      <w:r w:rsidRPr="00371943">
        <w:t xml:space="preserve"> </w:t>
      </w:r>
      <w:proofErr w:type="spellStart"/>
      <w:r w:rsidRPr="00371943">
        <w:t>şekilde</w:t>
      </w:r>
      <w:proofErr w:type="spellEnd"/>
      <w:r w:rsidRPr="00371943">
        <w:t xml:space="preserve"> </w:t>
      </w:r>
      <w:proofErr w:type="spellStart"/>
      <w:r w:rsidRPr="00371943">
        <w:t>geçiş</w:t>
      </w:r>
      <w:proofErr w:type="spellEnd"/>
      <w:r w:rsidRPr="00371943">
        <w:t xml:space="preserve"> </w:t>
      </w:r>
      <w:proofErr w:type="spellStart"/>
      <w:r w:rsidRPr="00371943">
        <w:t>yapma</w:t>
      </w:r>
      <w:proofErr w:type="spellEnd"/>
      <w:r w:rsidRPr="00371943">
        <w:t xml:space="preserve"> </w:t>
      </w:r>
      <w:proofErr w:type="spellStart"/>
      <w:r w:rsidRPr="00371943">
        <w:t>imkânı</w:t>
      </w:r>
      <w:proofErr w:type="spellEnd"/>
      <w:r w:rsidRPr="00371943">
        <w:t xml:space="preserve"> </w:t>
      </w:r>
      <w:proofErr w:type="spellStart"/>
      <w:r w:rsidRPr="00371943">
        <w:t>sunar</w:t>
      </w:r>
      <w:proofErr w:type="spellEnd"/>
      <w:r w:rsidRPr="00371943">
        <w:t>.</w:t>
      </w:r>
    </w:p>
    <w:p w14:paraId="3DECA114" w14:textId="04D43013" w:rsidR="00371943" w:rsidRPr="00371943" w:rsidRDefault="00371943" w:rsidP="00371943">
      <w:r w:rsidRPr="00371943">
        <w:rPr>
          <w:b/>
          <w:bCs/>
        </w:rPr>
        <w:t xml:space="preserve">2. </w:t>
      </w:r>
      <w:proofErr w:type="spellStart"/>
      <w:r w:rsidRPr="00371943">
        <w:rPr>
          <w:b/>
          <w:bCs/>
        </w:rPr>
        <w:t>Bölüm</w:t>
      </w:r>
      <w:proofErr w:type="spellEnd"/>
      <w:r w:rsidRPr="00371943">
        <w:rPr>
          <w:b/>
          <w:bCs/>
        </w:rPr>
        <w:t xml:space="preserve"> </w:t>
      </w:r>
      <w:proofErr w:type="spellStart"/>
      <w:r w:rsidRPr="00371943">
        <w:rPr>
          <w:b/>
          <w:bCs/>
        </w:rPr>
        <w:t>Bölüm</w:t>
      </w:r>
      <w:proofErr w:type="spellEnd"/>
      <w:r w:rsidRPr="00371943">
        <w:rPr>
          <w:b/>
          <w:bCs/>
        </w:rPr>
        <w:t xml:space="preserve"> </w:t>
      </w:r>
      <w:proofErr w:type="spellStart"/>
      <w:r w:rsidRPr="00371943">
        <w:rPr>
          <w:b/>
          <w:bCs/>
        </w:rPr>
        <w:t>Nasıl</w:t>
      </w:r>
      <w:proofErr w:type="spellEnd"/>
      <w:r w:rsidRPr="00371943">
        <w:rPr>
          <w:b/>
          <w:bCs/>
        </w:rPr>
        <w:t xml:space="preserve"> Kullanılır?</w:t>
      </w:r>
    </w:p>
    <w:p w14:paraId="39EC605F" w14:textId="77777777" w:rsidR="00371943" w:rsidRPr="00371943" w:rsidRDefault="00371943" w:rsidP="00371943">
      <w:r w:rsidRPr="00371943">
        <w:rPr>
          <w:b/>
          <w:bCs/>
        </w:rPr>
        <w:t xml:space="preserve">KISIM I – </w:t>
      </w:r>
      <w:proofErr w:type="spellStart"/>
      <w:r w:rsidRPr="00371943">
        <w:rPr>
          <w:b/>
          <w:bCs/>
        </w:rPr>
        <w:t>Öğretmen</w:t>
      </w:r>
      <w:proofErr w:type="spellEnd"/>
      <w:r w:rsidRPr="00371943">
        <w:rPr>
          <w:b/>
          <w:bCs/>
        </w:rPr>
        <w:t xml:space="preserve"> </w:t>
      </w:r>
      <w:proofErr w:type="spellStart"/>
      <w:r w:rsidRPr="00371943">
        <w:rPr>
          <w:b/>
          <w:bCs/>
        </w:rPr>
        <w:t>Belgeleri</w:t>
      </w:r>
      <w:proofErr w:type="spellEnd"/>
    </w:p>
    <w:p w14:paraId="3C39E9C3"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1:</w:t>
      </w:r>
      <w:r w:rsidRPr="00371943">
        <w:t xml:space="preserve"> </w:t>
      </w:r>
      <w:proofErr w:type="spellStart"/>
      <w:r w:rsidRPr="00371943">
        <w:t>Yıl</w:t>
      </w:r>
      <w:proofErr w:type="spellEnd"/>
      <w:r w:rsidRPr="00371943">
        <w:t xml:space="preserve"> </w:t>
      </w:r>
      <w:proofErr w:type="spellStart"/>
      <w:r w:rsidRPr="00371943">
        <w:t>başında</w:t>
      </w:r>
      <w:proofErr w:type="spellEnd"/>
      <w:r w:rsidRPr="00371943">
        <w:t xml:space="preserve"> </w:t>
      </w:r>
      <w:proofErr w:type="spellStart"/>
      <w:r w:rsidRPr="00371943">
        <w:t>bir</w:t>
      </w:r>
      <w:proofErr w:type="spellEnd"/>
      <w:r w:rsidRPr="00371943">
        <w:t xml:space="preserve"> </w:t>
      </w:r>
      <w:proofErr w:type="spellStart"/>
      <w:r w:rsidRPr="00371943">
        <w:t>kez</w:t>
      </w:r>
      <w:proofErr w:type="spellEnd"/>
      <w:r w:rsidRPr="00371943">
        <w:t xml:space="preserve"> </w:t>
      </w:r>
      <w:proofErr w:type="spellStart"/>
      <w:r w:rsidRPr="00371943">
        <w:t>okunur</w:t>
      </w:r>
      <w:proofErr w:type="spellEnd"/>
      <w:r w:rsidRPr="00371943">
        <w:t xml:space="preserve">; </w:t>
      </w:r>
      <w:proofErr w:type="spellStart"/>
      <w:r w:rsidRPr="00371943">
        <w:t>TYMM'nin</w:t>
      </w:r>
      <w:proofErr w:type="spellEnd"/>
      <w:r w:rsidRPr="00371943">
        <w:t xml:space="preserve"> </w:t>
      </w:r>
      <w:proofErr w:type="spellStart"/>
      <w:r w:rsidRPr="00371943">
        <w:t>temel</w:t>
      </w:r>
      <w:proofErr w:type="spellEnd"/>
      <w:r w:rsidRPr="00371943">
        <w:t xml:space="preserve"> </w:t>
      </w:r>
      <w:proofErr w:type="spellStart"/>
      <w:r w:rsidRPr="00371943">
        <w:t>ilkelerini</w:t>
      </w:r>
      <w:proofErr w:type="spellEnd"/>
      <w:r w:rsidRPr="00371943">
        <w:t xml:space="preserve"> </w:t>
      </w:r>
      <w:proofErr w:type="spellStart"/>
      <w:r w:rsidRPr="00371943">
        <w:t>hatırlatır</w:t>
      </w:r>
      <w:proofErr w:type="spellEnd"/>
      <w:r w:rsidRPr="00371943">
        <w:t>.</w:t>
      </w:r>
    </w:p>
    <w:p w14:paraId="14C9C219"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2:</w:t>
      </w:r>
      <w:r w:rsidRPr="00371943">
        <w:t xml:space="preserve"> </w:t>
      </w:r>
      <w:proofErr w:type="spellStart"/>
      <w:r w:rsidRPr="00371943">
        <w:t>Dönem</w:t>
      </w:r>
      <w:proofErr w:type="spellEnd"/>
      <w:r w:rsidRPr="00371943">
        <w:t xml:space="preserve"> </w:t>
      </w:r>
      <w:proofErr w:type="spellStart"/>
      <w:r w:rsidRPr="00371943">
        <w:t>içinde</w:t>
      </w:r>
      <w:proofErr w:type="spellEnd"/>
      <w:r w:rsidRPr="00371943">
        <w:t xml:space="preserve"> </w:t>
      </w:r>
      <w:proofErr w:type="spellStart"/>
      <w:r w:rsidRPr="00371943">
        <w:t>belirli</w:t>
      </w:r>
      <w:proofErr w:type="spellEnd"/>
      <w:r w:rsidRPr="00371943">
        <w:t xml:space="preserve"> </w:t>
      </w:r>
      <w:proofErr w:type="spellStart"/>
      <w:r w:rsidRPr="00371943">
        <w:t>aralıklarla</w:t>
      </w:r>
      <w:proofErr w:type="spellEnd"/>
      <w:r w:rsidRPr="00371943">
        <w:t xml:space="preserve"> (</w:t>
      </w:r>
      <w:proofErr w:type="spellStart"/>
      <w:r w:rsidRPr="00371943">
        <w:t>örn</w:t>
      </w:r>
      <w:proofErr w:type="spellEnd"/>
      <w:r w:rsidRPr="00371943">
        <w:t xml:space="preserve">. her ay) </w:t>
      </w:r>
      <w:proofErr w:type="spellStart"/>
      <w:r w:rsidRPr="00371943">
        <w:t>doldurulup</w:t>
      </w:r>
      <w:proofErr w:type="spellEnd"/>
      <w:r w:rsidRPr="00371943">
        <w:t xml:space="preserve"> </w:t>
      </w:r>
      <w:proofErr w:type="spellStart"/>
      <w:r w:rsidRPr="00371943">
        <w:t>öğretmen</w:t>
      </w:r>
      <w:proofErr w:type="spellEnd"/>
      <w:r w:rsidRPr="00371943">
        <w:t xml:space="preserve"> </w:t>
      </w:r>
      <w:proofErr w:type="spellStart"/>
      <w:r w:rsidRPr="00371943">
        <w:t>dosyasında</w:t>
      </w:r>
      <w:proofErr w:type="spellEnd"/>
      <w:r w:rsidRPr="00371943">
        <w:t xml:space="preserve"> </w:t>
      </w:r>
      <w:proofErr w:type="spellStart"/>
      <w:r w:rsidRPr="00371943">
        <w:t>saklanır</w:t>
      </w:r>
      <w:proofErr w:type="spellEnd"/>
      <w:r w:rsidRPr="00371943">
        <w:t>.</w:t>
      </w:r>
    </w:p>
    <w:p w14:paraId="1B27EDE9"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3:</w:t>
      </w:r>
      <w:r w:rsidRPr="00371943">
        <w:t xml:space="preserve"> Her </w:t>
      </w:r>
      <w:proofErr w:type="spellStart"/>
      <w:r w:rsidRPr="00371943">
        <w:t>veli</w:t>
      </w:r>
      <w:proofErr w:type="spellEnd"/>
      <w:r w:rsidRPr="00371943">
        <w:t xml:space="preserve"> </w:t>
      </w:r>
      <w:proofErr w:type="spellStart"/>
      <w:r w:rsidRPr="00371943">
        <w:t>görüşmesinde</w:t>
      </w:r>
      <w:proofErr w:type="spellEnd"/>
      <w:r w:rsidRPr="00371943">
        <w:t xml:space="preserve"> </w:t>
      </w:r>
      <w:proofErr w:type="spellStart"/>
      <w:r w:rsidRPr="00371943">
        <w:t>doldurulur</w:t>
      </w:r>
      <w:proofErr w:type="spellEnd"/>
      <w:r w:rsidRPr="00371943">
        <w:t xml:space="preserve">, </w:t>
      </w:r>
      <w:proofErr w:type="spellStart"/>
      <w:r w:rsidRPr="00371943">
        <w:t>imzalanır</w:t>
      </w:r>
      <w:proofErr w:type="spellEnd"/>
      <w:r w:rsidRPr="00371943">
        <w:t xml:space="preserve"> </w:t>
      </w:r>
      <w:proofErr w:type="spellStart"/>
      <w:r w:rsidRPr="00371943">
        <w:t>ve</w:t>
      </w:r>
      <w:proofErr w:type="spellEnd"/>
      <w:r w:rsidRPr="00371943">
        <w:t xml:space="preserve"> </w:t>
      </w:r>
      <w:proofErr w:type="spellStart"/>
      <w:r w:rsidRPr="00371943">
        <w:t>öğrenci</w:t>
      </w:r>
      <w:proofErr w:type="spellEnd"/>
      <w:r w:rsidRPr="00371943">
        <w:t xml:space="preserve"> </w:t>
      </w:r>
      <w:proofErr w:type="spellStart"/>
      <w:r w:rsidRPr="00371943">
        <w:t>gelişim</w:t>
      </w:r>
      <w:proofErr w:type="spellEnd"/>
      <w:r w:rsidRPr="00371943">
        <w:t xml:space="preserve"> </w:t>
      </w:r>
      <w:proofErr w:type="spellStart"/>
      <w:r w:rsidRPr="00371943">
        <w:t>klasörüne</w:t>
      </w:r>
      <w:proofErr w:type="spellEnd"/>
      <w:r w:rsidRPr="00371943">
        <w:t xml:space="preserve"> </w:t>
      </w:r>
      <w:proofErr w:type="spellStart"/>
      <w:r w:rsidRPr="00371943">
        <w:t>eklenir</w:t>
      </w:r>
      <w:proofErr w:type="spellEnd"/>
      <w:r w:rsidRPr="00371943">
        <w:t>.</w:t>
      </w:r>
    </w:p>
    <w:p w14:paraId="65DEB94B"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4:</w:t>
      </w:r>
      <w:r w:rsidRPr="00371943">
        <w:t xml:space="preserve"> Ders </w:t>
      </w:r>
      <w:proofErr w:type="spellStart"/>
      <w:r w:rsidRPr="00371943">
        <w:t>içi</w:t>
      </w:r>
      <w:proofErr w:type="spellEnd"/>
      <w:r w:rsidRPr="00371943">
        <w:t xml:space="preserve"> </w:t>
      </w:r>
      <w:proofErr w:type="spellStart"/>
      <w:r w:rsidRPr="00371943">
        <w:t>etkinliklerde</w:t>
      </w:r>
      <w:proofErr w:type="spellEnd"/>
      <w:r w:rsidRPr="00371943">
        <w:t xml:space="preserve"> (</w:t>
      </w:r>
      <w:proofErr w:type="spellStart"/>
      <w:r w:rsidRPr="00371943">
        <w:t>ikili</w:t>
      </w:r>
      <w:proofErr w:type="spellEnd"/>
      <w:r w:rsidRPr="00371943">
        <w:t>/</w:t>
      </w:r>
      <w:proofErr w:type="spellStart"/>
      <w:r w:rsidRPr="00371943">
        <w:t>grup</w:t>
      </w:r>
      <w:proofErr w:type="spellEnd"/>
      <w:r w:rsidRPr="00371943">
        <w:t xml:space="preserve"> </w:t>
      </w:r>
      <w:proofErr w:type="spellStart"/>
      <w:r w:rsidRPr="00371943">
        <w:t>çalışmaları</w:t>
      </w:r>
      <w:proofErr w:type="spellEnd"/>
      <w:r w:rsidRPr="00371943">
        <w:t xml:space="preserve">) 10 </w:t>
      </w:r>
      <w:proofErr w:type="spellStart"/>
      <w:r w:rsidRPr="00371943">
        <w:t>gelişim</w:t>
      </w:r>
      <w:proofErr w:type="spellEnd"/>
      <w:r w:rsidRPr="00371943">
        <w:t xml:space="preserve"> </w:t>
      </w:r>
      <w:proofErr w:type="spellStart"/>
      <w:r w:rsidRPr="00371943">
        <w:t>alanı</w:t>
      </w:r>
      <w:proofErr w:type="spellEnd"/>
      <w:r w:rsidRPr="00371943">
        <w:t xml:space="preserve"> </w:t>
      </w:r>
      <w:proofErr w:type="spellStart"/>
      <w:r w:rsidRPr="00371943">
        <w:t>için</w:t>
      </w:r>
      <w:proofErr w:type="spellEnd"/>
      <w:r w:rsidRPr="00371943">
        <w:t xml:space="preserve"> </w:t>
      </w:r>
      <w:proofErr w:type="spellStart"/>
      <w:r w:rsidRPr="00371943">
        <w:t>anlık</w:t>
      </w:r>
      <w:proofErr w:type="spellEnd"/>
      <w:r w:rsidRPr="00371943">
        <w:t xml:space="preserve"> </w:t>
      </w:r>
      <w:proofErr w:type="spellStart"/>
      <w:r w:rsidRPr="00371943">
        <w:t>sembollerle</w:t>
      </w:r>
      <w:proofErr w:type="spellEnd"/>
      <w:r w:rsidRPr="00371943">
        <w:t xml:space="preserve"> (</w:t>
      </w:r>
      <w:r w:rsidRPr="00371943">
        <w:rPr>
          <w:rFonts w:ascii="Segoe UI Symbol" w:hAnsi="Segoe UI Symbol" w:cs="Segoe UI Symbol"/>
        </w:rPr>
        <w:t>★✔✚❢</w:t>
      </w:r>
      <w:r w:rsidRPr="00371943">
        <w:t xml:space="preserve">) </w:t>
      </w:r>
      <w:proofErr w:type="spellStart"/>
      <w:r w:rsidRPr="00371943">
        <w:t>i</w:t>
      </w:r>
      <w:r w:rsidRPr="00371943">
        <w:rPr>
          <w:rFonts w:ascii="Cambria" w:hAnsi="Cambria" w:cs="Cambria"/>
        </w:rPr>
        <w:t>ş</w:t>
      </w:r>
      <w:r w:rsidRPr="00371943">
        <w:t>aretlenir</w:t>
      </w:r>
      <w:proofErr w:type="spellEnd"/>
      <w:r w:rsidRPr="00371943">
        <w:t xml:space="preserve">; </w:t>
      </w:r>
      <w:proofErr w:type="spellStart"/>
      <w:r w:rsidRPr="00371943">
        <w:t>yatay</w:t>
      </w:r>
      <w:proofErr w:type="spellEnd"/>
      <w:r w:rsidRPr="00371943">
        <w:t xml:space="preserve"> (landscape) </w:t>
      </w:r>
      <w:proofErr w:type="spellStart"/>
      <w:r w:rsidRPr="00371943">
        <w:t>formattad</w:t>
      </w:r>
      <w:r w:rsidRPr="00371943">
        <w:rPr>
          <w:rFonts w:ascii="Cambria" w:hAnsi="Cambria" w:cs="Cambria"/>
        </w:rPr>
        <w:t>ı</w:t>
      </w:r>
      <w:r w:rsidRPr="00371943">
        <w:t>r</w:t>
      </w:r>
      <w:proofErr w:type="spellEnd"/>
      <w:r w:rsidRPr="00371943">
        <w:t>.</w:t>
      </w:r>
    </w:p>
    <w:p w14:paraId="2C774E2F"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5 (</w:t>
      </w:r>
      <w:proofErr w:type="spellStart"/>
      <w:r w:rsidRPr="00371943">
        <w:rPr>
          <w:b/>
          <w:bCs/>
        </w:rPr>
        <w:t>Opsiyonel</w:t>
      </w:r>
      <w:proofErr w:type="spellEnd"/>
      <w:r w:rsidRPr="00371943">
        <w:rPr>
          <w:b/>
          <w:bCs/>
        </w:rPr>
        <w:t>):</w:t>
      </w:r>
      <w:r w:rsidRPr="00371943">
        <w:t xml:space="preserve"> Her </w:t>
      </w:r>
      <w:proofErr w:type="spellStart"/>
      <w:r w:rsidRPr="00371943">
        <w:t>öğrenci</w:t>
      </w:r>
      <w:proofErr w:type="spellEnd"/>
      <w:r w:rsidRPr="00371943">
        <w:t xml:space="preserve"> </w:t>
      </w:r>
      <w:proofErr w:type="spellStart"/>
      <w:r w:rsidRPr="00371943">
        <w:t>için</w:t>
      </w:r>
      <w:proofErr w:type="spellEnd"/>
      <w:r w:rsidRPr="00371943">
        <w:t xml:space="preserve"> </w:t>
      </w:r>
      <w:proofErr w:type="spellStart"/>
      <w:r w:rsidRPr="00371943">
        <w:t>ayrı</w:t>
      </w:r>
      <w:proofErr w:type="spellEnd"/>
      <w:r w:rsidRPr="00371943">
        <w:t xml:space="preserve"> </w:t>
      </w:r>
      <w:proofErr w:type="spellStart"/>
      <w:r w:rsidRPr="00371943">
        <w:t>saklanır</w:t>
      </w:r>
      <w:proofErr w:type="spellEnd"/>
      <w:r w:rsidRPr="00371943">
        <w:t xml:space="preserve">; 8 </w:t>
      </w:r>
      <w:proofErr w:type="spellStart"/>
      <w:r w:rsidRPr="00371943">
        <w:t>tema</w:t>
      </w:r>
      <w:proofErr w:type="spellEnd"/>
      <w:r w:rsidRPr="00371943">
        <w:t xml:space="preserve"> </w:t>
      </w:r>
      <w:proofErr w:type="spellStart"/>
      <w:r w:rsidRPr="00371943">
        <w:t>boyunca</w:t>
      </w:r>
      <w:proofErr w:type="spellEnd"/>
      <w:r w:rsidRPr="00371943">
        <w:t xml:space="preserve"> </w:t>
      </w:r>
      <w:proofErr w:type="spellStart"/>
      <w:r w:rsidRPr="00371943">
        <w:t>aynı</w:t>
      </w:r>
      <w:proofErr w:type="spellEnd"/>
      <w:r w:rsidRPr="00371943">
        <w:t xml:space="preserve"> kart </w:t>
      </w:r>
      <w:proofErr w:type="spellStart"/>
      <w:r w:rsidRPr="00371943">
        <w:t>üzerinde</w:t>
      </w:r>
      <w:proofErr w:type="spellEnd"/>
      <w:r w:rsidRPr="00371943">
        <w:t xml:space="preserve"> </w:t>
      </w:r>
      <w:proofErr w:type="spellStart"/>
      <w:r w:rsidRPr="00371943">
        <w:t>gelişim</w:t>
      </w:r>
      <w:proofErr w:type="spellEnd"/>
      <w:r w:rsidRPr="00371943">
        <w:t xml:space="preserve"> </w:t>
      </w:r>
      <w:proofErr w:type="spellStart"/>
      <w:r w:rsidRPr="00371943">
        <w:t>izlenir</w:t>
      </w:r>
      <w:proofErr w:type="spellEnd"/>
      <w:r w:rsidRPr="00371943">
        <w:t>.</w:t>
      </w:r>
    </w:p>
    <w:p w14:paraId="77FF360A"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6:</w:t>
      </w:r>
      <w:r w:rsidRPr="00371943">
        <w:t xml:space="preserve"> </w:t>
      </w:r>
      <w:proofErr w:type="spellStart"/>
      <w:r w:rsidRPr="00371943">
        <w:t>Sembollerin</w:t>
      </w:r>
      <w:proofErr w:type="spellEnd"/>
      <w:r w:rsidRPr="00371943">
        <w:t xml:space="preserve"> ne </w:t>
      </w:r>
      <w:proofErr w:type="spellStart"/>
      <w:r w:rsidRPr="00371943">
        <w:t>anlama</w:t>
      </w:r>
      <w:proofErr w:type="spellEnd"/>
      <w:r w:rsidRPr="00371943">
        <w:t xml:space="preserve"> </w:t>
      </w:r>
      <w:proofErr w:type="spellStart"/>
      <w:r w:rsidRPr="00371943">
        <w:t>geldiğini</w:t>
      </w:r>
      <w:proofErr w:type="spellEnd"/>
      <w:r w:rsidRPr="00371943">
        <w:t xml:space="preserve"> </w:t>
      </w:r>
      <w:proofErr w:type="spellStart"/>
      <w:r w:rsidRPr="00371943">
        <w:t>açıklayan</w:t>
      </w:r>
      <w:proofErr w:type="spellEnd"/>
      <w:r w:rsidRPr="00371943">
        <w:t xml:space="preserve"> </w:t>
      </w:r>
      <w:proofErr w:type="spellStart"/>
      <w:r w:rsidRPr="00371943">
        <w:t>referans</w:t>
      </w:r>
      <w:proofErr w:type="spellEnd"/>
      <w:r w:rsidRPr="00371943">
        <w:t xml:space="preserve"> </w:t>
      </w:r>
      <w:proofErr w:type="spellStart"/>
      <w:r w:rsidRPr="00371943">
        <w:t>rubriktir</w:t>
      </w:r>
      <w:proofErr w:type="spellEnd"/>
      <w:r w:rsidRPr="00371943">
        <w:t xml:space="preserve">; </w:t>
      </w:r>
      <w:proofErr w:type="spellStart"/>
      <w:r w:rsidRPr="00371943">
        <w:t>gözlem</w:t>
      </w:r>
      <w:proofErr w:type="spellEnd"/>
      <w:r w:rsidRPr="00371943">
        <w:t xml:space="preserve"> </w:t>
      </w:r>
      <w:proofErr w:type="spellStart"/>
      <w:r w:rsidRPr="00371943">
        <w:t>yaparken</w:t>
      </w:r>
      <w:proofErr w:type="spellEnd"/>
      <w:r w:rsidRPr="00371943">
        <w:t xml:space="preserve"> </w:t>
      </w:r>
      <w:proofErr w:type="spellStart"/>
      <w:r w:rsidRPr="00371943">
        <w:t>yanınızda</w:t>
      </w:r>
      <w:proofErr w:type="spellEnd"/>
      <w:r w:rsidRPr="00371943">
        <w:t xml:space="preserve"> </w:t>
      </w:r>
      <w:proofErr w:type="spellStart"/>
      <w:r w:rsidRPr="00371943">
        <w:t>bulundurun</w:t>
      </w:r>
      <w:proofErr w:type="spellEnd"/>
      <w:r w:rsidRPr="00371943">
        <w:t>.</w:t>
      </w:r>
    </w:p>
    <w:p w14:paraId="14C91D17"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7:</w:t>
      </w:r>
      <w:r w:rsidRPr="00371943">
        <w:t xml:space="preserve"> </w:t>
      </w:r>
      <w:proofErr w:type="spellStart"/>
      <w:r w:rsidRPr="00371943">
        <w:t>Sembolü</w:t>
      </w:r>
      <w:proofErr w:type="spellEnd"/>
      <w:r w:rsidRPr="00371943">
        <w:t xml:space="preserve"> </w:t>
      </w:r>
      <w:r w:rsidRPr="00371943">
        <w:rPr>
          <w:rFonts w:ascii="Segoe UI Symbol" w:hAnsi="Segoe UI Symbol" w:cs="Segoe UI Symbol"/>
        </w:rPr>
        <w:t>❢</w:t>
      </w:r>
      <w:r w:rsidRPr="00371943">
        <w:t xml:space="preserve"> (</w:t>
      </w:r>
      <w:proofErr w:type="spellStart"/>
      <w:r w:rsidRPr="00371943">
        <w:t>destek</w:t>
      </w:r>
      <w:proofErr w:type="spellEnd"/>
      <w:r w:rsidRPr="00371943">
        <w:t xml:space="preserve"> </w:t>
      </w:r>
      <w:proofErr w:type="spellStart"/>
      <w:r w:rsidRPr="00371943">
        <w:t>gereken</w:t>
      </w:r>
      <w:proofErr w:type="spellEnd"/>
      <w:r w:rsidRPr="00371943">
        <w:t xml:space="preserve">) </w:t>
      </w:r>
      <w:proofErr w:type="spellStart"/>
      <w:r w:rsidRPr="00371943">
        <w:t>olan</w:t>
      </w:r>
      <w:proofErr w:type="spellEnd"/>
      <w:r w:rsidRPr="00371943">
        <w:t xml:space="preserve"> </w:t>
      </w:r>
      <w:proofErr w:type="spellStart"/>
      <w:r w:rsidRPr="00371943">
        <w:rPr>
          <w:rFonts w:ascii="Cambria" w:hAnsi="Cambria" w:cs="Cambria"/>
        </w:rPr>
        <w:t>öğ</w:t>
      </w:r>
      <w:r w:rsidRPr="00371943">
        <w:t>renciler</w:t>
      </w:r>
      <w:proofErr w:type="spellEnd"/>
      <w:r w:rsidRPr="00371943">
        <w:t xml:space="preserve"> </w:t>
      </w:r>
      <w:proofErr w:type="spellStart"/>
      <w:r w:rsidRPr="00371943">
        <w:t>i</w:t>
      </w:r>
      <w:r w:rsidRPr="00371943">
        <w:rPr>
          <w:rFonts w:ascii="Cambria" w:hAnsi="Cambria" w:cs="Cambria"/>
        </w:rPr>
        <w:t>ç</w:t>
      </w:r>
      <w:r w:rsidRPr="00371943">
        <w:t>in</w:t>
      </w:r>
      <w:proofErr w:type="spellEnd"/>
      <w:r w:rsidRPr="00371943">
        <w:t xml:space="preserve"> </w:t>
      </w:r>
      <w:proofErr w:type="spellStart"/>
      <w:r w:rsidRPr="00371943">
        <w:t>bireysel</w:t>
      </w:r>
      <w:proofErr w:type="spellEnd"/>
      <w:r w:rsidRPr="00371943">
        <w:t xml:space="preserve"> </w:t>
      </w:r>
      <w:proofErr w:type="spellStart"/>
      <w:r w:rsidRPr="00371943">
        <w:t>m</w:t>
      </w:r>
      <w:r w:rsidRPr="00371943">
        <w:rPr>
          <w:rFonts w:ascii="Cambria" w:hAnsi="Cambria" w:cs="Cambria"/>
        </w:rPr>
        <w:t>ü</w:t>
      </w:r>
      <w:r w:rsidRPr="00371943">
        <w:t>dahale</w:t>
      </w:r>
      <w:proofErr w:type="spellEnd"/>
      <w:r w:rsidRPr="00371943">
        <w:t xml:space="preserve">/BEP </w:t>
      </w:r>
      <w:proofErr w:type="spellStart"/>
      <w:r w:rsidRPr="00371943">
        <w:t>s</w:t>
      </w:r>
      <w:r w:rsidRPr="00371943">
        <w:rPr>
          <w:rFonts w:ascii="Cambria" w:hAnsi="Cambria" w:cs="Cambria"/>
        </w:rPr>
        <w:t>ü</w:t>
      </w:r>
      <w:r w:rsidRPr="00371943">
        <w:t>recini</w:t>
      </w:r>
      <w:proofErr w:type="spellEnd"/>
      <w:r w:rsidRPr="00371943">
        <w:t xml:space="preserve"> </w:t>
      </w:r>
      <w:proofErr w:type="spellStart"/>
      <w:r w:rsidRPr="00371943">
        <w:t>belgelemek</w:t>
      </w:r>
      <w:proofErr w:type="spellEnd"/>
      <w:r w:rsidRPr="00371943">
        <w:t xml:space="preserve"> </w:t>
      </w:r>
      <w:proofErr w:type="spellStart"/>
      <w:r w:rsidRPr="00371943">
        <w:t>amac</w:t>
      </w:r>
      <w:r w:rsidRPr="00371943">
        <w:rPr>
          <w:rFonts w:ascii="Cambria" w:hAnsi="Cambria" w:cs="Cambria"/>
        </w:rPr>
        <w:t>ı</w:t>
      </w:r>
      <w:r w:rsidRPr="00371943">
        <w:t>yla</w:t>
      </w:r>
      <w:proofErr w:type="spellEnd"/>
      <w:r w:rsidRPr="00371943">
        <w:t xml:space="preserve"> </w:t>
      </w:r>
      <w:proofErr w:type="spellStart"/>
      <w:r w:rsidRPr="00371943">
        <w:t>doldurulur</w:t>
      </w:r>
      <w:proofErr w:type="spellEnd"/>
      <w:r w:rsidRPr="00371943">
        <w:t>.</w:t>
      </w:r>
    </w:p>
    <w:p w14:paraId="026DADC9"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8 (</w:t>
      </w:r>
      <w:proofErr w:type="spellStart"/>
      <w:r w:rsidRPr="00371943">
        <w:rPr>
          <w:b/>
          <w:bCs/>
        </w:rPr>
        <w:t>Opsiyonel</w:t>
      </w:r>
      <w:proofErr w:type="spellEnd"/>
      <w:r w:rsidRPr="00371943">
        <w:rPr>
          <w:b/>
          <w:bCs/>
        </w:rPr>
        <w:t>):</w:t>
      </w:r>
      <w:r w:rsidRPr="00371943">
        <w:t xml:space="preserve"> </w:t>
      </w:r>
      <w:proofErr w:type="spellStart"/>
      <w:r w:rsidRPr="00371943">
        <w:t>Haftalık</w:t>
      </w:r>
      <w:proofErr w:type="spellEnd"/>
      <w:r w:rsidRPr="00371943">
        <w:t xml:space="preserve"> </w:t>
      </w:r>
      <w:proofErr w:type="spellStart"/>
      <w:r w:rsidRPr="00371943">
        <w:t>serbest</w:t>
      </w:r>
      <w:proofErr w:type="spellEnd"/>
      <w:r w:rsidRPr="00371943">
        <w:t xml:space="preserve"> </w:t>
      </w:r>
      <w:proofErr w:type="spellStart"/>
      <w:r w:rsidRPr="00371943">
        <w:t>gözlem</w:t>
      </w:r>
      <w:proofErr w:type="spellEnd"/>
      <w:r w:rsidRPr="00371943">
        <w:t xml:space="preserve"> </w:t>
      </w:r>
      <w:proofErr w:type="spellStart"/>
      <w:r w:rsidRPr="00371943">
        <w:t>notları</w:t>
      </w:r>
      <w:proofErr w:type="spellEnd"/>
      <w:r w:rsidRPr="00371943">
        <w:t xml:space="preserve"> </w:t>
      </w:r>
      <w:proofErr w:type="spellStart"/>
      <w:r w:rsidRPr="00371943">
        <w:t>için</w:t>
      </w:r>
      <w:proofErr w:type="spellEnd"/>
      <w:r w:rsidRPr="00371943">
        <w:t xml:space="preserve"> </w:t>
      </w:r>
      <w:proofErr w:type="spellStart"/>
      <w:r w:rsidRPr="00371943">
        <w:t>kullanılır</w:t>
      </w:r>
      <w:proofErr w:type="spellEnd"/>
      <w:r w:rsidRPr="00371943">
        <w:t>.</w:t>
      </w:r>
    </w:p>
    <w:p w14:paraId="44B0B4DD"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9 (</w:t>
      </w:r>
      <w:proofErr w:type="spellStart"/>
      <w:r w:rsidRPr="00371943">
        <w:rPr>
          <w:b/>
          <w:bCs/>
        </w:rPr>
        <w:t>Opsiyonel</w:t>
      </w:r>
      <w:proofErr w:type="spellEnd"/>
      <w:r w:rsidRPr="00371943">
        <w:rPr>
          <w:b/>
          <w:bCs/>
        </w:rPr>
        <w:t>):</w:t>
      </w:r>
      <w:r w:rsidRPr="00371943">
        <w:t xml:space="preserve"> Her </w:t>
      </w:r>
      <w:proofErr w:type="spellStart"/>
      <w:r w:rsidRPr="00371943">
        <w:t>tema</w:t>
      </w:r>
      <w:proofErr w:type="spellEnd"/>
      <w:r w:rsidRPr="00371943">
        <w:t xml:space="preserve"> </w:t>
      </w:r>
      <w:proofErr w:type="spellStart"/>
      <w:r w:rsidRPr="00371943">
        <w:t>sonunda</w:t>
      </w:r>
      <w:proofErr w:type="spellEnd"/>
      <w:r w:rsidRPr="00371943">
        <w:t xml:space="preserve"> (</w:t>
      </w:r>
      <w:proofErr w:type="spellStart"/>
      <w:r w:rsidRPr="00371943">
        <w:t>yaklaşık</w:t>
      </w:r>
      <w:proofErr w:type="spellEnd"/>
      <w:r w:rsidRPr="00371943">
        <w:t xml:space="preserve"> 3-4 </w:t>
      </w:r>
      <w:proofErr w:type="spellStart"/>
      <w:r w:rsidRPr="00371943">
        <w:t>haftada</w:t>
      </w:r>
      <w:proofErr w:type="spellEnd"/>
      <w:r w:rsidRPr="00371943">
        <w:t xml:space="preserve"> </w:t>
      </w:r>
      <w:proofErr w:type="spellStart"/>
      <w:r w:rsidRPr="00371943">
        <w:t>bir</w:t>
      </w:r>
      <w:proofErr w:type="spellEnd"/>
      <w:r w:rsidRPr="00371943">
        <w:t xml:space="preserve">) </w:t>
      </w:r>
      <w:proofErr w:type="spellStart"/>
      <w:r w:rsidRPr="00371943">
        <w:t>doldurulur</w:t>
      </w:r>
      <w:proofErr w:type="spellEnd"/>
      <w:r w:rsidRPr="00371943">
        <w:t>.</w:t>
      </w:r>
    </w:p>
    <w:p w14:paraId="4A1748A5" w14:textId="77777777" w:rsidR="00371943" w:rsidRPr="00371943" w:rsidRDefault="00371943" w:rsidP="00371943">
      <w:pPr>
        <w:numPr>
          <w:ilvl w:val="0"/>
          <w:numId w:val="10"/>
        </w:numPr>
      </w:pPr>
      <w:proofErr w:type="spellStart"/>
      <w:r w:rsidRPr="00371943">
        <w:rPr>
          <w:b/>
          <w:bCs/>
        </w:rPr>
        <w:t>Bölüm</w:t>
      </w:r>
      <w:proofErr w:type="spellEnd"/>
      <w:r w:rsidRPr="00371943">
        <w:rPr>
          <w:b/>
          <w:bCs/>
        </w:rPr>
        <w:t xml:space="preserve"> 10:</w:t>
      </w:r>
      <w:r w:rsidRPr="00371943">
        <w:t xml:space="preserve"> </w:t>
      </w:r>
      <w:proofErr w:type="spellStart"/>
      <w:r w:rsidRPr="00371943">
        <w:t>Dönem</w:t>
      </w:r>
      <w:proofErr w:type="spellEnd"/>
      <w:r w:rsidRPr="00371943">
        <w:t xml:space="preserve"> </w:t>
      </w:r>
      <w:proofErr w:type="spellStart"/>
      <w:r w:rsidRPr="00371943">
        <w:t>sonunda</w:t>
      </w:r>
      <w:proofErr w:type="spellEnd"/>
      <w:r w:rsidRPr="00371943">
        <w:t xml:space="preserve">, </w:t>
      </w:r>
      <w:proofErr w:type="spellStart"/>
      <w:r w:rsidRPr="00371943">
        <w:t>öğrencinin</w:t>
      </w:r>
      <w:proofErr w:type="spellEnd"/>
      <w:r w:rsidRPr="00371943">
        <w:t xml:space="preserve"> </w:t>
      </w:r>
      <w:proofErr w:type="spellStart"/>
      <w:r w:rsidRPr="00371943">
        <w:t>formlarında</w:t>
      </w:r>
      <w:proofErr w:type="spellEnd"/>
      <w:r w:rsidRPr="00371943">
        <w:t xml:space="preserve"> </w:t>
      </w:r>
      <w:proofErr w:type="spellStart"/>
      <w:r w:rsidRPr="00371943">
        <w:t>çoğunlukla</w:t>
      </w:r>
      <w:proofErr w:type="spellEnd"/>
      <w:r w:rsidRPr="00371943">
        <w:t xml:space="preserve"> hangi </w:t>
      </w:r>
      <w:proofErr w:type="spellStart"/>
      <w:r w:rsidRPr="00371943">
        <w:t>sembol</w:t>
      </w:r>
      <w:proofErr w:type="spellEnd"/>
      <w:r w:rsidRPr="00371943">
        <w:t xml:space="preserve"> </w:t>
      </w:r>
      <w:proofErr w:type="spellStart"/>
      <w:r w:rsidRPr="00371943">
        <w:t>yoğunlaşmışsa</w:t>
      </w:r>
      <w:proofErr w:type="spellEnd"/>
      <w:r w:rsidRPr="00371943">
        <w:t xml:space="preserve"> o </w:t>
      </w:r>
      <w:proofErr w:type="spellStart"/>
      <w:r w:rsidRPr="00371943">
        <w:t>sembol</w:t>
      </w:r>
      <w:proofErr w:type="spellEnd"/>
      <w:r w:rsidRPr="00371943">
        <w:t xml:space="preserve"> </w:t>
      </w:r>
      <w:proofErr w:type="spellStart"/>
      <w:r w:rsidRPr="00371943">
        <w:t>karşılığındaki</w:t>
      </w:r>
      <w:proofErr w:type="spellEnd"/>
      <w:r w:rsidRPr="00371943">
        <w:t xml:space="preserve"> </w:t>
      </w:r>
      <w:proofErr w:type="spellStart"/>
      <w:r w:rsidRPr="00371943">
        <w:t>puan</w:t>
      </w:r>
      <w:proofErr w:type="spellEnd"/>
      <w:r w:rsidRPr="00371943">
        <w:t xml:space="preserve"> </w:t>
      </w:r>
      <w:proofErr w:type="spellStart"/>
      <w:r w:rsidRPr="00371943">
        <w:t>aralığına</w:t>
      </w:r>
      <w:proofErr w:type="spellEnd"/>
      <w:r w:rsidRPr="00371943">
        <w:t xml:space="preserve"> </w:t>
      </w:r>
      <w:proofErr w:type="spellStart"/>
      <w:r w:rsidRPr="00371943">
        <w:t>göre</w:t>
      </w:r>
      <w:proofErr w:type="spellEnd"/>
      <w:r w:rsidRPr="00371943">
        <w:t xml:space="preserve"> e-Okul </w:t>
      </w:r>
      <w:proofErr w:type="spellStart"/>
      <w:r w:rsidRPr="00371943">
        <w:t>notuna</w:t>
      </w:r>
      <w:proofErr w:type="spellEnd"/>
      <w:r w:rsidRPr="00371943">
        <w:t xml:space="preserve"> </w:t>
      </w:r>
      <w:proofErr w:type="spellStart"/>
      <w:r w:rsidRPr="00371943">
        <w:t>dönüştürülür</w:t>
      </w:r>
      <w:proofErr w:type="spellEnd"/>
      <w:r w:rsidRPr="00371943">
        <w:t>.</w:t>
      </w:r>
    </w:p>
    <w:p w14:paraId="7A4AC1EC" w14:textId="77777777" w:rsidR="00371943" w:rsidRPr="00371943" w:rsidRDefault="00371943" w:rsidP="00371943">
      <w:r w:rsidRPr="00371943">
        <w:rPr>
          <w:b/>
          <w:bCs/>
        </w:rPr>
        <w:t xml:space="preserve">KISIM II – </w:t>
      </w:r>
      <w:proofErr w:type="spellStart"/>
      <w:r w:rsidRPr="00371943">
        <w:rPr>
          <w:b/>
          <w:bCs/>
        </w:rPr>
        <w:t>Öğrenci</w:t>
      </w:r>
      <w:proofErr w:type="spellEnd"/>
      <w:r w:rsidRPr="00371943">
        <w:rPr>
          <w:b/>
          <w:bCs/>
        </w:rPr>
        <w:t xml:space="preserve"> </w:t>
      </w:r>
      <w:proofErr w:type="spellStart"/>
      <w:r w:rsidRPr="00371943">
        <w:rPr>
          <w:b/>
          <w:bCs/>
        </w:rPr>
        <w:t>Portfolyosu</w:t>
      </w:r>
      <w:proofErr w:type="spellEnd"/>
      <w:r w:rsidRPr="00371943">
        <w:rPr>
          <w:b/>
          <w:bCs/>
        </w:rPr>
        <w:t xml:space="preserve"> </w:t>
      </w:r>
      <w:proofErr w:type="spellStart"/>
      <w:r w:rsidRPr="00371943">
        <w:rPr>
          <w:b/>
          <w:bCs/>
        </w:rPr>
        <w:t>Formları</w:t>
      </w:r>
      <w:proofErr w:type="spellEnd"/>
    </w:p>
    <w:p w14:paraId="20FE6EBA"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11:</w:t>
      </w:r>
      <w:r w:rsidRPr="00371943">
        <w:t xml:space="preserve"> </w:t>
      </w:r>
      <w:proofErr w:type="spellStart"/>
      <w:r w:rsidRPr="00371943">
        <w:t>Yıl</w:t>
      </w:r>
      <w:proofErr w:type="spellEnd"/>
      <w:r w:rsidRPr="00371943">
        <w:t xml:space="preserve"> </w:t>
      </w:r>
      <w:proofErr w:type="spellStart"/>
      <w:r w:rsidRPr="00371943">
        <w:t>başında</w:t>
      </w:r>
      <w:proofErr w:type="spellEnd"/>
      <w:r w:rsidRPr="00371943">
        <w:t xml:space="preserve"> </w:t>
      </w:r>
      <w:proofErr w:type="spellStart"/>
      <w:r w:rsidRPr="00371943">
        <w:t>veli</w:t>
      </w:r>
      <w:proofErr w:type="spellEnd"/>
      <w:r w:rsidRPr="00371943">
        <w:t xml:space="preserve"> </w:t>
      </w:r>
      <w:proofErr w:type="spellStart"/>
      <w:r w:rsidRPr="00371943">
        <w:t>ve</w:t>
      </w:r>
      <w:proofErr w:type="spellEnd"/>
      <w:r w:rsidRPr="00371943">
        <w:t xml:space="preserve"> </w:t>
      </w:r>
      <w:proofErr w:type="spellStart"/>
      <w:r w:rsidRPr="00371943">
        <w:t>öğrenciye</w:t>
      </w:r>
      <w:proofErr w:type="spellEnd"/>
      <w:r w:rsidRPr="00371943">
        <w:t xml:space="preserve"> </w:t>
      </w:r>
      <w:proofErr w:type="spellStart"/>
      <w:r w:rsidRPr="00371943">
        <w:t>dağıtılır</w:t>
      </w:r>
      <w:proofErr w:type="spellEnd"/>
      <w:r w:rsidRPr="00371943">
        <w:t>/</w:t>
      </w:r>
      <w:proofErr w:type="spellStart"/>
      <w:r w:rsidRPr="00371943">
        <w:t>okunur</w:t>
      </w:r>
      <w:proofErr w:type="spellEnd"/>
      <w:r w:rsidRPr="00371943">
        <w:t>.</w:t>
      </w:r>
    </w:p>
    <w:p w14:paraId="5BEA8FF0"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12:</w:t>
      </w:r>
      <w:r w:rsidRPr="00371943">
        <w:t xml:space="preserve"> </w:t>
      </w:r>
      <w:proofErr w:type="spellStart"/>
      <w:r w:rsidRPr="00371943">
        <w:t>Öğrenci</w:t>
      </w:r>
      <w:proofErr w:type="spellEnd"/>
      <w:r w:rsidRPr="00371943">
        <w:t xml:space="preserve"> </w:t>
      </w:r>
      <w:proofErr w:type="spellStart"/>
      <w:r w:rsidRPr="00371943">
        <w:t>kendisi</w:t>
      </w:r>
      <w:proofErr w:type="spellEnd"/>
      <w:r w:rsidRPr="00371943">
        <w:t xml:space="preserve"> </w:t>
      </w:r>
      <w:proofErr w:type="spellStart"/>
      <w:r w:rsidRPr="00371943">
        <w:t>doldurur</w:t>
      </w:r>
      <w:proofErr w:type="spellEnd"/>
      <w:r w:rsidRPr="00371943">
        <w:t xml:space="preserve">, </w:t>
      </w:r>
      <w:proofErr w:type="spellStart"/>
      <w:r w:rsidRPr="00371943">
        <w:t>tema</w:t>
      </w:r>
      <w:proofErr w:type="spellEnd"/>
      <w:r w:rsidRPr="00371943">
        <w:t xml:space="preserve"> </w:t>
      </w:r>
      <w:proofErr w:type="spellStart"/>
      <w:r w:rsidRPr="00371943">
        <w:t>sonunda</w:t>
      </w:r>
      <w:proofErr w:type="spellEnd"/>
      <w:r w:rsidRPr="00371943">
        <w:t xml:space="preserve"> </w:t>
      </w:r>
      <w:proofErr w:type="spellStart"/>
      <w:r w:rsidRPr="00371943">
        <w:t>öğretmene</w:t>
      </w:r>
      <w:proofErr w:type="spellEnd"/>
      <w:r w:rsidRPr="00371943">
        <w:t xml:space="preserve"> </w:t>
      </w:r>
      <w:proofErr w:type="spellStart"/>
      <w:r w:rsidRPr="00371943">
        <w:t>teslim</w:t>
      </w:r>
      <w:proofErr w:type="spellEnd"/>
      <w:r w:rsidRPr="00371943">
        <w:t xml:space="preserve"> </w:t>
      </w:r>
      <w:proofErr w:type="spellStart"/>
      <w:r w:rsidRPr="00371943">
        <w:t>eder</w:t>
      </w:r>
      <w:proofErr w:type="spellEnd"/>
      <w:r w:rsidRPr="00371943">
        <w:t>.</w:t>
      </w:r>
    </w:p>
    <w:p w14:paraId="50A0D722"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13:</w:t>
      </w:r>
      <w:r w:rsidRPr="00371943">
        <w:t xml:space="preserve"> Her </w:t>
      </w:r>
      <w:proofErr w:type="spellStart"/>
      <w:r w:rsidRPr="00371943">
        <w:t>tema</w:t>
      </w:r>
      <w:proofErr w:type="spellEnd"/>
      <w:r w:rsidRPr="00371943">
        <w:t xml:space="preserve"> </w:t>
      </w:r>
      <w:proofErr w:type="spellStart"/>
      <w:r w:rsidRPr="00371943">
        <w:t>sonunda</w:t>
      </w:r>
      <w:proofErr w:type="spellEnd"/>
      <w:r w:rsidRPr="00371943">
        <w:t xml:space="preserve"> </w:t>
      </w:r>
      <w:proofErr w:type="spellStart"/>
      <w:r w:rsidRPr="00371943">
        <w:t>öz-değerlendirme</w:t>
      </w:r>
      <w:proofErr w:type="spellEnd"/>
      <w:r w:rsidRPr="00371943">
        <w:t xml:space="preserve">, </w:t>
      </w:r>
      <w:proofErr w:type="spellStart"/>
      <w:r w:rsidRPr="00371943">
        <w:t>akran</w:t>
      </w:r>
      <w:proofErr w:type="spellEnd"/>
      <w:r w:rsidRPr="00371943">
        <w:t xml:space="preserve"> </w:t>
      </w:r>
      <w:proofErr w:type="spellStart"/>
      <w:r w:rsidRPr="00371943">
        <w:t>değerlendirmesi</w:t>
      </w:r>
      <w:proofErr w:type="spellEnd"/>
      <w:r w:rsidRPr="00371943">
        <w:t xml:space="preserve"> </w:t>
      </w:r>
      <w:proofErr w:type="spellStart"/>
      <w:r w:rsidRPr="00371943">
        <w:t>ve</w:t>
      </w:r>
      <w:proofErr w:type="spellEnd"/>
      <w:r w:rsidRPr="00371943">
        <w:t xml:space="preserve"> </w:t>
      </w:r>
      <w:proofErr w:type="spellStart"/>
      <w:r w:rsidRPr="00371943">
        <w:t>öğretmen</w:t>
      </w:r>
      <w:proofErr w:type="spellEnd"/>
      <w:r w:rsidRPr="00371943">
        <w:t xml:space="preserve"> </w:t>
      </w:r>
      <w:proofErr w:type="spellStart"/>
      <w:r w:rsidRPr="00371943">
        <w:t>değerlendirmesi</w:t>
      </w:r>
      <w:proofErr w:type="spellEnd"/>
      <w:r w:rsidRPr="00371943">
        <w:t xml:space="preserve"> </w:t>
      </w:r>
      <w:proofErr w:type="spellStart"/>
      <w:r w:rsidRPr="00371943">
        <w:t>birlikte</w:t>
      </w:r>
      <w:proofErr w:type="spellEnd"/>
      <w:r w:rsidRPr="00371943">
        <w:t xml:space="preserve"> </w:t>
      </w:r>
      <w:proofErr w:type="spellStart"/>
      <w:r w:rsidRPr="00371943">
        <w:t>doldurulur</w:t>
      </w:r>
      <w:proofErr w:type="spellEnd"/>
      <w:r w:rsidRPr="00371943">
        <w:t>.</w:t>
      </w:r>
    </w:p>
    <w:p w14:paraId="456A113D"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14:</w:t>
      </w:r>
      <w:r w:rsidRPr="00371943">
        <w:t xml:space="preserve"> </w:t>
      </w:r>
      <w:proofErr w:type="spellStart"/>
      <w:r w:rsidRPr="00371943">
        <w:t>Proje</w:t>
      </w:r>
      <w:proofErr w:type="spellEnd"/>
      <w:r w:rsidRPr="00371943">
        <w:t>/</w:t>
      </w:r>
      <w:proofErr w:type="spellStart"/>
      <w:r w:rsidRPr="00371943">
        <w:t>performans</w:t>
      </w:r>
      <w:proofErr w:type="spellEnd"/>
      <w:r w:rsidRPr="00371943">
        <w:t xml:space="preserve"> </w:t>
      </w:r>
      <w:proofErr w:type="spellStart"/>
      <w:r w:rsidRPr="00371943">
        <w:t>görevi</w:t>
      </w:r>
      <w:proofErr w:type="spellEnd"/>
      <w:r w:rsidRPr="00371943">
        <w:t xml:space="preserve"> </w:t>
      </w:r>
      <w:proofErr w:type="spellStart"/>
      <w:r w:rsidRPr="00371943">
        <w:t>sürecinde</w:t>
      </w:r>
      <w:proofErr w:type="spellEnd"/>
      <w:r w:rsidRPr="00371943">
        <w:t xml:space="preserve"> </w:t>
      </w:r>
      <w:proofErr w:type="spellStart"/>
      <w:r w:rsidRPr="00371943">
        <w:t>öğrenci</w:t>
      </w:r>
      <w:proofErr w:type="spellEnd"/>
      <w:r w:rsidRPr="00371943">
        <w:t xml:space="preserve"> </w:t>
      </w:r>
      <w:proofErr w:type="spellStart"/>
      <w:r w:rsidRPr="00371943">
        <w:t>kendi</w:t>
      </w:r>
      <w:proofErr w:type="spellEnd"/>
      <w:r w:rsidRPr="00371943">
        <w:t xml:space="preserve"> </w:t>
      </w:r>
      <w:proofErr w:type="spellStart"/>
      <w:r w:rsidRPr="00371943">
        <w:t>ilerlemesini</w:t>
      </w:r>
      <w:proofErr w:type="spellEnd"/>
      <w:r w:rsidRPr="00371943">
        <w:t xml:space="preserve"> </w:t>
      </w:r>
      <w:proofErr w:type="spellStart"/>
      <w:r w:rsidRPr="00371943">
        <w:t>adım</w:t>
      </w:r>
      <w:proofErr w:type="spellEnd"/>
      <w:r w:rsidRPr="00371943">
        <w:t xml:space="preserve"> </w:t>
      </w:r>
      <w:proofErr w:type="spellStart"/>
      <w:r w:rsidRPr="00371943">
        <w:t>adım</w:t>
      </w:r>
      <w:proofErr w:type="spellEnd"/>
      <w:r w:rsidRPr="00371943">
        <w:t xml:space="preserve"> </w:t>
      </w:r>
      <w:proofErr w:type="spellStart"/>
      <w:r w:rsidRPr="00371943">
        <w:t>işaretler</w:t>
      </w:r>
      <w:proofErr w:type="spellEnd"/>
      <w:r w:rsidRPr="00371943">
        <w:t>.</w:t>
      </w:r>
    </w:p>
    <w:p w14:paraId="11241B7E"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15:</w:t>
      </w:r>
      <w:r w:rsidRPr="00371943">
        <w:t xml:space="preserve"> </w:t>
      </w:r>
      <w:proofErr w:type="spellStart"/>
      <w:r w:rsidRPr="00371943">
        <w:t>Öğrenci</w:t>
      </w:r>
      <w:proofErr w:type="spellEnd"/>
      <w:r w:rsidRPr="00371943">
        <w:t xml:space="preserve">, </w:t>
      </w:r>
      <w:proofErr w:type="spellStart"/>
      <w:r w:rsidRPr="00371943">
        <w:t>portfolyosuna</w:t>
      </w:r>
      <w:proofErr w:type="spellEnd"/>
      <w:r w:rsidRPr="00371943">
        <w:t xml:space="preserve"> </w:t>
      </w:r>
      <w:proofErr w:type="spellStart"/>
      <w:r w:rsidRPr="00371943">
        <w:t>eklediği</w:t>
      </w:r>
      <w:proofErr w:type="spellEnd"/>
      <w:r w:rsidRPr="00371943">
        <w:t xml:space="preserve"> </w:t>
      </w:r>
      <w:proofErr w:type="spellStart"/>
      <w:r w:rsidRPr="00371943">
        <w:t>en</w:t>
      </w:r>
      <w:proofErr w:type="spellEnd"/>
      <w:r w:rsidRPr="00371943">
        <w:t xml:space="preserve"> </w:t>
      </w:r>
      <w:proofErr w:type="spellStart"/>
      <w:r w:rsidRPr="00371943">
        <w:t>başarılı</w:t>
      </w:r>
      <w:proofErr w:type="spellEnd"/>
      <w:r w:rsidRPr="00371943">
        <w:t xml:space="preserve"> </w:t>
      </w:r>
      <w:proofErr w:type="spellStart"/>
      <w:r w:rsidRPr="00371943">
        <w:t>çalışmasını</w:t>
      </w:r>
      <w:proofErr w:type="spellEnd"/>
      <w:r w:rsidRPr="00371943">
        <w:t xml:space="preserve"> </w:t>
      </w:r>
      <w:proofErr w:type="spellStart"/>
      <w:r w:rsidRPr="00371943">
        <w:t>seçip</w:t>
      </w:r>
      <w:proofErr w:type="spellEnd"/>
      <w:r w:rsidRPr="00371943">
        <w:t xml:space="preserve"> </w:t>
      </w:r>
      <w:proofErr w:type="spellStart"/>
      <w:r w:rsidRPr="00371943">
        <w:t>yansıtma</w:t>
      </w:r>
      <w:proofErr w:type="spellEnd"/>
      <w:r w:rsidRPr="00371943">
        <w:t xml:space="preserve"> </w:t>
      </w:r>
      <w:proofErr w:type="spellStart"/>
      <w:r w:rsidRPr="00371943">
        <w:t>sorularını</w:t>
      </w:r>
      <w:proofErr w:type="spellEnd"/>
      <w:r w:rsidRPr="00371943">
        <w:t xml:space="preserve"> </w:t>
      </w:r>
      <w:proofErr w:type="spellStart"/>
      <w:r w:rsidRPr="00371943">
        <w:t>yanıtlar</w:t>
      </w:r>
      <w:proofErr w:type="spellEnd"/>
      <w:r w:rsidRPr="00371943">
        <w:t>.</w:t>
      </w:r>
    </w:p>
    <w:p w14:paraId="313F6B72" w14:textId="77777777" w:rsidR="00371943" w:rsidRPr="00371943" w:rsidRDefault="00371943" w:rsidP="00371943">
      <w:pPr>
        <w:numPr>
          <w:ilvl w:val="0"/>
          <w:numId w:val="11"/>
        </w:numPr>
      </w:pPr>
      <w:proofErr w:type="spellStart"/>
      <w:r w:rsidRPr="00371943">
        <w:rPr>
          <w:b/>
          <w:bCs/>
        </w:rPr>
        <w:t>Bölüm</w:t>
      </w:r>
      <w:proofErr w:type="spellEnd"/>
      <w:r w:rsidRPr="00371943">
        <w:rPr>
          <w:b/>
          <w:bCs/>
        </w:rPr>
        <w:t xml:space="preserve"> 16:</w:t>
      </w:r>
      <w:r w:rsidRPr="00371943">
        <w:t xml:space="preserve"> Büyük </w:t>
      </w:r>
      <w:proofErr w:type="spellStart"/>
      <w:r w:rsidRPr="00371943">
        <w:t>proje</w:t>
      </w:r>
      <w:proofErr w:type="spellEnd"/>
      <w:r w:rsidRPr="00371943">
        <w:t>/</w:t>
      </w:r>
      <w:proofErr w:type="spellStart"/>
      <w:r w:rsidRPr="00371943">
        <w:t>performans</w:t>
      </w:r>
      <w:proofErr w:type="spellEnd"/>
      <w:r w:rsidRPr="00371943">
        <w:t xml:space="preserve"> </w:t>
      </w:r>
      <w:proofErr w:type="spellStart"/>
      <w:r w:rsidRPr="00371943">
        <w:t>görevlerinde</w:t>
      </w:r>
      <w:proofErr w:type="spellEnd"/>
      <w:r w:rsidRPr="00371943">
        <w:t xml:space="preserve"> </w:t>
      </w:r>
      <w:proofErr w:type="spellStart"/>
      <w:r w:rsidRPr="00371943">
        <w:t>öz+akran+öğretmen</w:t>
      </w:r>
      <w:proofErr w:type="spellEnd"/>
      <w:r w:rsidRPr="00371943">
        <w:t xml:space="preserve"> </w:t>
      </w:r>
      <w:proofErr w:type="spellStart"/>
      <w:r w:rsidRPr="00371943">
        <w:t>değerlendirmesini</w:t>
      </w:r>
      <w:proofErr w:type="spellEnd"/>
      <w:r w:rsidRPr="00371943">
        <w:t xml:space="preserve"> </w:t>
      </w:r>
      <w:proofErr w:type="spellStart"/>
      <w:r w:rsidRPr="00371943">
        <w:t>tek</w:t>
      </w:r>
      <w:proofErr w:type="spellEnd"/>
      <w:r w:rsidRPr="00371943">
        <w:t xml:space="preserve"> </w:t>
      </w:r>
      <w:proofErr w:type="spellStart"/>
      <w:r w:rsidRPr="00371943">
        <w:t>sayfada</w:t>
      </w:r>
      <w:proofErr w:type="spellEnd"/>
      <w:r w:rsidRPr="00371943">
        <w:t xml:space="preserve"> </w:t>
      </w:r>
      <w:proofErr w:type="spellStart"/>
      <w:r w:rsidRPr="00371943">
        <w:t>toplar</w:t>
      </w:r>
      <w:proofErr w:type="spellEnd"/>
      <w:r w:rsidRPr="00371943">
        <w:t xml:space="preserve">; </w:t>
      </w:r>
      <w:proofErr w:type="spellStart"/>
      <w:r w:rsidRPr="00371943">
        <w:t>veli</w:t>
      </w:r>
      <w:proofErr w:type="spellEnd"/>
      <w:r w:rsidRPr="00371943">
        <w:t xml:space="preserve"> </w:t>
      </w:r>
      <w:proofErr w:type="spellStart"/>
      <w:r w:rsidRPr="00371943">
        <w:t>ve</w:t>
      </w:r>
      <w:proofErr w:type="spellEnd"/>
      <w:r w:rsidRPr="00371943">
        <w:t xml:space="preserve"> </w:t>
      </w:r>
      <w:proofErr w:type="spellStart"/>
      <w:r w:rsidRPr="00371943">
        <w:t>resmi</w:t>
      </w:r>
      <w:proofErr w:type="spellEnd"/>
      <w:r w:rsidRPr="00371943">
        <w:t xml:space="preserve"> </w:t>
      </w:r>
      <w:proofErr w:type="spellStart"/>
      <w:r w:rsidRPr="00371943">
        <w:t>onay</w:t>
      </w:r>
      <w:proofErr w:type="spellEnd"/>
      <w:r w:rsidRPr="00371943">
        <w:t xml:space="preserve"> </w:t>
      </w:r>
      <w:proofErr w:type="spellStart"/>
      <w:r w:rsidRPr="00371943">
        <w:t>bloklarını</w:t>
      </w:r>
      <w:proofErr w:type="spellEnd"/>
      <w:r w:rsidRPr="00371943">
        <w:t xml:space="preserve"> </w:t>
      </w:r>
      <w:proofErr w:type="spellStart"/>
      <w:r w:rsidRPr="00371943">
        <w:t>içerir</w:t>
      </w:r>
      <w:proofErr w:type="spellEnd"/>
      <w:r w:rsidRPr="00371943">
        <w:t>.</w:t>
      </w:r>
    </w:p>
    <w:p w14:paraId="6909B081" w14:textId="77777777" w:rsidR="00371943" w:rsidRPr="00371943" w:rsidRDefault="00371943" w:rsidP="00371943">
      <w:r w:rsidRPr="00371943">
        <w:rPr>
          <w:b/>
          <w:bCs/>
        </w:rPr>
        <w:t xml:space="preserve">KISIM III – </w:t>
      </w:r>
      <w:proofErr w:type="spellStart"/>
      <w:r w:rsidRPr="00371943">
        <w:rPr>
          <w:b/>
          <w:bCs/>
        </w:rPr>
        <w:t>Konuşma</w:t>
      </w:r>
      <w:proofErr w:type="spellEnd"/>
      <w:r w:rsidRPr="00371943">
        <w:rPr>
          <w:b/>
          <w:bCs/>
        </w:rPr>
        <w:t xml:space="preserve"> </w:t>
      </w:r>
      <w:proofErr w:type="spellStart"/>
      <w:r w:rsidRPr="00371943">
        <w:rPr>
          <w:b/>
          <w:bCs/>
        </w:rPr>
        <w:t>Sınavı</w:t>
      </w:r>
      <w:proofErr w:type="spellEnd"/>
      <w:r w:rsidRPr="00371943">
        <w:rPr>
          <w:b/>
          <w:bCs/>
        </w:rPr>
        <w:t xml:space="preserve"> </w:t>
      </w:r>
      <w:proofErr w:type="spellStart"/>
      <w:r w:rsidRPr="00371943">
        <w:rPr>
          <w:b/>
          <w:bCs/>
        </w:rPr>
        <w:t>Portfolyosu</w:t>
      </w:r>
      <w:proofErr w:type="spellEnd"/>
    </w:p>
    <w:p w14:paraId="33C538A1" w14:textId="77777777" w:rsidR="00371943" w:rsidRPr="00371943" w:rsidRDefault="00371943" w:rsidP="00371943">
      <w:pPr>
        <w:numPr>
          <w:ilvl w:val="0"/>
          <w:numId w:val="12"/>
        </w:numPr>
      </w:pPr>
      <w:proofErr w:type="spellStart"/>
      <w:r w:rsidRPr="00371943">
        <w:rPr>
          <w:b/>
          <w:bCs/>
        </w:rPr>
        <w:t>Bölüm</w:t>
      </w:r>
      <w:proofErr w:type="spellEnd"/>
      <w:r w:rsidRPr="00371943">
        <w:rPr>
          <w:b/>
          <w:bCs/>
        </w:rPr>
        <w:t xml:space="preserve"> 1:</w:t>
      </w:r>
      <w:r w:rsidRPr="00371943">
        <w:t xml:space="preserve"> </w:t>
      </w:r>
      <w:proofErr w:type="spellStart"/>
      <w:r w:rsidRPr="00371943">
        <w:t>Konuşma</w:t>
      </w:r>
      <w:proofErr w:type="spellEnd"/>
      <w:r w:rsidRPr="00371943">
        <w:t xml:space="preserve"> </w:t>
      </w:r>
      <w:proofErr w:type="spellStart"/>
      <w:r w:rsidRPr="00371943">
        <w:t>becerisi</w:t>
      </w:r>
      <w:proofErr w:type="spellEnd"/>
      <w:r w:rsidRPr="00371943">
        <w:t xml:space="preserve"> </w:t>
      </w:r>
      <w:proofErr w:type="spellStart"/>
      <w:r w:rsidRPr="00371943">
        <w:t>değerlendirmesinin</w:t>
      </w:r>
      <w:proofErr w:type="spellEnd"/>
      <w:r w:rsidRPr="00371943">
        <w:t xml:space="preserve"> </w:t>
      </w:r>
      <w:proofErr w:type="spellStart"/>
      <w:r w:rsidRPr="00371943">
        <w:t>metodolojik</w:t>
      </w:r>
      <w:proofErr w:type="spellEnd"/>
      <w:r w:rsidRPr="00371943">
        <w:t xml:space="preserve"> </w:t>
      </w:r>
      <w:proofErr w:type="spellStart"/>
      <w:r w:rsidRPr="00371943">
        <w:t>temelini</w:t>
      </w:r>
      <w:proofErr w:type="spellEnd"/>
      <w:r w:rsidRPr="00371943">
        <w:t xml:space="preserve"> </w:t>
      </w:r>
      <w:proofErr w:type="spellStart"/>
      <w:r w:rsidRPr="00371943">
        <w:t>açıklar</w:t>
      </w:r>
      <w:proofErr w:type="spellEnd"/>
      <w:r w:rsidRPr="00371943">
        <w:t xml:space="preserve">; </w:t>
      </w:r>
      <w:proofErr w:type="spellStart"/>
      <w:r w:rsidRPr="00371943">
        <w:t>yıl</w:t>
      </w:r>
      <w:proofErr w:type="spellEnd"/>
      <w:r w:rsidRPr="00371943">
        <w:t xml:space="preserve"> </w:t>
      </w:r>
      <w:proofErr w:type="spellStart"/>
      <w:r w:rsidRPr="00371943">
        <w:t>başında</w:t>
      </w:r>
      <w:proofErr w:type="spellEnd"/>
      <w:r w:rsidRPr="00371943">
        <w:t xml:space="preserve"> </w:t>
      </w:r>
      <w:proofErr w:type="spellStart"/>
      <w:r w:rsidRPr="00371943">
        <w:t>okunur</w:t>
      </w:r>
      <w:proofErr w:type="spellEnd"/>
      <w:r w:rsidRPr="00371943">
        <w:t>.</w:t>
      </w:r>
    </w:p>
    <w:p w14:paraId="301A4451" w14:textId="77777777" w:rsidR="00371943" w:rsidRPr="00371943" w:rsidRDefault="00371943" w:rsidP="00371943">
      <w:pPr>
        <w:numPr>
          <w:ilvl w:val="0"/>
          <w:numId w:val="12"/>
        </w:numPr>
      </w:pPr>
      <w:proofErr w:type="spellStart"/>
      <w:r w:rsidRPr="00371943">
        <w:rPr>
          <w:b/>
          <w:bCs/>
        </w:rPr>
        <w:t>Bölüm</w:t>
      </w:r>
      <w:proofErr w:type="spellEnd"/>
      <w:r w:rsidRPr="00371943">
        <w:rPr>
          <w:b/>
          <w:bCs/>
        </w:rPr>
        <w:t xml:space="preserve"> 2:</w:t>
      </w:r>
      <w:r w:rsidRPr="00371943">
        <w:t xml:space="preserve"> </w:t>
      </w:r>
      <w:proofErr w:type="spellStart"/>
      <w:r w:rsidRPr="00371943">
        <w:t>Sınıf</w:t>
      </w:r>
      <w:proofErr w:type="spellEnd"/>
      <w:r w:rsidRPr="00371943">
        <w:t xml:space="preserve"> </w:t>
      </w:r>
      <w:proofErr w:type="spellStart"/>
      <w:r w:rsidRPr="00371943">
        <w:t>içi</w:t>
      </w:r>
      <w:proofErr w:type="spellEnd"/>
      <w:r w:rsidRPr="00371943">
        <w:t xml:space="preserve"> </w:t>
      </w:r>
      <w:proofErr w:type="spellStart"/>
      <w:r w:rsidRPr="00371943">
        <w:t>konuşma</w:t>
      </w:r>
      <w:proofErr w:type="spellEnd"/>
      <w:r w:rsidRPr="00371943">
        <w:t xml:space="preserve"> </w:t>
      </w:r>
      <w:proofErr w:type="spellStart"/>
      <w:r w:rsidRPr="00371943">
        <w:t>görevlerinde</w:t>
      </w:r>
      <w:proofErr w:type="spellEnd"/>
      <w:r w:rsidRPr="00371943">
        <w:t xml:space="preserve"> 10 </w:t>
      </w:r>
      <w:proofErr w:type="spellStart"/>
      <w:r w:rsidRPr="00371943">
        <w:t>kritere</w:t>
      </w:r>
      <w:proofErr w:type="spellEnd"/>
      <w:r w:rsidRPr="00371943">
        <w:t xml:space="preserve"> </w:t>
      </w:r>
      <w:proofErr w:type="spellStart"/>
      <w:r w:rsidRPr="00371943">
        <w:t>göre</w:t>
      </w:r>
      <w:proofErr w:type="spellEnd"/>
      <w:r w:rsidRPr="00371943">
        <w:t xml:space="preserve"> (her </w:t>
      </w:r>
      <w:proofErr w:type="spellStart"/>
      <w:r w:rsidRPr="00371943">
        <w:t>biri</w:t>
      </w:r>
      <w:proofErr w:type="spellEnd"/>
      <w:r w:rsidRPr="00371943">
        <w:t xml:space="preserve"> 10 </w:t>
      </w:r>
      <w:proofErr w:type="spellStart"/>
      <w:r w:rsidRPr="00371943">
        <w:t>puan</w:t>
      </w:r>
      <w:proofErr w:type="spellEnd"/>
      <w:r w:rsidRPr="00371943">
        <w:t xml:space="preserve">) 100 </w:t>
      </w:r>
      <w:proofErr w:type="spellStart"/>
      <w:r w:rsidRPr="00371943">
        <w:t>puanlık</w:t>
      </w:r>
      <w:proofErr w:type="spellEnd"/>
      <w:r w:rsidRPr="00371943">
        <w:t xml:space="preserve"> </w:t>
      </w:r>
      <w:proofErr w:type="spellStart"/>
      <w:r w:rsidRPr="00371943">
        <w:t>analitik</w:t>
      </w:r>
      <w:proofErr w:type="spellEnd"/>
      <w:r w:rsidRPr="00371943">
        <w:t xml:space="preserve"> </w:t>
      </w:r>
      <w:proofErr w:type="spellStart"/>
      <w:r w:rsidRPr="00371943">
        <w:t>rubrik</w:t>
      </w:r>
      <w:proofErr w:type="spellEnd"/>
      <w:r w:rsidRPr="00371943">
        <w:t xml:space="preserve"> </w:t>
      </w:r>
      <w:proofErr w:type="spellStart"/>
      <w:r w:rsidRPr="00371943">
        <w:t>olarak</w:t>
      </w:r>
      <w:proofErr w:type="spellEnd"/>
      <w:r w:rsidRPr="00371943">
        <w:t xml:space="preserve"> </w:t>
      </w:r>
      <w:proofErr w:type="spellStart"/>
      <w:r w:rsidRPr="00371943">
        <w:t>kullanılır</w:t>
      </w:r>
      <w:proofErr w:type="spellEnd"/>
      <w:r w:rsidRPr="00371943">
        <w:t>.</w:t>
      </w:r>
    </w:p>
    <w:p w14:paraId="7ABBAA5E" w14:textId="77777777" w:rsidR="00371943" w:rsidRPr="00371943" w:rsidRDefault="00371943" w:rsidP="00371943">
      <w:pPr>
        <w:numPr>
          <w:ilvl w:val="0"/>
          <w:numId w:val="12"/>
        </w:numPr>
      </w:pPr>
      <w:proofErr w:type="spellStart"/>
      <w:r w:rsidRPr="00371943">
        <w:rPr>
          <w:b/>
          <w:bCs/>
        </w:rPr>
        <w:t>Bölüm</w:t>
      </w:r>
      <w:proofErr w:type="spellEnd"/>
      <w:r w:rsidRPr="00371943">
        <w:rPr>
          <w:b/>
          <w:bCs/>
        </w:rPr>
        <w:t xml:space="preserve"> 3:</w:t>
      </w:r>
      <w:r w:rsidRPr="00371943">
        <w:t xml:space="preserve"> Her </w:t>
      </w:r>
      <w:proofErr w:type="spellStart"/>
      <w:r w:rsidRPr="00371943">
        <w:t>tema</w:t>
      </w:r>
      <w:proofErr w:type="spellEnd"/>
      <w:r w:rsidRPr="00371943">
        <w:t xml:space="preserve"> </w:t>
      </w:r>
      <w:proofErr w:type="spellStart"/>
      <w:r w:rsidRPr="00371943">
        <w:t>için</w:t>
      </w:r>
      <w:proofErr w:type="spellEnd"/>
      <w:r w:rsidRPr="00371943">
        <w:t xml:space="preserve"> </w:t>
      </w:r>
      <w:proofErr w:type="spellStart"/>
      <w:r w:rsidRPr="00371943">
        <w:t>sınıf</w:t>
      </w:r>
      <w:proofErr w:type="spellEnd"/>
      <w:r w:rsidRPr="00371943">
        <w:t xml:space="preserve"> </w:t>
      </w:r>
      <w:proofErr w:type="spellStart"/>
      <w:r w:rsidRPr="00371943">
        <w:t>listesi</w:t>
      </w:r>
      <w:proofErr w:type="spellEnd"/>
      <w:r w:rsidRPr="00371943">
        <w:t xml:space="preserve"> </w:t>
      </w:r>
      <w:proofErr w:type="spellStart"/>
      <w:r w:rsidRPr="00371943">
        <w:t>üzerinden</w:t>
      </w:r>
      <w:proofErr w:type="spellEnd"/>
      <w:r w:rsidRPr="00371943">
        <w:t xml:space="preserve"> </w:t>
      </w:r>
      <w:proofErr w:type="spellStart"/>
      <w:r w:rsidRPr="00371943">
        <w:t>toplu</w:t>
      </w:r>
      <w:proofErr w:type="spellEnd"/>
      <w:r w:rsidRPr="00371943">
        <w:t xml:space="preserve"> </w:t>
      </w:r>
      <w:proofErr w:type="spellStart"/>
      <w:r w:rsidRPr="00371943">
        <w:t>konuşma</w:t>
      </w:r>
      <w:proofErr w:type="spellEnd"/>
      <w:r w:rsidRPr="00371943">
        <w:t xml:space="preserve"> </w:t>
      </w:r>
      <w:proofErr w:type="spellStart"/>
      <w:r w:rsidRPr="00371943">
        <w:t>puanlarının</w:t>
      </w:r>
      <w:proofErr w:type="spellEnd"/>
      <w:r w:rsidRPr="00371943">
        <w:t xml:space="preserve"> </w:t>
      </w:r>
      <w:proofErr w:type="spellStart"/>
      <w:r w:rsidRPr="00371943">
        <w:t>kaydedildiği</w:t>
      </w:r>
      <w:proofErr w:type="spellEnd"/>
      <w:r w:rsidRPr="00371943">
        <w:t xml:space="preserve"> log </w:t>
      </w:r>
      <w:proofErr w:type="spellStart"/>
      <w:r w:rsidRPr="00371943">
        <w:t>tablosudur</w:t>
      </w:r>
      <w:proofErr w:type="spellEnd"/>
      <w:r w:rsidRPr="00371943">
        <w:t>.</w:t>
      </w:r>
    </w:p>
    <w:p w14:paraId="0C83DB47" w14:textId="77777777" w:rsidR="00371943" w:rsidRPr="00371943" w:rsidRDefault="00371943" w:rsidP="00371943">
      <w:pPr>
        <w:numPr>
          <w:ilvl w:val="0"/>
          <w:numId w:val="12"/>
        </w:numPr>
      </w:pPr>
      <w:proofErr w:type="spellStart"/>
      <w:r w:rsidRPr="00371943">
        <w:rPr>
          <w:b/>
          <w:bCs/>
        </w:rPr>
        <w:t>Bölüm</w:t>
      </w:r>
      <w:proofErr w:type="spellEnd"/>
      <w:r w:rsidRPr="00371943">
        <w:rPr>
          <w:b/>
          <w:bCs/>
        </w:rPr>
        <w:t xml:space="preserve"> 4:</w:t>
      </w:r>
      <w:r w:rsidRPr="00371943">
        <w:t xml:space="preserve"> Hangi </w:t>
      </w:r>
      <w:proofErr w:type="spellStart"/>
      <w:r w:rsidRPr="00371943">
        <w:t>temada</w:t>
      </w:r>
      <w:proofErr w:type="spellEnd"/>
      <w:r w:rsidRPr="00371943">
        <w:t xml:space="preserve"> hangi </w:t>
      </w:r>
      <w:proofErr w:type="spellStart"/>
      <w:r w:rsidRPr="00371943">
        <w:t>konuşma</w:t>
      </w:r>
      <w:proofErr w:type="spellEnd"/>
      <w:r w:rsidRPr="00371943">
        <w:t xml:space="preserve"> </w:t>
      </w:r>
      <w:proofErr w:type="spellStart"/>
      <w:r w:rsidRPr="00371943">
        <w:t>görevinin</w:t>
      </w:r>
      <w:proofErr w:type="spellEnd"/>
      <w:r w:rsidRPr="00371943">
        <w:t xml:space="preserve">, </w:t>
      </w:r>
      <w:proofErr w:type="spellStart"/>
      <w:r w:rsidRPr="00371943">
        <w:t>dil</w:t>
      </w:r>
      <w:proofErr w:type="spellEnd"/>
      <w:r w:rsidRPr="00371943">
        <w:t xml:space="preserve"> </w:t>
      </w:r>
      <w:proofErr w:type="spellStart"/>
      <w:r w:rsidRPr="00371943">
        <w:t>yapısının</w:t>
      </w:r>
      <w:proofErr w:type="spellEnd"/>
      <w:r w:rsidRPr="00371943">
        <w:t xml:space="preserve"> </w:t>
      </w:r>
      <w:proofErr w:type="spellStart"/>
      <w:r w:rsidRPr="00371943">
        <w:t>ve</w:t>
      </w:r>
      <w:proofErr w:type="spellEnd"/>
      <w:r w:rsidRPr="00371943">
        <w:t xml:space="preserve"> </w:t>
      </w:r>
      <w:proofErr w:type="spellStart"/>
      <w:r w:rsidRPr="00371943">
        <w:t>telaffuz</w:t>
      </w:r>
      <w:proofErr w:type="spellEnd"/>
      <w:r w:rsidRPr="00371943">
        <w:t xml:space="preserve"> </w:t>
      </w:r>
      <w:proofErr w:type="spellStart"/>
      <w:r w:rsidRPr="00371943">
        <w:t>hedefinin</w:t>
      </w:r>
      <w:proofErr w:type="spellEnd"/>
      <w:r w:rsidRPr="00371943">
        <w:t xml:space="preserve"> </w:t>
      </w:r>
      <w:proofErr w:type="spellStart"/>
      <w:r w:rsidRPr="00371943">
        <w:t>işleneceğini</w:t>
      </w:r>
      <w:proofErr w:type="spellEnd"/>
      <w:r w:rsidRPr="00371943">
        <w:t xml:space="preserve"> </w:t>
      </w:r>
      <w:proofErr w:type="spellStart"/>
      <w:r w:rsidRPr="00371943">
        <w:t>gösterir</w:t>
      </w:r>
      <w:proofErr w:type="spellEnd"/>
      <w:r w:rsidRPr="00371943">
        <w:t xml:space="preserve">; </w:t>
      </w:r>
      <w:proofErr w:type="spellStart"/>
      <w:r w:rsidRPr="00371943">
        <w:t>Bölüm</w:t>
      </w:r>
      <w:proofErr w:type="spellEnd"/>
      <w:r w:rsidRPr="00371943">
        <w:t xml:space="preserve"> 2'deki </w:t>
      </w:r>
      <w:proofErr w:type="spellStart"/>
      <w:r w:rsidRPr="00371943">
        <w:t>rubrikle</w:t>
      </w:r>
      <w:proofErr w:type="spellEnd"/>
      <w:r w:rsidRPr="00371943">
        <w:t xml:space="preserve"> </w:t>
      </w:r>
      <w:proofErr w:type="spellStart"/>
      <w:r w:rsidRPr="00371943">
        <w:t>birlikte</w:t>
      </w:r>
      <w:proofErr w:type="spellEnd"/>
      <w:r w:rsidRPr="00371943">
        <w:t xml:space="preserve"> </w:t>
      </w:r>
      <w:proofErr w:type="spellStart"/>
      <w:r w:rsidRPr="00371943">
        <w:t>kullanılır</w:t>
      </w:r>
      <w:proofErr w:type="spellEnd"/>
      <w:r w:rsidRPr="00371943">
        <w:t>.</w:t>
      </w:r>
    </w:p>
    <w:p w14:paraId="397FE179" w14:textId="77777777" w:rsidR="00371943" w:rsidRPr="00371943" w:rsidRDefault="00371943" w:rsidP="00371943">
      <w:r w:rsidRPr="00371943">
        <w:rPr>
          <w:b/>
          <w:bCs/>
        </w:rPr>
        <w:t xml:space="preserve">3. </w:t>
      </w:r>
      <w:proofErr w:type="spellStart"/>
      <w:r w:rsidRPr="00371943">
        <w:rPr>
          <w:b/>
          <w:bCs/>
        </w:rPr>
        <w:t>Hazırlayan</w:t>
      </w:r>
      <w:proofErr w:type="spellEnd"/>
      <w:r w:rsidRPr="00371943">
        <w:rPr>
          <w:b/>
          <w:bCs/>
        </w:rPr>
        <w:t xml:space="preserve"> </w:t>
      </w:r>
      <w:proofErr w:type="spellStart"/>
      <w:r w:rsidRPr="00371943">
        <w:rPr>
          <w:b/>
          <w:bCs/>
        </w:rPr>
        <w:t>ve</w:t>
      </w:r>
      <w:proofErr w:type="spellEnd"/>
      <w:r w:rsidRPr="00371943">
        <w:rPr>
          <w:b/>
          <w:bCs/>
        </w:rPr>
        <w:t xml:space="preserve"> </w:t>
      </w:r>
      <w:proofErr w:type="spellStart"/>
      <w:r w:rsidRPr="00371943">
        <w:rPr>
          <w:b/>
          <w:bCs/>
        </w:rPr>
        <w:t>Telif</w:t>
      </w:r>
      <w:proofErr w:type="spellEnd"/>
      <w:r w:rsidRPr="00371943">
        <w:rPr>
          <w:b/>
          <w:bCs/>
        </w:rPr>
        <w:t xml:space="preserve"> </w:t>
      </w:r>
      <w:proofErr w:type="spellStart"/>
      <w:r w:rsidRPr="00371943">
        <w:rPr>
          <w:b/>
          <w:bCs/>
        </w:rPr>
        <w:t>Hakkı</w:t>
      </w:r>
      <w:proofErr w:type="spellEnd"/>
      <w:r w:rsidRPr="00371943">
        <w:rPr>
          <w:b/>
          <w:bCs/>
        </w:rPr>
        <w:t xml:space="preserve"> </w:t>
      </w:r>
      <w:proofErr w:type="spellStart"/>
      <w:r w:rsidRPr="00371943">
        <w:rPr>
          <w:b/>
          <w:bCs/>
        </w:rPr>
        <w:t>Açıklaması</w:t>
      </w:r>
      <w:proofErr w:type="spellEnd"/>
      <w:r w:rsidRPr="00371943">
        <w:rPr>
          <w:b/>
          <w:bCs/>
        </w:rPr>
        <w:t xml:space="preserve"> / Prepared By &amp; Copyright Notice</w:t>
      </w:r>
    </w:p>
    <w:p w14:paraId="79F9BF03" w14:textId="77777777" w:rsidR="00371943" w:rsidRPr="00371943" w:rsidRDefault="00371943" w:rsidP="00371943">
      <w:r w:rsidRPr="00371943">
        <w:t xml:space="preserve">Bu </w:t>
      </w:r>
      <w:proofErr w:type="spellStart"/>
      <w:r w:rsidRPr="00371943">
        <w:t>dosyanın</w:t>
      </w:r>
      <w:proofErr w:type="spellEnd"/>
      <w:r w:rsidRPr="00371943">
        <w:t xml:space="preserve"> </w:t>
      </w:r>
      <w:proofErr w:type="spellStart"/>
      <w:r w:rsidRPr="00371943">
        <w:t>fikri</w:t>
      </w:r>
      <w:proofErr w:type="spellEnd"/>
      <w:r w:rsidRPr="00371943">
        <w:t xml:space="preserve">, </w:t>
      </w:r>
      <w:proofErr w:type="spellStart"/>
      <w:r w:rsidRPr="00371943">
        <w:t>içeriği</w:t>
      </w:r>
      <w:proofErr w:type="spellEnd"/>
      <w:r w:rsidRPr="00371943">
        <w:t xml:space="preserve"> </w:t>
      </w:r>
      <w:proofErr w:type="spellStart"/>
      <w:r w:rsidRPr="00371943">
        <w:t>ve</w:t>
      </w:r>
      <w:proofErr w:type="spellEnd"/>
      <w:r w:rsidRPr="00371943">
        <w:t xml:space="preserve"> </w:t>
      </w:r>
      <w:proofErr w:type="spellStart"/>
      <w:r w:rsidRPr="00371943">
        <w:t>metodolojisi</w:t>
      </w:r>
      <w:proofErr w:type="spellEnd"/>
      <w:r w:rsidRPr="00371943">
        <w:t xml:space="preserve"> </w:t>
      </w:r>
      <w:r w:rsidRPr="00371943">
        <w:rPr>
          <w:b/>
          <w:bCs/>
        </w:rPr>
        <w:t>Büşra Abbasoğlu</w:t>
      </w:r>
      <w:r w:rsidRPr="00371943">
        <w:t xml:space="preserve"> </w:t>
      </w:r>
      <w:proofErr w:type="spellStart"/>
      <w:r w:rsidRPr="00371943">
        <w:t>tarafından</w:t>
      </w:r>
      <w:proofErr w:type="spellEnd"/>
      <w:r w:rsidRPr="00371943">
        <w:t xml:space="preserve"> </w:t>
      </w:r>
      <w:proofErr w:type="spellStart"/>
      <w:r w:rsidRPr="00371943">
        <w:t>oluşturulmuştur</w:t>
      </w:r>
      <w:proofErr w:type="spellEnd"/>
      <w:r w:rsidRPr="00371943">
        <w:t xml:space="preserve">. </w:t>
      </w:r>
      <w:proofErr w:type="spellStart"/>
      <w:r w:rsidRPr="00371943">
        <w:t>Dosyanın</w:t>
      </w:r>
      <w:proofErr w:type="spellEnd"/>
      <w:r w:rsidRPr="00371943">
        <w:t xml:space="preserve"> Word </w:t>
      </w:r>
      <w:proofErr w:type="spellStart"/>
      <w:r w:rsidRPr="00371943">
        <w:t>formatına</w:t>
      </w:r>
      <w:proofErr w:type="spellEnd"/>
      <w:r w:rsidRPr="00371943">
        <w:t xml:space="preserve"> </w:t>
      </w:r>
      <w:proofErr w:type="spellStart"/>
      <w:r w:rsidRPr="00371943">
        <w:t>dönüştürülmesinde</w:t>
      </w:r>
      <w:proofErr w:type="spellEnd"/>
      <w:r w:rsidRPr="00371943">
        <w:t xml:space="preserve"> </w:t>
      </w:r>
      <w:proofErr w:type="spellStart"/>
      <w:r w:rsidRPr="00371943">
        <w:t>ve</w:t>
      </w:r>
      <w:proofErr w:type="spellEnd"/>
      <w:r w:rsidRPr="00371943">
        <w:t xml:space="preserve"> </w:t>
      </w:r>
      <w:proofErr w:type="spellStart"/>
      <w:r w:rsidRPr="00371943">
        <w:t>tablo</w:t>
      </w:r>
      <w:proofErr w:type="spellEnd"/>
      <w:r w:rsidRPr="00371943">
        <w:t xml:space="preserve"> </w:t>
      </w:r>
      <w:proofErr w:type="spellStart"/>
      <w:r w:rsidRPr="00371943">
        <w:t>tasarımlarında</w:t>
      </w:r>
      <w:proofErr w:type="spellEnd"/>
      <w:r w:rsidRPr="00371943">
        <w:t xml:space="preserve"> </w:t>
      </w:r>
      <w:proofErr w:type="spellStart"/>
      <w:r w:rsidRPr="00371943">
        <w:t>yapay</w:t>
      </w:r>
      <w:proofErr w:type="spellEnd"/>
      <w:r w:rsidRPr="00371943">
        <w:t xml:space="preserve"> </w:t>
      </w:r>
      <w:proofErr w:type="spellStart"/>
      <w:r w:rsidRPr="00371943">
        <w:t>zeka</w:t>
      </w:r>
      <w:proofErr w:type="spellEnd"/>
      <w:r w:rsidRPr="00371943">
        <w:t xml:space="preserve"> </w:t>
      </w:r>
      <w:proofErr w:type="spellStart"/>
      <w:r w:rsidRPr="00371943">
        <w:t>desteği</w:t>
      </w:r>
      <w:proofErr w:type="spellEnd"/>
      <w:r w:rsidRPr="00371943">
        <w:t xml:space="preserve"> </w:t>
      </w:r>
      <w:proofErr w:type="spellStart"/>
      <w:r w:rsidRPr="00371943">
        <w:t>alınmıştır</w:t>
      </w:r>
      <w:proofErr w:type="spellEnd"/>
      <w:r w:rsidRPr="00371943">
        <w:t>.</w:t>
      </w:r>
    </w:p>
    <w:p w14:paraId="7D21D10B" w14:textId="77777777" w:rsidR="00371943" w:rsidRPr="00371943" w:rsidRDefault="00371943" w:rsidP="00371943">
      <w:proofErr w:type="spellStart"/>
      <w:r w:rsidRPr="00371943">
        <w:t>Öğretmenler</w:t>
      </w:r>
      <w:proofErr w:type="spellEnd"/>
      <w:r w:rsidRPr="00371943">
        <w:t xml:space="preserve"> </w:t>
      </w:r>
      <w:proofErr w:type="spellStart"/>
      <w:r w:rsidRPr="00371943">
        <w:t>bu</w:t>
      </w:r>
      <w:proofErr w:type="spellEnd"/>
      <w:r w:rsidRPr="00371943">
        <w:t xml:space="preserve"> </w:t>
      </w:r>
      <w:proofErr w:type="spellStart"/>
      <w:r w:rsidRPr="00371943">
        <w:t>dosyayı</w:t>
      </w:r>
      <w:proofErr w:type="spellEnd"/>
      <w:r w:rsidRPr="00371943">
        <w:t xml:space="preserve"> </w:t>
      </w:r>
      <w:proofErr w:type="spellStart"/>
      <w:r w:rsidRPr="00371943">
        <w:t>kendi</w:t>
      </w:r>
      <w:proofErr w:type="spellEnd"/>
      <w:r w:rsidRPr="00371943">
        <w:t xml:space="preserve"> </w:t>
      </w:r>
      <w:proofErr w:type="spellStart"/>
      <w:r w:rsidRPr="00371943">
        <w:t>okul</w:t>
      </w:r>
      <w:proofErr w:type="spellEnd"/>
      <w:r w:rsidRPr="00371943">
        <w:t xml:space="preserve"> </w:t>
      </w:r>
      <w:proofErr w:type="spellStart"/>
      <w:r w:rsidRPr="00371943">
        <w:t>koşullarına</w:t>
      </w:r>
      <w:proofErr w:type="spellEnd"/>
      <w:r w:rsidRPr="00371943">
        <w:t xml:space="preserve"> </w:t>
      </w:r>
      <w:proofErr w:type="spellStart"/>
      <w:r w:rsidRPr="00371943">
        <w:t>göre</w:t>
      </w:r>
      <w:proofErr w:type="spellEnd"/>
      <w:r w:rsidRPr="00371943">
        <w:t xml:space="preserve"> </w:t>
      </w:r>
      <w:proofErr w:type="spellStart"/>
      <w:r w:rsidRPr="00371943">
        <w:t>güncelleyerek</w:t>
      </w:r>
      <w:proofErr w:type="spellEnd"/>
      <w:r w:rsidRPr="00371943">
        <w:t xml:space="preserve"> </w:t>
      </w:r>
      <w:proofErr w:type="spellStart"/>
      <w:r w:rsidRPr="00371943">
        <w:t>ve</w:t>
      </w:r>
      <w:proofErr w:type="spellEnd"/>
      <w:r w:rsidRPr="00371943">
        <w:t xml:space="preserve"> </w:t>
      </w:r>
      <w:proofErr w:type="spellStart"/>
      <w:r w:rsidRPr="00371943">
        <w:t>uyarlayarak</w:t>
      </w:r>
      <w:proofErr w:type="spellEnd"/>
      <w:r w:rsidRPr="00371943">
        <w:t xml:space="preserve"> </w:t>
      </w:r>
      <w:proofErr w:type="spellStart"/>
      <w:r w:rsidRPr="00371943">
        <w:t>sınıflarında</w:t>
      </w:r>
      <w:proofErr w:type="spellEnd"/>
      <w:r w:rsidRPr="00371943">
        <w:t xml:space="preserve"> </w:t>
      </w:r>
      <w:proofErr w:type="spellStart"/>
      <w:r w:rsidRPr="00371943">
        <w:t>kullanabilirler</w:t>
      </w:r>
      <w:proofErr w:type="spellEnd"/>
      <w:r w:rsidRPr="00371943">
        <w:t xml:space="preserve">. </w:t>
      </w:r>
      <w:proofErr w:type="spellStart"/>
      <w:r w:rsidRPr="00371943">
        <w:t>Ancak</w:t>
      </w:r>
      <w:proofErr w:type="spellEnd"/>
      <w:r w:rsidRPr="00371943">
        <w:t xml:space="preserve"> </w:t>
      </w:r>
      <w:proofErr w:type="spellStart"/>
      <w:r w:rsidRPr="00371943">
        <w:t>bu</w:t>
      </w:r>
      <w:proofErr w:type="spellEnd"/>
      <w:r w:rsidRPr="00371943">
        <w:t xml:space="preserve"> </w:t>
      </w:r>
      <w:proofErr w:type="spellStart"/>
      <w:r w:rsidRPr="00371943">
        <w:t>dosyada</w:t>
      </w:r>
      <w:proofErr w:type="spellEnd"/>
      <w:r w:rsidRPr="00371943">
        <w:t xml:space="preserve"> </w:t>
      </w:r>
      <w:proofErr w:type="spellStart"/>
      <w:r w:rsidRPr="00371943">
        <w:t>yer</w:t>
      </w:r>
      <w:proofErr w:type="spellEnd"/>
      <w:r w:rsidRPr="00371943">
        <w:t xml:space="preserve"> </w:t>
      </w:r>
      <w:proofErr w:type="spellStart"/>
      <w:r w:rsidRPr="00371943">
        <w:t>alan</w:t>
      </w:r>
      <w:proofErr w:type="spellEnd"/>
      <w:r w:rsidRPr="00371943">
        <w:t xml:space="preserve"> </w:t>
      </w:r>
      <w:proofErr w:type="spellStart"/>
      <w:r w:rsidRPr="00371943">
        <w:rPr>
          <w:b/>
          <w:bCs/>
        </w:rPr>
        <w:t>özgün</w:t>
      </w:r>
      <w:proofErr w:type="spellEnd"/>
      <w:r w:rsidRPr="00371943">
        <w:rPr>
          <w:b/>
          <w:bCs/>
        </w:rPr>
        <w:t xml:space="preserve"> </w:t>
      </w:r>
      <w:proofErr w:type="spellStart"/>
      <w:r w:rsidRPr="00371943">
        <w:rPr>
          <w:b/>
          <w:bCs/>
        </w:rPr>
        <w:t>sembolik</w:t>
      </w:r>
      <w:proofErr w:type="spellEnd"/>
      <w:r w:rsidRPr="00371943">
        <w:rPr>
          <w:b/>
          <w:bCs/>
        </w:rPr>
        <w:t xml:space="preserve"> </w:t>
      </w:r>
      <w:proofErr w:type="spellStart"/>
      <w:r w:rsidRPr="00371943">
        <w:rPr>
          <w:b/>
          <w:bCs/>
        </w:rPr>
        <w:t>ölçme-değerlendirme</w:t>
      </w:r>
      <w:proofErr w:type="spellEnd"/>
      <w:r w:rsidRPr="00371943">
        <w:rPr>
          <w:b/>
          <w:bCs/>
        </w:rPr>
        <w:t xml:space="preserve"> </w:t>
      </w:r>
      <w:proofErr w:type="spellStart"/>
      <w:r w:rsidRPr="00371943">
        <w:rPr>
          <w:b/>
          <w:bCs/>
        </w:rPr>
        <w:t>sistemi</w:t>
      </w:r>
      <w:proofErr w:type="spellEnd"/>
      <w:r w:rsidRPr="00371943">
        <w:rPr>
          <w:b/>
          <w:bCs/>
        </w:rPr>
        <w:t xml:space="preserve"> (</w:t>
      </w:r>
      <w:r w:rsidRPr="00371943">
        <w:rPr>
          <w:rFonts w:ascii="Segoe UI Symbol" w:hAnsi="Segoe UI Symbol" w:cs="Segoe UI Symbol"/>
          <w:b/>
          <w:bCs/>
        </w:rPr>
        <w:t>★</w:t>
      </w:r>
      <w:r w:rsidRPr="00371943">
        <w:rPr>
          <w:b/>
          <w:bCs/>
        </w:rPr>
        <w:t xml:space="preserve"> </w:t>
      </w:r>
      <w:proofErr w:type="spellStart"/>
      <w:r w:rsidRPr="00371943">
        <w:rPr>
          <w:b/>
          <w:bCs/>
        </w:rPr>
        <w:t>Y</w:t>
      </w:r>
      <w:r w:rsidRPr="00371943">
        <w:rPr>
          <w:rFonts w:ascii="Cambria" w:hAnsi="Cambria" w:cs="Cambria"/>
          <w:b/>
          <w:bCs/>
        </w:rPr>
        <w:t>ı</w:t>
      </w:r>
      <w:r w:rsidRPr="00371943">
        <w:rPr>
          <w:b/>
          <w:bCs/>
        </w:rPr>
        <w:t>ld</w:t>
      </w:r>
      <w:r w:rsidRPr="00371943">
        <w:rPr>
          <w:rFonts w:ascii="Cambria" w:hAnsi="Cambria" w:cs="Cambria"/>
          <w:b/>
          <w:bCs/>
        </w:rPr>
        <w:t>ı</w:t>
      </w:r>
      <w:r w:rsidRPr="00371943">
        <w:rPr>
          <w:b/>
          <w:bCs/>
        </w:rPr>
        <w:t>z'dan</w:t>
      </w:r>
      <w:proofErr w:type="spellEnd"/>
      <w:r w:rsidRPr="00371943">
        <w:rPr>
          <w:b/>
          <w:bCs/>
        </w:rPr>
        <w:t xml:space="preserve"> </w:t>
      </w:r>
      <w:r w:rsidRPr="00371943">
        <w:rPr>
          <w:rFonts w:ascii="Segoe UI Symbol" w:hAnsi="Segoe UI Symbol" w:cs="Segoe UI Symbol"/>
          <w:b/>
          <w:bCs/>
        </w:rPr>
        <w:t>❢</w:t>
      </w:r>
      <w:r w:rsidRPr="00371943">
        <w:rPr>
          <w:b/>
          <w:bCs/>
        </w:rPr>
        <w:t xml:space="preserve"> </w:t>
      </w:r>
      <w:proofErr w:type="spellStart"/>
      <w:r w:rsidRPr="00371943">
        <w:rPr>
          <w:rFonts w:ascii="Cambria" w:hAnsi="Cambria" w:cs="Cambria"/>
          <w:b/>
          <w:bCs/>
        </w:rPr>
        <w:t>Ü</w:t>
      </w:r>
      <w:r w:rsidRPr="00371943">
        <w:rPr>
          <w:b/>
          <w:bCs/>
        </w:rPr>
        <w:t>nlem'e</w:t>
      </w:r>
      <w:proofErr w:type="spellEnd"/>
      <w:r w:rsidRPr="00371943">
        <w:rPr>
          <w:b/>
          <w:bCs/>
        </w:rPr>
        <w:t xml:space="preserve"> </w:t>
      </w:r>
      <w:proofErr w:type="spellStart"/>
      <w:r w:rsidRPr="00371943">
        <w:rPr>
          <w:b/>
          <w:bCs/>
        </w:rPr>
        <w:t>kadar</w:t>
      </w:r>
      <w:proofErr w:type="spellEnd"/>
      <w:r w:rsidRPr="00371943">
        <w:rPr>
          <w:b/>
          <w:bCs/>
        </w:rPr>
        <w:t xml:space="preserve">) </w:t>
      </w:r>
      <w:proofErr w:type="spellStart"/>
      <w:r w:rsidRPr="00371943">
        <w:rPr>
          <w:b/>
          <w:bCs/>
        </w:rPr>
        <w:t>ve</w:t>
      </w:r>
      <w:proofErr w:type="spellEnd"/>
      <w:r w:rsidRPr="00371943">
        <w:rPr>
          <w:b/>
          <w:bCs/>
        </w:rPr>
        <w:t xml:space="preserve"> </w:t>
      </w:r>
      <w:proofErr w:type="spellStart"/>
      <w:r w:rsidRPr="00371943">
        <w:rPr>
          <w:b/>
          <w:bCs/>
        </w:rPr>
        <w:t>dosya</w:t>
      </w:r>
      <w:proofErr w:type="spellEnd"/>
      <w:r w:rsidRPr="00371943">
        <w:rPr>
          <w:b/>
          <w:bCs/>
        </w:rPr>
        <w:t>/</w:t>
      </w:r>
      <w:proofErr w:type="spellStart"/>
      <w:r w:rsidRPr="00371943">
        <w:rPr>
          <w:b/>
          <w:bCs/>
        </w:rPr>
        <w:t>b</w:t>
      </w:r>
      <w:r w:rsidRPr="00371943">
        <w:rPr>
          <w:rFonts w:ascii="Cambria" w:hAnsi="Cambria" w:cs="Cambria"/>
          <w:b/>
          <w:bCs/>
        </w:rPr>
        <w:t>ö</w:t>
      </w:r>
      <w:r w:rsidRPr="00371943">
        <w:rPr>
          <w:b/>
          <w:bCs/>
        </w:rPr>
        <w:t>l</w:t>
      </w:r>
      <w:r w:rsidRPr="00371943">
        <w:rPr>
          <w:rFonts w:ascii="Cambria" w:hAnsi="Cambria" w:cs="Cambria"/>
          <w:b/>
          <w:bCs/>
        </w:rPr>
        <w:t>ü</w:t>
      </w:r>
      <w:r w:rsidRPr="00371943">
        <w:rPr>
          <w:b/>
          <w:bCs/>
        </w:rPr>
        <w:t>mleme</w:t>
      </w:r>
      <w:proofErr w:type="spellEnd"/>
      <w:r w:rsidRPr="00371943">
        <w:rPr>
          <w:b/>
          <w:bCs/>
        </w:rPr>
        <w:t xml:space="preserve"> </w:t>
      </w:r>
      <w:proofErr w:type="spellStart"/>
      <w:r w:rsidRPr="00371943">
        <w:rPr>
          <w:b/>
          <w:bCs/>
        </w:rPr>
        <w:t>sistemi</w:t>
      </w:r>
      <w:proofErr w:type="spellEnd"/>
      <w:r w:rsidRPr="00371943">
        <w:t xml:space="preserve">, </w:t>
      </w:r>
      <w:proofErr w:type="spellStart"/>
      <w:r w:rsidRPr="00371943">
        <w:t>bilimsel</w:t>
      </w:r>
      <w:proofErr w:type="spellEnd"/>
      <w:r w:rsidRPr="00371943">
        <w:t xml:space="preserve"> </w:t>
      </w:r>
      <w:proofErr w:type="spellStart"/>
      <w:r w:rsidRPr="00371943">
        <w:t>bir</w:t>
      </w:r>
      <w:proofErr w:type="spellEnd"/>
      <w:r w:rsidRPr="00371943">
        <w:t xml:space="preserve"> </w:t>
      </w:r>
      <w:proofErr w:type="spellStart"/>
      <w:r w:rsidRPr="00371943">
        <w:t>çalışmada</w:t>
      </w:r>
      <w:proofErr w:type="spellEnd"/>
      <w:r w:rsidRPr="00371943">
        <w:t xml:space="preserve"> </w:t>
      </w:r>
      <w:proofErr w:type="spellStart"/>
      <w:r w:rsidRPr="00371943">
        <w:t>kaynak</w:t>
      </w:r>
      <w:proofErr w:type="spellEnd"/>
      <w:r w:rsidRPr="00371943">
        <w:t xml:space="preserve"> </w:t>
      </w:r>
      <w:proofErr w:type="spellStart"/>
      <w:r w:rsidRPr="00371943">
        <w:t>gösterilmeden</w:t>
      </w:r>
      <w:proofErr w:type="spellEnd"/>
      <w:r w:rsidRPr="00371943">
        <w:t xml:space="preserve"> </w:t>
      </w:r>
      <w:proofErr w:type="spellStart"/>
      <w:r w:rsidRPr="00371943">
        <w:t>veya</w:t>
      </w:r>
      <w:proofErr w:type="spellEnd"/>
      <w:r w:rsidRPr="00371943">
        <w:t xml:space="preserve"> </w:t>
      </w:r>
      <w:proofErr w:type="spellStart"/>
      <w:r w:rsidRPr="00371943">
        <w:t>izinsiz</w:t>
      </w:r>
      <w:proofErr w:type="spellEnd"/>
      <w:r w:rsidRPr="00371943">
        <w:t xml:space="preserve"> </w:t>
      </w:r>
      <w:proofErr w:type="spellStart"/>
      <w:r w:rsidRPr="00371943">
        <w:t>şekilde</w:t>
      </w:r>
      <w:proofErr w:type="spellEnd"/>
      <w:r w:rsidRPr="00371943">
        <w:t xml:space="preserve"> </w:t>
      </w:r>
      <w:proofErr w:type="spellStart"/>
      <w:r w:rsidRPr="00371943">
        <w:t>herhangi</w:t>
      </w:r>
      <w:proofErr w:type="spellEnd"/>
      <w:r w:rsidRPr="00371943">
        <w:t xml:space="preserve"> </w:t>
      </w:r>
      <w:proofErr w:type="spellStart"/>
      <w:r w:rsidRPr="00371943">
        <w:t>bir</w:t>
      </w:r>
      <w:proofErr w:type="spellEnd"/>
      <w:r w:rsidRPr="00371943">
        <w:t xml:space="preserve"> internet </w:t>
      </w:r>
      <w:proofErr w:type="spellStart"/>
      <w:r w:rsidRPr="00371943">
        <w:t>sitesinde</w:t>
      </w:r>
      <w:proofErr w:type="spellEnd"/>
      <w:r w:rsidRPr="00371943">
        <w:t xml:space="preserve"> </w:t>
      </w:r>
      <w:proofErr w:type="spellStart"/>
      <w:r w:rsidRPr="00371943">
        <w:t>paylaşılamaz</w:t>
      </w:r>
      <w:proofErr w:type="spellEnd"/>
      <w:r w:rsidRPr="00371943">
        <w:t xml:space="preserve"> </w:t>
      </w:r>
      <w:proofErr w:type="spellStart"/>
      <w:r w:rsidRPr="00371943">
        <w:t>ve</w:t>
      </w:r>
      <w:proofErr w:type="spellEnd"/>
      <w:r w:rsidRPr="00371943">
        <w:t xml:space="preserve"> </w:t>
      </w:r>
      <w:proofErr w:type="spellStart"/>
      <w:r w:rsidRPr="00371943">
        <w:t>ticari</w:t>
      </w:r>
      <w:proofErr w:type="spellEnd"/>
      <w:r w:rsidRPr="00371943">
        <w:t xml:space="preserve"> </w:t>
      </w:r>
      <w:proofErr w:type="spellStart"/>
      <w:r w:rsidRPr="00371943">
        <w:t>amaçla</w:t>
      </w:r>
      <w:proofErr w:type="spellEnd"/>
      <w:r w:rsidRPr="00371943">
        <w:t xml:space="preserve"> </w:t>
      </w:r>
      <w:proofErr w:type="spellStart"/>
      <w:r w:rsidRPr="00371943">
        <w:t>kullanılamaz</w:t>
      </w:r>
      <w:proofErr w:type="spellEnd"/>
      <w:r w:rsidRPr="00371943">
        <w:t>.</w:t>
      </w:r>
    </w:p>
    <w:p w14:paraId="155D960C" w14:textId="77777777" w:rsidR="00371943" w:rsidRPr="00371943" w:rsidRDefault="00371943" w:rsidP="00371943">
      <w:r w:rsidRPr="00371943">
        <w:rPr>
          <w:i/>
          <w:iCs/>
        </w:rPr>
        <w:t>The idea, content, and methodology of this file were created by Büşra Abbasoğlu. AI assistance was used in converting the file into Word format and designing the tables.</w:t>
      </w:r>
    </w:p>
    <w:p w14:paraId="4252185C" w14:textId="77777777" w:rsidR="00371943" w:rsidRPr="00371943" w:rsidRDefault="00371943" w:rsidP="00371943">
      <w:r w:rsidRPr="00371943">
        <w:rPr>
          <w:i/>
          <w:iCs/>
        </w:rPr>
        <w:t xml:space="preserve">Teachers may update and adapt this file according to their own school conditions for classroom use. However, the original symbolic assessment scale (from </w:t>
      </w:r>
      <w:r w:rsidRPr="00371943">
        <w:rPr>
          <w:rFonts w:ascii="Segoe UI Symbol" w:hAnsi="Segoe UI Symbol" w:cs="Segoe UI Symbol"/>
          <w:i/>
          <w:iCs/>
        </w:rPr>
        <w:t>★</w:t>
      </w:r>
      <w:r w:rsidRPr="00371943">
        <w:rPr>
          <w:i/>
          <w:iCs/>
        </w:rPr>
        <w:t xml:space="preserve"> Star to </w:t>
      </w:r>
      <w:r w:rsidRPr="00371943">
        <w:rPr>
          <w:rFonts w:ascii="Segoe UI Symbol" w:hAnsi="Segoe UI Symbol" w:cs="Segoe UI Symbol"/>
          <w:i/>
          <w:iCs/>
        </w:rPr>
        <w:t>❢</w:t>
      </w:r>
      <w:r w:rsidRPr="00371943">
        <w:rPr>
          <w:i/>
          <w:iCs/>
        </w:rPr>
        <w:t xml:space="preserve"> Exclamation) and the file/section structure contained herein may not be shared on any website </w:t>
      </w:r>
      <w:r w:rsidRPr="00371943">
        <w:rPr>
          <w:rFonts w:ascii="Cambria" w:hAnsi="Cambria" w:cs="Cambria"/>
          <w:i/>
          <w:iCs/>
        </w:rPr>
        <w:t>—</w:t>
      </w:r>
      <w:r w:rsidRPr="00371943">
        <w:rPr>
          <w:i/>
          <w:iCs/>
        </w:rPr>
        <w:t xml:space="preserve"> including in academic or scientific work without proper attribution or permission </w:t>
      </w:r>
      <w:r w:rsidRPr="00371943">
        <w:rPr>
          <w:rFonts w:ascii="Cambria" w:hAnsi="Cambria" w:cs="Cambria"/>
          <w:i/>
          <w:iCs/>
        </w:rPr>
        <w:t>—</w:t>
      </w:r>
      <w:r w:rsidRPr="00371943">
        <w:rPr>
          <w:i/>
          <w:iCs/>
        </w:rPr>
        <w:t xml:space="preserve"> nor used for commercial purposes.</w:t>
      </w:r>
    </w:p>
    <w:p w14:paraId="627D5EA2" w14:textId="77777777" w:rsidR="00371943" w:rsidRPr="00371943" w:rsidRDefault="00371943" w:rsidP="00371943">
      <w:r w:rsidRPr="00371943">
        <w:rPr>
          <w:b/>
          <w:bCs/>
        </w:rPr>
        <w:t xml:space="preserve">© Büşra Abbasoğlu &amp; </w:t>
      </w:r>
      <w:proofErr w:type="spellStart"/>
      <w:r w:rsidRPr="00371943">
        <w:rPr>
          <w:b/>
          <w:bCs/>
        </w:rPr>
        <w:t>Bilgesimurg</w:t>
      </w:r>
      <w:proofErr w:type="spellEnd"/>
    </w:p>
    <w:p w14:paraId="4F14A067" w14:textId="77777777" w:rsidR="004108FD" w:rsidRDefault="004108FD"/>
    <w:p w14:paraId="56C18EF4" w14:textId="77777777" w:rsidR="004108FD" w:rsidRPr="003C72B7" w:rsidRDefault="004108FD"/>
    <w:sectPr w:rsidR="004108FD" w:rsidRPr="003C72B7" w:rsidSect="00BD1A10">
      <w:pgSz w:w="12240" w:h="15840"/>
      <w:pgMar w:top="284" w:right="616"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3FA6C9A"/>
    <w:multiLevelType w:val="multilevel"/>
    <w:tmpl w:val="6214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E7590E"/>
    <w:multiLevelType w:val="multilevel"/>
    <w:tmpl w:val="7B8E6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483FB1"/>
    <w:multiLevelType w:val="multilevel"/>
    <w:tmpl w:val="43FA4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6161552">
    <w:abstractNumId w:val="8"/>
  </w:num>
  <w:num w:numId="2" w16cid:durableId="1275479688">
    <w:abstractNumId w:val="6"/>
  </w:num>
  <w:num w:numId="3" w16cid:durableId="491726230">
    <w:abstractNumId w:val="5"/>
  </w:num>
  <w:num w:numId="4" w16cid:durableId="1552501197">
    <w:abstractNumId w:val="4"/>
  </w:num>
  <w:num w:numId="5" w16cid:durableId="1059284811">
    <w:abstractNumId w:val="7"/>
  </w:num>
  <w:num w:numId="6" w16cid:durableId="440102212">
    <w:abstractNumId w:val="3"/>
  </w:num>
  <w:num w:numId="7" w16cid:durableId="1603301795">
    <w:abstractNumId w:val="2"/>
  </w:num>
  <w:num w:numId="8" w16cid:durableId="1426030240">
    <w:abstractNumId w:val="1"/>
  </w:num>
  <w:num w:numId="9" w16cid:durableId="740712503">
    <w:abstractNumId w:val="0"/>
  </w:num>
  <w:num w:numId="10" w16cid:durableId="1853370208">
    <w:abstractNumId w:val="10"/>
  </w:num>
  <w:num w:numId="11" w16cid:durableId="179322995">
    <w:abstractNumId w:val="9"/>
  </w:num>
  <w:num w:numId="12" w16cid:durableId="20325645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7965"/>
    <w:rsid w:val="00031794"/>
    <w:rsid w:val="00034616"/>
    <w:rsid w:val="0006063C"/>
    <w:rsid w:val="00083EB7"/>
    <w:rsid w:val="000A6099"/>
    <w:rsid w:val="000A6DB4"/>
    <w:rsid w:val="000C164F"/>
    <w:rsid w:val="000E3E9A"/>
    <w:rsid w:val="0011235E"/>
    <w:rsid w:val="0014212B"/>
    <w:rsid w:val="0015074B"/>
    <w:rsid w:val="00195475"/>
    <w:rsid w:val="00195AB4"/>
    <w:rsid w:val="00196020"/>
    <w:rsid w:val="001B67D6"/>
    <w:rsid w:val="001C68C1"/>
    <w:rsid w:val="001D2D8C"/>
    <w:rsid w:val="00213C16"/>
    <w:rsid w:val="0023100B"/>
    <w:rsid w:val="002354D9"/>
    <w:rsid w:val="002447C8"/>
    <w:rsid w:val="002639DD"/>
    <w:rsid w:val="00273F25"/>
    <w:rsid w:val="0029639D"/>
    <w:rsid w:val="00302EE3"/>
    <w:rsid w:val="00315BCE"/>
    <w:rsid w:val="00316EB6"/>
    <w:rsid w:val="00317024"/>
    <w:rsid w:val="00320E69"/>
    <w:rsid w:val="00323B63"/>
    <w:rsid w:val="00326F90"/>
    <w:rsid w:val="00371943"/>
    <w:rsid w:val="003723DB"/>
    <w:rsid w:val="00373F5C"/>
    <w:rsid w:val="003B3E1B"/>
    <w:rsid w:val="003C1F99"/>
    <w:rsid w:val="003C72B7"/>
    <w:rsid w:val="003E6F1C"/>
    <w:rsid w:val="004108FD"/>
    <w:rsid w:val="00413E90"/>
    <w:rsid w:val="0045153E"/>
    <w:rsid w:val="00482A7B"/>
    <w:rsid w:val="004B4386"/>
    <w:rsid w:val="004F602E"/>
    <w:rsid w:val="0051701D"/>
    <w:rsid w:val="00553C1C"/>
    <w:rsid w:val="0058539E"/>
    <w:rsid w:val="00605218"/>
    <w:rsid w:val="00683AE2"/>
    <w:rsid w:val="006B0174"/>
    <w:rsid w:val="006D3385"/>
    <w:rsid w:val="007224DA"/>
    <w:rsid w:val="00745635"/>
    <w:rsid w:val="007D13CE"/>
    <w:rsid w:val="00801204"/>
    <w:rsid w:val="00813788"/>
    <w:rsid w:val="00831D51"/>
    <w:rsid w:val="00867C21"/>
    <w:rsid w:val="0088673E"/>
    <w:rsid w:val="008A282F"/>
    <w:rsid w:val="00910180"/>
    <w:rsid w:val="009266BE"/>
    <w:rsid w:val="00934437"/>
    <w:rsid w:val="0096547A"/>
    <w:rsid w:val="00981229"/>
    <w:rsid w:val="009869FA"/>
    <w:rsid w:val="009B37D5"/>
    <w:rsid w:val="009E3EA8"/>
    <w:rsid w:val="00A14E1E"/>
    <w:rsid w:val="00A15FBF"/>
    <w:rsid w:val="00A35D8A"/>
    <w:rsid w:val="00A51D11"/>
    <w:rsid w:val="00A6430D"/>
    <w:rsid w:val="00AA1D8D"/>
    <w:rsid w:val="00AA32ED"/>
    <w:rsid w:val="00AC0A05"/>
    <w:rsid w:val="00AC794E"/>
    <w:rsid w:val="00AF1FF1"/>
    <w:rsid w:val="00B0254D"/>
    <w:rsid w:val="00B111F6"/>
    <w:rsid w:val="00B47730"/>
    <w:rsid w:val="00B77292"/>
    <w:rsid w:val="00B82146"/>
    <w:rsid w:val="00B9116B"/>
    <w:rsid w:val="00B929DF"/>
    <w:rsid w:val="00BA0673"/>
    <w:rsid w:val="00BA1036"/>
    <w:rsid w:val="00BB64CC"/>
    <w:rsid w:val="00BB7246"/>
    <w:rsid w:val="00BC20A0"/>
    <w:rsid w:val="00BD0038"/>
    <w:rsid w:val="00BD1A10"/>
    <w:rsid w:val="00BE33D2"/>
    <w:rsid w:val="00C2358E"/>
    <w:rsid w:val="00C724D9"/>
    <w:rsid w:val="00C8003B"/>
    <w:rsid w:val="00C84F3D"/>
    <w:rsid w:val="00CB0664"/>
    <w:rsid w:val="00CD6163"/>
    <w:rsid w:val="00D0114A"/>
    <w:rsid w:val="00D77539"/>
    <w:rsid w:val="00DA3F7A"/>
    <w:rsid w:val="00DA4D6C"/>
    <w:rsid w:val="00DB764F"/>
    <w:rsid w:val="00E13987"/>
    <w:rsid w:val="00E64C8A"/>
    <w:rsid w:val="00E71975"/>
    <w:rsid w:val="00E94635"/>
    <w:rsid w:val="00F15EF7"/>
    <w:rsid w:val="00F23ACF"/>
    <w:rsid w:val="00F9028C"/>
    <w:rsid w:val="00FB1897"/>
    <w:rsid w:val="00FB3F9B"/>
    <w:rsid w:val="00FC1883"/>
    <w:rsid w:val="00FC693F"/>
    <w:rsid w:val="00FE6E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6B47561"/>
  <w14:defaultImageDpi w14:val="300"/>
  <w15:docId w15:val="{8141B953-300C-4E9E-A8AD-B2205F7AA2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3F9B"/>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DzTablo1">
    <w:name w:val="Plain Table 1"/>
    <w:basedOn w:val="NormalTablo"/>
    <w:uiPriority w:val="99"/>
    <w:rsid w:val="009869F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28</Pages>
  <Words>9898</Words>
  <Characters>56423</Characters>
  <Application>Microsoft Office Word</Application>
  <DocSecurity>0</DocSecurity>
  <Lines>470</Lines>
  <Paragraphs>132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66189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Büşra Abbasoğlu</cp:lastModifiedBy>
  <cp:revision>9</cp:revision>
  <dcterms:created xsi:type="dcterms:W3CDTF">2026-09-03T12:19:00Z</dcterms:created>
  <dcterms:modified xsi:type="dcterms:W3CDTF">2026-09-20T07:05:00Z</dcterms:modified>
  <cp:category/>
</cp:coreProperties>
</file>