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ED44E1" w14:textId="77777777" w:rsidR="00C37951" w:rsidRDefault="00000000">
      <w:pPr>
        <w:pBdr>
          <w:bottom w:val="single" w:sz="8" w:space="4" w:color="A6A6A6"/>
        </w:pBdr>
        <w:spacing w:after="0"/>
      </w:pPr>
      <w:r>
        <w:rPr>
          <w:b/>
        </w:rPr>
        <w:t>UNDERVEIS  |  LÆRERVEILEDER</w:t>
      </w:r>
    </w:p>
    <w:p w14:paraId="3D783CA9" w14:textId="77777777" w:rsidR="00C37951" w:rsidRDefault="00000000">
      <w:pPr>
        <w:spacing w:before="120" w:after="20"/>
      </w:pPr>
      <w:r>
        <w:rPr>
          <w:b/>
          <w:sz w:val="44"/>
        </w:rPr>
        <w:t>Kroppsøving – fra tekst til aktivitet</w:t>
      </w:r>
    </w:p>
    <w:p w14:paraId="48BBFFD4" w14:textId="77777777" w:rsidR="00C37951" w:rsidRDefault="00000000">
      <w:pPr>
        <w:spacing w:after="160"/>
      </w:pPr>
      <w:r>
        <w:rPr>
          <w:b/>
          <w:sz w:val="28"/>
        </w:rPr>
        <w:t>Att döda ett barn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C37951" w14:paraId="4064EF5D" w14:textId="77777777">
        <w:trPr>
          <w:jc w:val="center"/>
        </w:trPr>
        <w:tc>
          <w:tcPr>
            <w:tcW w:w="102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F523916" w14:textId="77777777" w:rsidR="00C37951" w:rsidRDefault="00000000">
            <w:pPr>
              <w:spacing w:after="0"/>
            </w:pPr>
            <w:r>
              <w:t>Ett sekund kan bli mange meter. I denne økta bruker elevene kroppen til å utforske fart, reaksjon, oppmerksomhet, selvregulering og hva de gjør først ved en trafikkulykke. Fortellingen følger økta i korte tekstglimt, og elevene hjelper selv til med å rigge stasjonene.</w:t>
            </w:r>
          </w:p>
        </w:tc>
      </w:tr>
    </w:tbl>
    <w:p w14:paraId="7B3F8BB0" w14:textId="77777777" w:rsidR="00C37951" w:rsidRDefault="00000000">
      <w:pPr>
        <w:pStyle w:val="Overskrift1"/>
      </w:pPr>
      <w:r>
        <w:rPr>
          <w:sz w:val="24"/>
        </w:rPr>
        <w:t>Rask oversikt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597"/>
      </w:tblGrid>
      <w:tr w:rsidR="00C37951" w14:paraId="1F497CE7" w14:textId="77777777">
        <w:trPr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FDED506" w14:textId="77777777" w:rsidR="00C37951" w:rsidRDefault="00000000">
            <w:pPr>
              <w:spacing w:after="0"/>
            </w:pPr>
            <w:r>
              <w:rPr>
                <w:b/>
              </w:rPr>
              <w:t>Tid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29F2B36" w14:textId="77777777" w:rsidR="00C37951" w:rsidRDefault="00000000">
            <w:pPr>
              <w:spacing w:after="0"/>
            </w:pPr>
            <w:r>
              <w:t>60–75 minutter. Kort variant: ca. 45 minutter med tre stasjoner.</w:t>
            </w:r>
          </w:p>
        </w:tc>
      </w:tr>
      <w:tr w:rsidR="00C37951" w14:paraId="1B19B0F7" w14:textId="77777777">
        <w:trPr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1496BEE" w14:textId="77777777" w:rsidR="00C37951" w:rsidRDefault="00000000">
            <w:pPr>
              <w:spacing w:after="0"/>
            </w:pPr>
            <w:r>
              <w:rPr>
                <w:b/>
              </w:rPr>
              <w:t>Grupper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8BE6446" w14:textId="77777777" w:rsidR="00C37951" w:rsidRDefault="00000000">
            <w:pPr>
              <w:spacing w:after="0"/>
            </w:pPr>
            <w:r>
              <w:t>4–6 elever. Lag parallelle stasjoner ved behov.</w:t>
            </w:r>
          </w:p>
        </w:tc>
      </w:tr>
      <w:tr w:rsidR="00C37951" w14:paraId="4C024B5C" w14:textId="77777777">
        <w:trPr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3A6BDE9" w14:textId="77777777" w:rsidR="00C37951" w:rsidRDefault="00000000">
            <w:pPr>
              <w:spacing w:after="0"/>
            </w:pPr>
            <w:r>
              <w:rPr>
                <w:b/>
              </w:rPr>
              <w:t>Arbeidsrytme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ED066BD" w14:textId="77777777" w:rsidR="00C37951" w:rsidRDefault="00000000">
            <w:pPr>
              <w:spacing w:after="0"/>
            </w:pPr>
            <w:r>
              <w:t>LES → GJØR → STOPP → KOBLE → ROTER</w:t>
            </w:r>
          </w:p>
        </w:tc>
      </w:tr>
    </w:tbl>
    <w:p w14:paraId="0F11D514" w14:textId="77777777" w:rsidR="00C37951" w:rsidRDefault="00C37951">
      <w:pPr>
        <w:spacing w:after="20"/>
      </w:pPr>
    </w:p>
    <w:p w14:paraId="3A280CC6" w14:textId="77777777" w:rsidR="00C37951" w:rsidRDefault="00000000">
      <w:pPr>
        <w:pStyle w:val="Overskrift1"/>
      </w:pPr>
      <w:r>
        <w:rPr>
          <w:sz w:val="24"/>
        </w:rPr>
        <w:t>Før økta</w:t>
      </w:r>
    </w:p>
    <w:p w14:paraId="2D7EDDB9" w14:textId="54A14AF3" w:rsidR="00C37951" w:rsidRDefault="00085391">
      <w:pPr>
        <w:pStyle w:val="Overskrift2"/>
      </w:pPr>
      <w:r>
        <w:rPr>
          <w:sz w:val="24"/>
        </w:rPr>
        <w:t xml:space="preserve">Last </w:t>
      </w:r>
      <w:proofErr w:type="spellStart"/>
      <w:r>
        <w:rPr>
          <w:sz w:val="24"/>
        </w:rPr>
        <w:t>ned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skriv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kortene</w:t>
      </w:r>
      <w:proofErr w:type="spellEnd"/>
      <w:r>
        <w:rPr>
          <w:sz w:val="24"/>
        </w:rPr>
        <w:t xml:space="preserve"> </w:t>
      </w:r>
      <w:r w:rsidRPr="00085391">
        <w:rPr>
          <w:b w:val="0"/>
          <w:bCs w:val="0"/>
          <w:sz w:val="24"/>
        </w:rPr>
        <w:t>(</w:t>
      </w:r>
      <w:proofErr w:type="spellStart"/>
      <w:r w:rsidRPr="00085391">
        <w:rPr>
          <w:b w:val="0"/>
          <w:bCs w:val="0"/>
          <w:sz w:val="24"/>
        </w:rPr>
        <w:t>Felles</w:t>
      </w:r>
      <w:proofErr w:type="spellEnd"/>
      <w:r w:rsidRPr="00085391">
        <w:rPr>
          <w:b w:val="0"/>
          <w:bCs w:val="0"/>
          <w:sz w:val="24"/>
        </w:rPr>
        <w:t xml:space="preserve"> start, fem </w:t>
      </w:r>
      <w:proofErr w:type="spellStart"/>
      <w:r w:rsidRPr="00085391">
        <w:rPr>
          <w:b w:val="0"/>
          <w:bCs w:val="0"/>
          <w:sz w:val="24"/>
        </w:rPr>
        <w:t>tekstkort</w:t>
      </w:r>
      <w:proofErr w:type="spellEnd"/>
      <w:r w:rsidRPr="00085391">
        <w:rPr>
          <w:b w:val="0"/>
          <w:bCs w:val="0"/>
          <w:sz w:val="24"/>
        </w:rPr>
        <w:t xml:space="preserve">, fem </w:t>
      </w:r>
      <w:proofErr w:type="spellStart"/>
      <w:r w:rsidRPr="00085391">
        <w:rPr>
          <w:b w:val="0"/>
          <w:bCs w:val="0"/>
          <w:sz w:val="24"/>
        </w:rPr>
        <w:t>stasjonskort</w:t>
      </w:r>
      <w:proofErr w:type="spellEnd"/>
      <w:r w:rsidRPr="00085391">
        <w:rPr>
          <w:b w:val="0"/>
          <w:bCs w:val="0"/>
          <w:sz w:val="24"/>
        </w:rPr>
        <w:t xml:space="preserve">, </w:t>
      </w:r>
      <w:proofErr w:type="spellStart"/>
      <w:r w:rsidRPr="00085391">
        <w:rPr>
          <w:b w:val="0"/>
          <w:bCs w:val="0"/>
          <w:sz w:val="24"/>
        </w:rPr>
        <w:t>felles</w:t>
      </w:r>
      <w:proofErr w:type="spellEnd"/>
      <w:r w:rsidRPr="00085391">
        <w:rPr>
          <w:b w:val="0"/>
          <w:bCs w:val="0"/>
          <w:sz w:val="24"/>
        </w:rPr>
        <w:t xml:space="preserve"> </w:t>
      </w:r>
      <w:proofErr w:type="spellStart"/>
      <w:r w:rsidRPr="00085391">
        <w:rPr>
          <w:b w:val="0"/>
          <w:bCs w:val="0"/>
          <w:sz w:val="24"/>
        </w:rPr>
        <w:t>avslutning</w:t>
      </w:r>
      <w:proofErr w:type="spellEnd"/>
      <w:r w:rsidRPr="00085391">
        <w:rPr>
          <w:b w:val="0"/>
          <w:bCs w:val="0"/>
          <w:sz w:val="24"/>
        </w:rPr>
        <w:t>)</w:t>
      </w:r>
    </w:p>
    <w:p w14:paraId="770CDB38" w14:textId="77777777" w:rsidR="00C37951" w:rsidRDefault="00000000" w:rsidP="003114E9">
      <w:pPr>
        <w:pStyle w:val="Punktliste"/>
        <w:numPr>
          <w:ilvl w:val="0"/>
          <w:numId w:val="11"/>
        </w:numPr>
        <w:spacing w:after="40" w:line="240" w:lineRule="auto"/>
      </w:pPr>
      <w:r>
        <w:t>1 kort til felles start</w:t>
      </w:r>
    </w:p>
    <w:p w14:paraId="4342EB74" w14:textId="77777777" w:rsidR="00C37951" w:rsidRDefault="00000000" w:rsidP="003114E9">
      <w:pPr>
        <w:pStyle w:val="Punktliste"/>
        <w:numPr>
          <w:ilvl w:val="0"/>
          <w:numId w:val="11"/>
        </w:numPr>
        <w:spacing w:after="40" w:line="240" w:lineRule="auto"/>
      </w:pPr>
      <w:r>
        <w:t>1 tekstkort (A) og 1 stasjonskort (B) til hver stasjon</w:t>
      </w:r>
    </w:p>
    <w:p w14:paraId="794FA192" w14:textId="77777777" w:rsidR="00C37951" w:rsidRDefault="00000000" w:rsidP="003114E9">
      <w:pPr>
        <w:pStyle w:val="Punktliste"/>
        <w:numPr>
          <w:ilvl w:val="0"/>
          <w:numId w:val="11"/>
        </w:numPr>
        <w:spacing w:after="40" w:line="240" w:lineRule="auto"/>
      </w:pPr>
      <w:r>
        <w:t>1 kort til felles avslutning</w:t>
      </w:r>
    </w:p>
    <w:p w14:paraId="7EF65579" w14:textId="77777777" w:rsidR="00C37951" w:rsidRDefault="00000000" w:rsidP="003114E9">
      <w:pPr>
        <w:pStyle w:val="Punktliste"/>
        <w:numPr>
          <w:ilvl w:val="0"/>
          <w:numId w:val="11"/>
        </w:numPr>
        <w:spacing w:after="40" w:line="240" w:lineRule="auto"/>
      </w:pPr>
      <w:r>
        <w:t>ekstra kopier hvis dere bruker parallelle stasjoner</w:t>
      </w:r>
    </w:p>
    <w:p w14:paraId="4B39F17A" w14:textId="139C1CC8" w:rsidR="00C37951" w:rsidRDefault="00000000">
      <w:pPr>
        <w:pStyle w:val="Overskrift2"/>
      </w:pPr>
      <w:r>
        <w:rPr>
          <w:sz w:val="24"/>
        </w:rPr>
        <w:t xml:space="preserve">Finn </w:t>
      </w:r>
      <w:proofErr w:type="spellStart"/>
      <w:r>
        <w:rPr>
          <w:sz w:val="24"/>
        </w:rPr>
        <w:t>fr</w:t>
      </w:r>
      <w:r w:rsidR="00A5248C">
        <w:rPr>
          <w:sz w:val="24"/>
        </w:rPr>
        <w:t>e</w:t>
      </w:r>
      <w:r>
        <w:rPr>
          <w:sz w:val="24"/>
        </w:rPr>
        <w:t>m</w:t>
      </w:r>
      <w:proofErr w:type="spellEnd"/>
    </w:p>
    <w:p w14:paraId="08F1AC2A" w14:textId="77777777" w:rsidR="00C37951" w:rsidRDefault="00000000" w:rsidP="003114E9">
      <w:pPr>
        <w:pStyle w:val="Punktliste"/>
        <w:numPr>
          <w:ilvl w:val="0"/>
          <w:numId w:val="10"/>
        </w:numPr>
        <w:spacing w:after="40" w:line="240" w:lineRule="auto"/>
      </w:pPr>
      <w:r>
        <w:t>kjegler og målebånd eller ferdig oppmerkede avstander</w:t>
      </w:r>
    </w:p>
    <w:p w14:paraId="3A668EBD" w14:textId="77777777" w:rsidR="00C37951" w:rsidRDefault="00000000" w:rsidP="003114E9">
      <w:pPr>
        <w:pStyle w:val="Punktliste"/>
        <w:numPr>
          <w:ilvl w:val="0"/>
          <w:numId w:val="10"/>
        </w:numPr>
        <w:spacing w:after="40" w:line="240" w:lineRule="auto"/>
      </w:pPr>
      <w:r>
        <w:t>kritt eller tape ved behov</w:t>
      </w:r>
    </w:p>
    <w:p w14:paraId="0B7ECD71" w14:textId="77777777" w:rsidR="00C37951" w:rsidRDefault="00000000" w:rsidP="003114E9">
      <w:pPr>
        <w:pStyle w:val="Punktliste"/>
        <w:numPr>
          <w:ilvl w:val="0"/>
          <w:numId w:val="10"/>
        </w:numPr>
        <w:spacing w:after="40" w:line="240" w:lineRule="auto"/>
      </w:pPr>
      <w:r>
        <w:t>stoppeklokke/mobil ved behov</w:t>
      </w:r>
    </w:p>
    <w:p w14:paraId="1A9C274B" w14:textId="77777777" w:rsidR="00C37951" w:rsidRDefault="00000000" w:rsidP="003114E9">
      <w:pPr>
        <w:pStyle w:val="Punktliste"/>
        <w:numPr>
          <w:ilvl w:val="0"/>
          <w:numId w:val="10"/>
        </w:numPr>
        <w:spacing w:after="40" w:line="240" w:lineRule="auto"/>
      </w:pPr>
      <w:r>
        <w:t>tekstkort og stasjonskort</w:t>
      </w:r>
    </w:p>
    <w:p w14:paraId="739C2768" w14:textId="77777777" w:rsidR="00C37951" w:rsidRDefault="00000000">
      <w:pPr>
        <w:spacing w:before="40" w:after="140"/>
      </w:pPr>
      <w:r>
        <w:rPr>
          <w:b/>
        </w:rPr>
        <w:t xml:space="preserve">Praktisk tips: </w:t>
      </w:r>
      <w:r>
        <w:t>Samle utstyret på ett sted. Elevene hjelper til med å rigge stasjonene etter felles start.</w:t>
      </w:r>
    </w:p>
    <w:p w14:paraId="48A0C5B4" w14:textId="77777777" w:rsidR="00C37951" w:rsidRDefault="00000000">
      <w:pPr>
        <w:pStyle w:val="Overskrift1"/>
      </w:pPr>
      <w:r>
        <w:rPr>
          <w:sz w:val="24"/>
        </w:rPr>
        <w:t>Gjennomføring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C37951" w14:paraId="2D9BD426" w14:textId="77777777">
        <w:trPr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CD6D38" w14:textId="77777777" w:rsidR="00C37951" w:rsidRDefault="00000000">
            <w:pPr>
              <w:spacing w:after="0"/>
              <w:jc w:val="center"/>
            </w:pPr>
            <w:r>
              <w:rPr>
                <w:b/>
                <w:sz w:val="32"/>
              </w:rPr>
              <w:t>1</w:t>
            </w:r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E3ED97" w14:textId="77777777" w:rsidR="00C37951" w:rsidRDefault="00000000">
            <w:pPr>
              <w:spacing w:after="40"/>
            </w:pPr>
            <w:r>
              <w:rPr>
                <w:b/>
                <w:sz w:val="28"/>
              </w:rPr>
              <w:t>Felles start – En helt vanlig dag</w:t>
            </w:r>
            <w:r>
              <w:t xml:space="preserve">  |  5 min</w:t>
            </w:r>
          </w:p>
          <w:p w14:paraId="641E7113" w14:textId="77777777" w:rsidR="00C37951" w:rsidRDefault="00000000">
            <w:pPr>
              <w:spacing w:after="40" w:line="240" w:lineRule="auto"/>
            </w:pPr>
            <w:r>
              <w:t>Samle klassen. Bruk startkortet til å introdusere økta og fortellingen.</w:t>
            </w:r>
          </w:p>
          <w:p w14:paraId="7EE4E115" w14:textId="77777777" w:rsidR="00C37951" w:rsidRDefault="00000000">
            <w:pPr>
              <w:spacing w:after="0" w:line="240" w:lineRule="auto"/>
            </w:pPr>
            <w:r>
              <w:t>Forklar arbeidsrytmen: LES → GJØR → STOPP → KOBLE → ROTER.</w:t>
            </w:r>
          </w:p>
        </w:tc>
      </w:tr>
    </w:tbl>
    <w:p w14:paraId="4E267079" w14:textId="77777777" w:rsidR="00C37951" w:rsidRDefault="00C37951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C37951" w14:paraId="698563AD" w14:textId="77777777">
        <w:trPr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B5B46A" w14:textId="77777777" w:rsidR="00C37951" w:rsidRDefault="00000000">
            <w:pPr>
              <w:spacing w:after="0"/>
              <w:jc w:val="center"/>
            </w:pPr>
            <w:r>
              <w:rPr>
                <w:b/>
                <w:sz w:val="32"/>
              </w:rPr>
              <w:t>2</w:t>
            </w:r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D713E8" w14:textId="77777777" w:rsidR="00C37951" w:rsidRDefault="00000000">
            <w:pPr>
              <w:spacing w:after="40"/>
            </w:pPr>
            <w:r>
              <w:rPr>
                <w:b/>
                <w:sz w:val="28"/>
              </w:rPr>
              <w:t>Oppvarming og rigging – Gjør klar stasjonene</w:t>
            </w:r>
            <w:r>
              <w:t xml:space="preserve">  |  5 min</w:t>
            </w:r>
          </w:p>
          <w:p w14:paraId="42239D79" w14:textId="77777777" w:rsidR="00C37951" w:rsidRDefault="00000000">
            <w:pPr>
              <w:spacing w:after="40" w:line="240" w:lineRule="auto"/>
            </w:pPr>
            <w:r>
              <w:t>Del klassen i grupper. Hver gruppe gjør klar én stasjon: sett ut utstyr, mål eller marker avstander og kontroller at det er god plass.</w:t>
            </w:r>
          </w:p>
          <w:p w14:paraId="6B5CFDE6" w14:textId="77777777" w:rsidR="00C37951" w:rsidRDefault="00000000">
            <w:pPr>
              <w:spacing w:after="0" w:line="240" w:lineRule="auto"/>
            </w:pPr>
            <w:r>
              <w:t>Finn fram tekstkort og stasjonskort. Når stasjonen er klar, gå eller jogg rolig gjennom området og bli kjent med start, stopp og avstander.</w:t>
            </w:r>
          </w:p>
        </w:tc>
      </w:tr>
    </w:tbl>
    <w:p w14:paraId="3D4DDF41" w14:textId="77777777" w:rsidR="00C37951" w:rsidRDefault="00C37951">
      <w:pPr>
        <w:spacing w:after="40"/>
      </w:pPr>
    </w:p>
    <w:p w14:paraId="4E72BB14" w14:textId="0C2E617E" w:rsidR="00C37951" w:rsidRDefault="00000000" w:rsidP="00A5248C">
      <w:proofErr w:type="spellStart"/>
      <w:proofErr w:type="gramStart"/>
      <w:r>
        <w:rPr>
          <w:b/>
        </w:rPr>
        <w:t>UNDERVEIS</w:t>
      </w:r>
      <w:proofErr w:type="spellEnd"/>
      <w:r>
        <w:rPr>
          <w:b/>
        </w:rPr>
        <w:t xml:space="preserve">  |</w:t>
      </w:r>
      <w:proofErr w:type="gramEnd"/>
      <w:r>
        <w:rPr>
          <w:b/>
        </w:rPr>
        <w:t xml:space="preserve">  </w:t>
      </w:r>
      <w:proofErr w:type="spellStart"/>
      <w:r>
        <w:rPr>
          <w:b/>
        </w:rPr>
        <w:t>LÆRERVEILEDER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C37951" w14:paraId="48E981EA" w14:textId="77777777">
        <w:trPr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7FCAF4" w14:textId="77777777" w:rsidR="00C37951" w:rsidRDefault="00000000">
            <w:pPr>
              <w:spacing w:after="0"/>
              <w:jc w:val="center"/>
            </w:pPr>
            <w:r>
              <w:rPr>
                <w:b/>
                <w:sz w:val="32"/>
              </w:rPr>
              <w:t>3</w:t>
            </w:r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99C092" w14:textId="77777777" w:rsidR="00C37951" w:rsidRDefault="00000000">
            <w:pPr>
              <w:spacing w:after="40"/>
            </w:pPr>
            <w:r>
              <w:rPr>
                <w:b/>
                <w:sz w:val="28"/>
              </w:rPr>
              <w:t>Stasjoner – Fra tekst til aktivitet</w:t>
            </w:r>
            <w:r>
              <w:t xml:space="preserve">  |  35–50 min</w:t>
            </w:r>
          </w:p>
          <w:p w14:paraId="747D50EA" w14:textId="77777777" w:rsidR="00C37951" w:rsidRDefault="00000000">
            <w:pPr>
              <w:spacing w:after="40" w:line="240" w:lineRule="auto"/>
            </w:pPr>
            <w:r>
              <w:t>Gruppene starter på hver sin stasjon og roterer videre på signal.</w:t>
            </w:r>
          </w:p>
          <w:p w14:paraId="069623D6" w14:textId="77777777" w:rsidR="00C37951" w:rsidRDefault="00000000">
            <w:pPr>
              <w:spacing w:after="0" w:line="240" w:lineRule="auto"/>
            </w:pPr>
            <w:r>
              <w:t>På hver stasjon: les tekstkortet (A) først, deretter stasjonskortet (B). Følg instruksjonen og stopp kort ved spørsmålet før dere roterer.</w:t>
            </w:r>
          </w:p>
        </w:tc>
      </w:tr>
    </w:tbl>
    <w:p w14:paraId="788BDC88" w14:textId="77777777" w:rsidR="00C37951" w:rsidRDefault="00000000">
      <w:pPr>
        <w:pStyle w:val="Overskrift2"/>
      </w:pPr>
      <w:proofErr w:type="spellStart"/>
      <w:r>
        <w:rPr>
          <w:sz w:val="24"/>
        </w:rPr>
        <w:t>Stasjonsoversikt</w:t>
      </w:r>
      <w:proofErr w:type="spellEnd"/>
    </w:p>
    <w:tbl>
      <w:tblPr>
        <w:tblW w:w="10199" w:type="dxa"/>
        <w:jc w:val="center"/>
        <w:tblLayout w:type="fixed"/>
        <w:tblLook w:val="04A0" w:firstRow="1" w:lastRow="0" w:firstColumn="1" w:lastColumn="0" w:noHBand="0" w:noVBand="1"/>
      </w:tblPr>
      <w:tblGrid>
        <w:gridCol w:w="2886"/>
        <w:gridCol w:w="2983"/>
        <w:gridCol w:w="4330"/>
      </w:tblGrid>
      <w:tr w:rsidR="00C37951" w14:paraId="32CEB59B" w14:textId="77777777" w:rsidTr="00A5248C">
        <w:trPr>
          <w:trHeight w:val="276"/>
          <w:tblHeader/>
          <w:jc w:val="center"/>
        </w:trPr>
        <w:tc>
          <w:tcPr>
            <w:tcW w:w="28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98381B" w14:textId="77777777" w:rsidR="00C37951" w:rsidRDefault="00000000">
            <w:pPr>
              <w:spacing w:after="0"/>
            </w:pPr>
            <w:r>
              <w:rPr>
                <w:b/>
              </w:rPr>
              <w:t>Kort</w:t>
            </w:r>
          </w:p>
        </w:tc>
        <w:tc>
          <w:tcPr>
            <w:tcW w:w="298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AD3075" w14:textId="77777777" w:rsidR="00C37951" w:rsidRDefault="00000000">
            <w:pPr>
              <w:spacing w:after="0"/>
            </w:pPr>
            <w:r>
              <w:rPr>
                <w:b/>
              </w:rPr>
              <w:t>Stasjon</w:t>
            </w:r>
          </w:p>
        </w:tc>
        <w:tc>
          <w:tcPr>
            <w:tcW w:w="43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28F1BC" w14:textId="77777777" w:rsidR="00C37951" w:rsidRDefault="00000000">
            <w:pPr>
              <w:spacing w:after="0"/>
            </w:pPr>
            <w:r>
              <w:rPr>
                <w:b/>
              </w:rPr>
              <w:t>Husk</w:t>
            </w:r>
          </w:p>
        </w:tc>
      </w:tr>
      <w:tr w:rsidR="00C37951" w14:paraId="625CD136" w14:textId="77777777" w:rsidTr="00A5248C">
        <w:trPr>
          <w:trHeight w:val="254"/>
          <w:jc w:val="center"/>
        </w:trPr>
        <w:tc>
          <w:tcPr>
            <w:tcW w:w="28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19BBF9" w14:textId="77777777" w:rsidR="00C37951" w:rsidRDefault="00000000">
            <w:pPr>
              <w:spacing w:after="0" w:line="240" w:lineRule="auto"/>
            </w:pPr>
            <w:r>
              <w:rPr>
                <w:b/>
              </w:rPr>
              <w:t>1A + 1B</w:t>
            </w:r>
          </w:p>
        </w:tc>
        <w:tc>
          <w:tcPr>
            <w:tcW w:w="29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4D0FEE" w14:textId="77777777" w:rsidR="00C37951" w:rsidRDefault="00000000">
            <w:pPr>
              <w:spacing w:after="0" w:line="240" w:lineRule="auto"/>
            </w:pPr>
            <w:r>
              <w:t>Meter per sekund</w:t>
            </w:r>
          </w:p>
        </w:tc>
        <w:tc>
          <w:tcPr>
            <w:tcW w:w="43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68FA72" w14:textId="77777777" w:rsidR="00C37951" w:rsidRDefault="00000000">
            <w:pPr>
              <w:spacing w:after="0" w:line="240" w:lineRule="auto"/>
            </w:pPr>
            <w:r>
              <w:t>Marker 8,3 m, 13,9 m og 22,2 m.</w:t>
            </w:r>
          </w:p>
        </w:tc>
      </w:tr>
      <w:tr w:rsidR="00C37951" w14:paraId="24426D5D" w14:textId="77777777" w:rsidTr="00A5248C">
        <w:trPr>
          <w:trHeight w:val="530"/>
          <w:jc w:val="center"/>
        </w:trPr>
        <w:tc>
          <w:tcPr>
            <w:tcW w:w="28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D2F0BE" w14:textId="77777777" w:rsidR="00C37951" w:rsidRDefault="00000000">
            <w:pPr>
              <w:spacing w:after="0" w:line="240" w:lineRule="auto"/>
            </w:pPr>
            <w:r>
              <w:rPr>
                <w:b/>
              </w:rPr>
              <w:t>2A + 2B</w:t>
            </w:r>
          </w:p>
        </w:tc>
        <w:tc>
          <w:tcPr>
            <w:tcW w:w="29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6A609F" w14:textId="77777777" w:rsidR="00C37951" w:rsidRDefault="00000000">
            <w:pPr>
              <w:spacing w:after="0" w:line="240" w:lineRule="auto"/>
            </w:pPr>
            <w:r>
              <w:t>Bremselengde – stopp før streken</w:t>
            </w:r>
          </w:p>
        </w:tc>
        <w:tc>
          <w:tcPr>
            <w:tcW w:w="43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09850F" w14:textId="77777777" w:rsidR="00C37951" w:rsidRDefault="00000000">
            <w:pPr>
              <w:spacing w:after="0" w:line="240" w:lineRule="auto"/>
            </w:pPr>
            <w:r>
              <w:t>Tydelig start- og stoppstrek. Moderat fart og god sikkerhetsmargin.</w:t>
            </w:r>
          </w:p>
        </w:tc>
      </w:tr>
      <w:tr w:rsidR="00C37951" w14:paraId="6153593D" w14:textId="77777777" w:rsidTr="00A5248C">
        <w:trPr>
          <w:trHeight w:val="519"/>
          <w:jc w:val="center"/>
        </w:trPr>
        <w:tc>
          <w:tcPr>
            <w:tcW w:w="28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6A4541" w14:textId="77777777" w:rsidR="00C37951" w:rsidRDefault="00000000">
            <w:pPr>
              <w:spacing w:after="0" w:line="240" w:lineRule="auto"/>
            </w:pPr>
            <w:r>
              <w:rPr>
                <w:b/>
              </w:rPr>
              <w:t>3A + 3B</w:t>
            </w:r>
          </w:p>
        </w:tc>
        <w:tc>
          <w:tcPr>
            <w:tcW w:w="29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EF987E" w14:textId="77777777" w:rsidR="00C37951" w:rsidRDefault="00000000">
            <w:pPr>
              <w:spacing w:after="0" w:line="240" w:lineRule="auto"/>
            </w:pPr>
            <w:r>
              <w:t>Oppmerksomhet og reaksjon</w:t>
            </w:r>
          </w:p>
        </w:tc>
        <w:tc>
          <w:tcPr>
            <w:tcW w:w="43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B9F75D" w14:textId="77777777" w:rsidR="00C37951" w:rsidRDefault="00000000">
            <w:pPr>
              <w:spacing w:after="0" w:line="240" w:lineRule="auto"/>
            </w:pPr>
            <w:r>
              <w:t>Én signalgiver. Gjenta med en enkel verbal oppgave.</w:t>
            </w:r>
          </w:p>
        </w:tc>
      </w:tr>
      <w:tr w:rsidR="00C37951" w14:paraId="1618DAAD" w14:textId="77777777" w:rsidTr="00A5248C">
        <w:trPr>
          <w:trHeight w:val="519"/>
          <w:jc w:val="center"/>
        </w:trPr>
        <w:tc>
          <w:tcPr>
            <w:tcW w:w="28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936AAD" w14:textId="77777777" w:rsidR="00C37951" w:rsidRDefault="00000000">
            <w:pPr>
              <w:spacing w:after="0" w:line="240" w:lineRule="auto"/>
            </w:pPr>
            <w:r>
              <w:rPr>
                <w:b/>
              </w:rPr>
              <w:t>4A + 4B</w:t>
            </w:r>
          </w:p>
        </w:tc>
        <w:tc>
          <w:tcPr>
            <w:tcW w:w="29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704FCF" w14:textId="77777777" w:rsidR="00C37951" w:rsidRDefault="00000000">
            <w:pPr>
              <w:spacing w:after="0" w:line="240" w:lineRule="auto"/>
            </w:pPr>
            <w:r>
              <w:t>Rødt, gult eller grønt?</w:t>
            </w:r>
          </w:p>
        </w:tc>
        <w:tc>
          <w:tcPr>
            <w:tcW w:w="43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B26D53" w14:textId="6A5EDDC9" w:rsidR="00C37951" w:rsidRDefault="00000000">
            <w:pPr>
              <w:spacing w:after="0" w:line="240" w:lineRule="auto"/>
            </w:pPr>
            <w:proofErr w:type="spellStart"/>
            <w:r>
              <w:t>Snakk</w:t>
            </w:r>
            <w:proofErr w:type="spellEnd"/>
            <w:r>
              <w:t xml:space="preserve"> </w:t>
            </w:r>
            <w:proofErr w:type="spellStart"/>
            <w:r>
              <w:t>kort</w:t>
            </w:r>
            <w:proofErr w:type="spellEnd"/>
            <w:r>
              <w:t xml:space="preserve"> om strategi </w:t>
            </w:r>
            <w:proofErr w:type="spellStart"/>
            <w:r>
              <w:t>før</w:t>
            </w:r>
            <w:proofErr w:type="spellEnd"/>
            <w:r>
              <w:t xml:space="preserve"> </w:t>
            </w:r>
            <w:proofErr w:type="spellStart"/>
            <w:r>
              <w:t>gruppa</w:t>
            </w:r>
            <w:proofErr w:type="spellEnd"/>
            <w:r>
              <w:t xml:space="preserve"> </w:t>
            </w:r>
            <w:proofErr w:type="spellStart"/>
            <w:r>
              <w:t>går</w:t>
            </w:r>
            <w:proofErr w:type="spellEnd"/>
            <w:r>
              <w:t xml:space="preserve"> videre.</w:t>
            </w:r>
          </w:p>
        </w:tc>
      </w:tr>
      <w:tr w:rsidR="00C37951" w14:paraId="7CFC701A" w14:textId="77777777" w:rsidTr="00A5248C">
        <w:trPr>
          <w:trHeight w:val="530"/>
          <w:jc w:val="center"/>
        </w:trPr>
        <w:tc>
          <w:tcPr>
            <w:tcW w:w="28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89EA4D" w14:textId="77777777" w:rsidR="00C37951" w:rsidRDefault="00000000">
            <w:pPr>
              <w:spacing w:after="0" w:line="240" w:lineRule="auto"/>
            </w:pPr>
            <w:r>
              <w:rPr>
                <w:b/>
              </w:rPr>
              <w:t>5A + 5B</w:t>
            </w:r>
          </w:p>
        </w:tc>
        <w:tc>
          <w:tcPr>
            <w:tcW w:w="29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EE6271" w14:textId="77777777" w:rsidR="00C37951" w:rsidRDefault="00000000">
            <w:pPr>
              <w:spacing w:after="0" w:line="240" w:lineRule="auto"/>
            </w:pPr>
            <w:r>
              <w:t>Først på ulykkesstedet</w:t>
            </w:r>
          </w:p>
        </w:tc>
        <w:tc>
          <w:tcPr>
            <w:tcW w:w="43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43540E" w14:textId="2B895016" w:rsidR="00C37951" w:rsidRDefault="00000000">
            <w:pPr>
              <w:spacing w:after="0" w:line="240" w:lineRule="auto"/>
            </w:pPr>
            <w:r>
              <w:t xml:space="preserve">Tren oversikt og rekkefølge: </w:t>
            </w:r>
            <w:proofErr w:type="spellStart"/>
            <w:r>
              <w:t>SIKRE</w:t>
            </w:r>
            <w:proofErr w:type="spellEnd"/>
            <w:r>
              <w:t xml:space="preserve"> – VARSLE 1</w:t>
            </w:r>
            <w:r w:rsidR="00A5248C">
              <w:t>-</w:t>
            </w:r>
            <w:r>
              <w:t>1</w:t>
            </w:r>
            <w:r w:rsidR="00A5248C">
              <w:t>-</w:t>
            </w:r>
            <w:r>
              <w:t xml:space="preserve">3 – </w:t>
            </w:r>
            <w:proofErr w:type="spellStart"/>
            <w:r>
              <w:t>HJELPE</w:t>
            </w:r>
            <w:proofErr w:type="spellEnd"/>
          </w:p>
        </w:tc>
      </w:tr>
    </w:tbl>
    <w:p w14:paraId="7B659F89" w14:textId="72E16842" w:rsidR="00C37951" w:rsidRDefault="00000000">
      <w:pPr>
        <w:spacing w:before="80" w:after="120"/>
      </w:pPr>
      <w:r>
        <w:rPr>
          <w:b/>
        </w:rPr>
        <w:t xml:space="preserve">Sikkerhet: </w:t>
      </w:r>
      <w:r>
        <w:t xml:space="preserve">Sørg for god plass mellom stasjonene. Aktivitetene skal gjennomføres </w:t>
      </w:r>
      <w:proofErr w:type="spellStart"/>
      <w:r>
        <w:t>kontrollert</w:t>
      </w:r>
      <w:proofErr w:type="spellEnd"/>
      <w:r w:rsidR="00A5248C">
        <w:t>.</w:t>
      </w:r>
      <w: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C37951" w14:paraId="6FCECEA5" w14:textId="77777777">
        <w:trPr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A641FC" w14:textId="77777777" w:rsidR="00C37951" w:rsidRDefault="00000000">
            <w:pPr>
              <w:spacing w:after="0"/>
              <w:jc w:val="center"/>
            </w:pPr>
            <w:r>
              <w:rPr>
                <w:b/>
                <w:sz w:val="32"/>
              </w:rPr>
              <w:t>4</w:t>
            </w:r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3E13B8" w14:textId="77777777" w:rsidR="00C37951" w:rsidRDefault="00000000">
            <w:pPr>
              <w:spacing w:after="40"/>
            </w:pPr>
            <w:r>
              <w:rPr>
                <w:b/>
                <w:sz w:val="28"/>
              </w:rPr>
              <w:t>Rydd og samle</w:t>
            </w:r>
            <w:r>
              <w:t xml:space="preserve">  |  5 min</w:t>
            </w:r>
          </w:p>
          <w:p w14:paraId="5D877C5E" w14:textId="77777777" w:rsidR="00C37951" w:rsidRDefault="00000000">
            <w:pPr>
              <w:spacing w:after="40" w:line="240" w:lineRule="auto"/>
            </w:pPr>
            <w:r>
              <w:t>Gruppene leverer inn kortene, rydder bort utstyret de satte ut og fjerner tape eller markeringer.</w:t>
            </w:r>
          </w:p>
          <w:p w14:paraId="31BB0C2C" w14:textId="77777777" w:rsidR="00C37951" w:rsidRDefault="00000000">
            <w:pPr>
              <w:spacing w:after="0" w:line="240" w:lineRule="auto"/>
            </w:pPr>
            <w:r>
              <w:t>Når området er ryddet, samles klassen.</w:t>
            </w:r>
          </w:p>
        </w:tc>
      </w:tr>
    </w:tbl>
    <w:p w14:paraId="6BDA87E6" w14:textId="77777777" w:rsidR="00C37951" w:rsidRDefault="00C37951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C37951" w14:paraId="04B0FB20" w14:textId="77777777">
        <w:trPr>
          <w:jc w:val="center"/>
        </w:trPr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9C7B6A" w14:textId="77777777" w:rsidR="00C37951" w:rsidRDefault="00000000">
            <w:pPr>
              <w:spacing w:after="0"/>
              <w:jc w:val="center"/>
            </w:pPr>
            <w:r>
              <w:rPr>
                <w:b/>
                <w:sz w:val="32"/>
              </w:rPr>
              <w:t>5</w:t>
            </w:r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376AE6" w14:textId="77777777" w:rsidR="00C37951" w:rsidRDefault="00000000">
            <w:pPr>
              <w:spacing w:after="40"/>
            </w:pPr>
            <w:r>
              <w:rPr>
                <w:b/>
                <w:sz w:val="28"/>
              </w:rPr>
              <w:t>Felles avslutning – Ett minutt tilbake</w:t>
            </w:r>
            <w:r>
              <w:t xml:space="preserve">  |  5–10 min</w:t>
            </w:r>
          </w:p>
          <w:p w14:paraId="400CC7C8" w14:textId="77777777" w:rsidR="00C37951" w:rsidRDefault="00000000">
            <w:pPr>
              <w:spacing w:after="40" w:line="240" w:lineRule="auto"/>
            </w:pPr>
            <w:r>
              <w:t>Bruk avslutningskortet til å koble erfaringene fra stasjonene tilbake til fortellingen og til trygge valg i trafikken.</w:t>
            </w:r>
          </w:p>
          <w:p w14:paraId="45590F69" w14:textId="77777777" w:rsidR="00C37951" w:rsidRDefault="00000000">
            <w:pPr>
              <w:spacing w:after="0" w:line="240" w:lineRule="auto"/>
            </w:pPr>
            <w:r>
              <w:t>La elevene svare kort på spørsmålene på kortet. Avslutt med ett trygt valg eller én strategi de tar med seg videre.</w:t>
            </w:r>
          </w:p>
        </w:tc>
      </w:tr>
    </w:tbl>
    <w:p w14:paraId="279820F6" w14:textId="77777777" w:rsidR="00C37951" w:rsidRDefault="00000000">
      <w:pPr>
        <w:pStyle w:val="Overskrift1"/>
      </w:pPr>
      <w:proofErr w:type="spellStart"/>
      <w:r>
        <w:rPr>
          <w:sz w:val="24"/>
        </w:rPr>
        <w:t>Læringsmål</w:t>
      </w:r>
      <w:proofErr w:type="spellEnd"/>
    </w:p>
    <w:p w14:paraId="12355303" w14:textId="77777777" w:rsidR="00C37951" w:rsidRPr="00A5248C" w:rsidRDefault="00000000">
      <w:pPr>
        <w:pStyle w:val="Punktliste"/>
        <w:spacing w:after="20" w:line="240" w:lineRule="auto"/>
        <w:ind w:left="283" w:hanging="142"/>
        <w:rPr>
          <w:sz w:val="22"/>
        </w:rPr>
      </w:pPr>
      <w:r w:rsidRPr="00A5248C">
        <w:rPr>
          <w:sz w:val="22"/>
        </w:rPr>
        <w:t>Eleven kan delta i praktiske aktiviteter som viser fart, reaksjon og oppmerksomhet</w:t>
      </w:r>
    </w:p>
    <w:p w14:paraId="22BE652C" w14:textId="77777777" w:rsidR="00C37951" w:rsidRPr="00A5248C" w:rsidRDefault="00000000">
      <w:pPr>
        <w:pStyle w:val="Punktliste"/>
        <w:spacing w:after="20" w:line="240" w:lineRule="auto"/>
        <w:ind w:left="283" w:hanging="142"/>
        <w:rPr>
          <w:sz w:val="22"/>
        </w:rPr>
      </w:pPr>
      <w:r w:rsidRPr="00A5248C">
        <w:rPr>
          <w:sz w:val="22"/>
        </w:rPr>
        <w:t>Eleven kan forklare hvordan fart, forstyrrelser og følelser kan påvirke trygge valg</w:t>
      </w:r>
    </w:p>
    <w:p w14:paraId="7D3BFC9B" w14:textId="77777777" w:rsidR="00C37951" w:rsidRPr="00A5248C" w:rsidRDefault="00000000">
      <w:pPr>
        <w:pStyle w:val="Punktliste"/>
        <w:spacing w:after="20" w:line="240" w:lineRule="auto"/>
        <w:ind w:left="283" w:hanging="142"/>
        <w:rPr>
          <w:sz w:val="22"/>
        </w:rPr>
      </w:pPr>
      <w:r w:rsidRPr="00A5248C">
        <w:rPr>
          <w:sz w:val="22"/>
        </w:rPr>
        <w:t>Eleven kan samarbeide, observere og foreslå en trygg strategi før en situasjon blir farlig</w:t>
      </w:r>
    </w:p>
    <w:p w14:paraId="0156CC49" w14:textId="77777777" w:rsidR="00C37951" w:rsidRPr="00A5248C" w:rsidRDefault="00000000">
      <w:pPr>
        <w:pStyle w:val="Punktliste"/>
        <w:spacing w:after="20" w:line="240" w:lineRule="auto"/>
        <w:ind w:left="283" w:hanging="142"/>
        <w:rPr>
          <w:sz w:val="22"/>
        </w:rPr>
      </w:pPr>
      <w:r w:rsidRPr="00A5248C">
        <w:rPr>
          <w:sz w:val="22"/>
        </w:rPr>
        <w:t xml:space="preserve">Eleven kan forklare en enkel handlingsrekkefølge når jeg kommer </w:t>
      </w:r>
      <w:proofErr w:type="spellStart"/>
      <w:r w:rsidRPr="00A5248C">
        <w:rPr>
          <w:sz w:val="22"/>
        </w:rPr>
        <w:t>først</w:t>
      </w:r>
      <w:proofErr w:type="spellEnd"/>
      <w:r w:rsidRPr="00A5248C">
        <w:rPr>
          <w:sz w:val="22"/>
        </w:rPr>
        <w:t xml:space="preserve"> </w:t>
      </w:r>
      <w:proofErr w:type="spellStart"/>
      <w:r w:rsidRPr="00A5248C">
        <w:rPr>
          <w:sz w:val="22"/>
        </w:rPr>
        <w:t>til</w:t>
      </w:r>
      <w:proofErr w:type="spellEnd"/>
      <w:r w:rsidRPr="00A5248C">
        <w:rPr>
          <w:sz w:val="22"/>
        </w:rPr>
        <w:t xml:space="preserve"> et </w:t>
      </w:r>
      <w:proofErr w:type="spellStart"/>
      <w:r w:rsidRPr="00A5248C">
        <w:rPr>
          <w:sz w:val="22"/>
        </w:rPr>
        <w:t>ulykkessted</w:t>
      </w:r>
      <w:proofErr w:type="spellEnd"/>
    </w:p>
    <w:p w14:paraId="79E7B74D" w14:textId="77777777" w:rsidR="00C37951" w:rsidRDefault="00000000">
      <w:pPr>
        <w:spacing w:before="100" w:after="0"/>
      </w:pPr>
      <w:r>
        <w:rPr>
          <w:b/>
        </w:rPr>
        <w:t xml:space="preserve">Kort variant: </w:t>
      </w:r>
      <w:r>
        <w:t>Velg tre stasjoner og bruk ca. 45 minutter. For halvdag/fagdag kan elevene rigge, lede og forklare stasjonene for hverandre.</w:t>
      </w:r>
    </w:p>
    <w:sectPr w:rsidR="00C37951" w:rsidSect="00034616"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AD38A6"/>
    <w:multiLevelType w:val="hybridMultilevel"/>
    <w:tmpl w:val="E7F647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16F6C"/>
    <w:multiLevelType w:val="hybridMultilevel"/>
    <w:tmpl w:val="8A28C8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58000">
    <w:abstractNumId w:val="8"/>
  </w:num>
  <w:num w:numId="2" w16cid:durableId="1563102429">
    <w:abstractNumId w:val="6"/>
  </w:num>
  <w:num w:numId="3" w16cid:durableId="555236351">
    <w:abstractNumId w:val="5"/>
  </w:num>
  <w:num w:numId="4" w16cid:durableId="1848518873">
    <w:abstractNumId w:val="4"/>
  </w:num>
  <w:num w:numId="5" w16cid:durableId="47655133">
    <w:abstractNumId w:val="7"/>
  </w:num>
  <w:num w:numId="6" w16cid:durableId="1739749144">
    <w:abstractNumId w:val="3"/>
  </w:num>
  <w:num w:numId="7" w16cid:durableId="1382173663">
    <w:abstractNumId w:val="2"/>
  </w:num>
  <w:num w:numId="8" w16cid:durableId="818500938">
    <w:abstractNumId w:val="1"/>
  </w:num>
  <w:num w:numId="9" w16cid:durableId="1348172030">
    <w:abstractNumId w:val="0"/>
  </w:num>
  <w:num w:numId="10" w16cid:durableId="873614982">
    <w:abstractNumId w:val="10"/>
  </w:num>
  <w:num w:numId="11" w16cid:durableId="62589638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391"/>
    <w:rsid w:val="0015074B"/>
    <w:rsid w:val="0029639D"/>
    <w:rsid w:val="003114E9"/>
    <w:rsid w:val="00326F90"/>
    <w:rsid w:val="006A035F"/>
    <w:rsid w:val="00A5248C"/>
    <w:rsid w:val="00AA1D8D"/>
    <w:rsid w:val="00B47730"/>
    <w:rsid w:val="00C3795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C54EE"/>
  <w14:defaultImageDpi w14:val="300"/>
  <w15:docId w15:val="{E7669478-1FE8-AC4E-81FE-3B79C559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eastAsia="Calibri" w:hAnsi="Calibri"/>
      <w:color w:val="000000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536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Kroppsøving – kort lærerveileder</dc:title>
  <dc:subject>Underveis – Att döda ett barn</dc:subject>
  <dc:creator>Underveis</dc:creator>
  <cp:keywords/>
  <dc:description>generated by python-docx</dc:description>
  <cp:lastModifiedBy>Zoey Line Barstad</cp:lastModifiedBy>
  <cp:revision>4</cp:revision>
  <dcterms:created xsi:type="dcterms:W3CDTF">2026-09-16T05:49:00Z</dcterms:created>
  <dcterms:modified xsi:type="dcterms:W3CDTF">2026-09-16T05:53:00Z</dcterms:modified>
  <cp:category/>
</cp:coreProperties>
</file>