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AGENCYORA</w:t>
      </w:r>
    </w:p>
    <w:p>
      <w:pPr>
        <w:pStyle w:val="Title"/>
        <w:jc w:val="center"/>
      </w:pPr>
      <w:r>
        <w:t>Web Development RFP Template: Scope Your Project Before You Hire an Agency</w:t>
      </w:r>
    </w:p>
    <w:p>
      <w:pPr>
        <w:jc w:val="center"/>
      </w:pPr>
      <w:r>
        <w:rPr>
          <w:i/>
          <w:sz w:val="22"/>
        </w:rPr>
        <w:t>A practical buyer-side template to define your project, budget, requirements, timeline, and proposal expectations.</w:t>
      </w:r>
    </w:p>
    <w:p>
      <w:pPr>
        <w:pStyle w:val="Heading1"/>
      </w:pPr>
      <w:r>
        <w:t>How to use this template</w:t>
      </w:r>
    </w:p>
    <w:p>
      <w:pPr>
        <w:pStyle w:val="ListBullet"/>
      </w:pPr>
      <w:r>
        <w:t>Complete the business context, problem, users, scope, budget, and timeline before contacting agencies.</w:t>
      </w:r>
    </w:p>
    <w:p>
      <w:pPr>
        <w:pStyle w:val="ListBullet"/>
      </w:pPr>
      <w:r>
        <w:t>Separate must-have requirements from ideas that can wait. This gives agencies room to recommend an appropriate solution.</w:t>
      </w:r>
    </w:p>
    <w:p>
      <w:pPr>
        <w:pStyle w:val="ListBullet"/>
      </w:pPr>
      <w:r>
        <w:t>Send the same RFP to each shortlisted agency and ask for the same proposal information.</w:t>
      </w:r>
    </w:p>
    <w:p>
      <w:pPr>
        <w:pStyle w:val="ListBullet"/>
      </w:pPr>
      <w:r>
        <w:t>Use the evaluation framework at the end to compare evidence, assumptions, scope, delivery approach, and commercial terms.</w:t>
      </w:r>
    </w:p>
    <w:p>
      <w:pPr>
        <w:pStyle w:val="Heading1"/>
      </w:pPr>
      <w:r>
        <w:t>1. Company &amp; Project Context</w:t>
      </w:r>
    </w:p>
    <w:p>
      <w:pPr>
        <w:spacing w:after="100"/>
      </w:pPr>
      <w:r>
        <w:rPr>
          <w:b/>
        </w:rPr>
        <w:t>Company / Organization: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Industry: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Website / Product URL (if applicable):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Primary contact: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Decision-makers / stakeholders: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Why is this project being considered now?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Current solution or website: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What is not working today?</w:t>
      </w:r>
      <w:r>
        <w:br/>
        <w:t>________________________________________________________________________________</w:t>
      </w:r>
    </w:p>
    <w:p>
      <w:pPr>
        <w:pStyle w:val="Heading1"/>
      </w:pPr>
      <w:r>
        <w:t>2. Business Problem &amp; Goals</w:t>
      </w:r>
    </w:p>
    <w:p>
      <w:pPr>
        <w:spacing w:after="100"/>
      </w:pPr>
      <w:r>
        <w:rPr>
          <w:b/>
        </w:rPr>
        <w:t>Primary business problem: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Who are the primary users / customers?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What should be easier, faster, or better after the project?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List 3–5 measurable success criteria.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Example: increase qualified enquiries, reduce manual work, improve conversion rate, launch a new customer workflow.</w:t>
      </w:r>
      <w:r>
        <w:br/>
        <w:t>________________________________________________________________________________</w:t>
      </w:r>
    </w:p>
    <w:p>
      <w:pPr>
        <w:pStyle w:val="Heading1"/>
      </w:pPr>
      <w:r>
        <w:t>3. Project Scope</w:t>
      </w:r>
    </w:p>
    <w:p>
      <w:pPr>
        <w:spacing w:after="100"/>
      </w:pPr>
      <w:r>
        <w:rPr>
          <w:b/>
        </w:rPr>
        <w:t>Project type: New website / Redesign / Web application / SaaS / E-commerce / Other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In scope — must-have deliverables: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Nice-to-have / phase-two items: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Explicitly out of scope: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Required pages, modules, workflows, or features:</w:t>
      </w:r>
      <w:r>
        <w:br/>
        <w:t>________________________________________________________________________________</w:t>
      </w:r>
    </w:p>
    <w:p>
      <w:pPr>
        <w:pStyle w:val="Heading1"/>
      </w:pPr>
      <w:r>
        <w:t>4. Functional Requirements</w:t>
      </w:r>
    </w:p>
    <w:p>
      <w:pPr>
        <w:spacing w:after="100"/>
      </w:pPr>
      <w:r>
        <w:rPr>
          <w:b/>
        </w:rPr>
        <w:t>For each major feature, describe what the user needs to accomplish rather than prescribing the implementation.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Feature / Module: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User role: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User action / workflow: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Expected result: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Priority: Must-have / Should-have / Nice-to-have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Acceptance criteria:</w:t>
      </w:r>
      <w:r>
        <w:br/>
        <w:t>________________________________________________________________________________</w:t>
      </w:r>
    </w:p>
    <w:p>
      <w:pPr>
        <w:pStyle w:val="Heading1"/>
      </w:pPr>
      <w:r>
        <w:t>5. Technical &amp; Integration Requirements</w:t>
      </w:r>
    </w:p>
    <w:p>
      <w:pPr>
        <w:spacing w:after="100"/>
      </w:pPr>
      <w:r>
        <w:rPr>
          <w:b/>
        </w:rPr>
        <w:t>Existing technology / CMS / hosting: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Preferred technologies, if any: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Required integrations (CRM, ERP, payment gateway, email, analytics, APIs, etc.):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Authentication / user roles: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Data migration requirements: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Performance expectations: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Security, privacy, compliance, or data-residency requirements: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Accessibility requirements:</w:t>
      </w:r>
      <w:r>
        <w:br/>
        <w:t>________________________________________________________________________________</w:t>
      </w:r>
    </w:p>
    <w:p>
      <w:pPr>
        <w:pStyle w:val="Heading1"/>
      </w:pPr>
      <w:r>
        <w:t>6. Content, Design &amp; SEO</w:t>
      </w:r>
    </w:p>
    <w:p>
      <w:pPr>
        <w:spacing w:after="100"/>
      </w:pPr>
      <w:r>
        <w:rPr>
          <w:b/>
        </w:rPr>
        <w:t>Brand guidelines / design system available: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Reference websites or visual direction: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Who supplies copy and images?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Number of pages / templates: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Languages: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SEO migration / redirects required?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Analytics / tracking requirements: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Accessibility and responsive design expectations:</w:t>
      </w:r>
      <w:r>
        <w:br/>
        <w:t>________________________________________________________________________________</w:t>
      </w:r>
    </w:p>
    <w:p>
      <w:pPr>
        <w:pStyle w:val="Heading1"/>
      </w:pPr>
      <w:r>
        <w:t>7. Timeline &amp; Milestones</w:t>
      </w:r>
    </w:p>
    <w:p>
      <w:pPr>
        <w:spacing w:after="100"/>
      </w:pPr>
      <w:r>
        <w:rPr>
          <w:b/>
        </w:rPr>
        <w:t>Target start date: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Target launch date: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Hard deadline and reason: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Key milestones: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Client dependencies / approvals: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Content and access readiness date:</w:t>
      </w:r>
      <w:r>
        <w:br/>
        <w:t>________________________________________________________________________________</w:t>
      </w:r>
    </w:p>
    <w:p>
      <w:pPr>
        <w:pStyle w:val="Heading1"/>
      </w:pPr>
      <w:r>
        <w:t>8. Budget &amp; Commercial Expectations</w:t>
      </w:r>
    </w:p>
    <w:p>
      <w:pPr>
        <w:spacing w:after="100"/>
      </w:pPr>
      <w:r>
        <w:rPr>
          <w:b/>
        </w:rPr>
        <w:t>Budget range: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Preferred pricing model: Fixed price / Time &amp; materials / Milestone-based / Other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Expected payment milestones: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Hosting / third-party / license costs that should be separated: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Expected post-launch support budget, if known:</w:t>
      </w:r>
      <w:r>
        <w:br/>
        <w:t>________________________________________________________________________________</w:t>
      </w:r>
    </w:p>
    <w:p>
      <w:pPr>
        <w:pStyle w:val="Heading1"/>
      </w:pPr>
      <w:r>
        <w:t>9. Agency / Vendor Requirements</w:t>
      </w:r>
    </w:p>
    <w:p>
      <w:pPr>
        <w:spacing w:after="100"/>
      </w:pPr>
      <w:r>
        <w:rPr>
          <w:b/>
        </w:rPr>
        <w:t>Relevant project experience: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Industry experience, if required: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Team members expected on the project: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Location / timezone requirements: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Communication expectations: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References or comparable case studies required: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Availability / capacity expectations:</w:t>
      </w:r>
      <w:r>
        <w:br/>
        <w:t>________________________________________________________________________________</w:t>
      </w:r>
    </w:p>
    <w:p>
      <w:pPr>
        <w:pStyle w:val="Heading1"/>
      </w:pPr>
      <w:r>
        <w:t>10. What the Proposal Must Include</w:t>
      </w:r>
    </w:p>
    <w:p>
      <w:pPr>
        <w:spacing w:after="100"/>
      </w:pPr>
      <w:r>
        <w:rPr>
          <w:b/>
        </w:rPr>
        <w:t>Brief understanding of the problem and proposed approach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Project scope and assumptions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Recommended solution / architecture where relevant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Deliverables and milestones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Team composition and roles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Timeline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Itemized pricing and payment schedule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Third-party costs and exclusions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Support / maintenance terms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Warranty / bug-fix period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IP ownership and source-code handover terms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Key risks, dependencies, and assumptions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Relevant case studies and references</w:t>
      </w:r>
      <w:r>
        <w:br/>
        <w:t>________________________________________________________________________________</w:t>
      </w:r>
    </w:p>
    <w:p>
      <w:pPr>
        <w:pStyle w:val="Heading1"/>
      </w:pPr>
      <w:r>
        <w:t>11. Proposal Evaluation Framework</w:t>
      </w:r>
    </w:p>
    <w:p>
      <w:pPr>
        <w:spacing w:after="100"/>
      </w:pPr>
      <w:r>
        <w:rPr>
          <w:b/>
        </w:rPr>
        <w:t>Use the same questions and evidence requests for every agency so proposals are easier to compare.</w:t>
      </w:r>
      <w:r>
        <w:br/>
        <w:t>________________________________________________________________________________</w:t>
      </w:r>
    </w:p>
    <w:p>
      <w:pPr>
        <w:pStyle w:val="Heading1"/>
      </w:pPr>
      <w:r>
        <w:t>12. Submission Instructions</w:t>
      </w:r>
    </w:p>
    <w:p>
      <w:pPr>
        <w:spacing w:after="100"/>
      </w:pPr>
      <w:r>
        <w:rPr>
          <w:b/>
        </w:rPr>
        <w:t>Proposal deadline: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Question deadline: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Expected proposal format: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Submission email / portal: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Expected decision date:</w:t>
      </w:r>
      <w:r>
        <w:br/>
        <w:t>________________________________________________________________________________</w:t>
      </w:r>
    </w:p>
    <w:p>
      <w:pPr>
        <w:spacing w:after="100"/>
      </w:pPr>
      <w:r>
        <w:rPr>
          <w:b/>
        </w:rPr>
        <w:t>Interview / presentation process:</w:t>
      </w:r>
      <w:r>
        <w:br/>
        <w:t>________________________________________________________________________________</w:t>
      </w:r>
    </w:p>
    <w:p>
      <w:pPr>
        <w:pStyle w:val="Heading1"/>
      </w:pPr>
      <w:r>
        <w:t>Recommended Proposal Scorecard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Evaluation criterion</w:t>
            </w:r>
          </w:p>
        </w:tc>
        <w:tc>
          <w:tcPr>
            <w:tcW w:type="dxa" w:w="3408"/>
          </w:tcPr>
          <w:p>
            <w:r>
              <w:t>Suggested weight</w:t>
            </w:r>
          </w:p>
        </w:tc>
        <w:tc>
          <w:tcPr>
            <w:tcW w:type="dxa" w:w="3408"/>
          </w:tcPr>
          <w:p>
            <w:r>
              <w:t>Score / Notes</w:t>
            </w:r>
          </w:p>
        </w:tc>
      </w:tr>
      <w:tr>
        <w:tc>
          <w:tcPr>
            <w:tcW w:type="dxa" w:w="3408"/>
          </w:tcPr>
          <w:p>
            <w:r>
              <w:t>Understanding of business problem</w:t>
            </w:r>
          </w:p>
        </w:tc>
        <w:tc>
          <w:tcPr>
            <w:tcW w:type="dxa" w:w="3408"/>
          </w:tcPr>
          <w:p>
            <w:r>
              <w:t>20%</w:t>
            </w:r>
          </w:p>
        </w:tc>
        <w:tc>
          <w:tcPr>
            <w:tcW w:type="dxa" w:w="3408"/>
          </w:tcPr>
          <w:p>
            <w:r>
              <w:t>________________________</w:t>
            </w:r>
          </w:p>
        </w:tc>
      </w:tr>
      <w:tr>
        <w:tc>
          <w:tcPr>
            <w:tcW w:type="dxa" w:w="3408"/>
          </w:tcPr>
          <w:p>
            <w:r>
              <w:t>Relevant experience / evidence</w:t>
            </w:r>
          </w:p>
        </w:tc>
        <w:tc>
          <w:tcPr>
            <w:tcW w:type="dxa" w:w="3408"/>
          </w:tcPr>
          <w:p>
            <w:r>
              <w:t>15%</w:t>
            </w:r>
          </w:p>
        </w:tc>
        <w:tc>
          <w:tcPr>
            <w:tcW w:type="dxa" w:w="3408"/>
          </w:tcPr>
          <w:p>
            <w:r>
              <w:t>________________________</w:t>
            </w:r>
          </w:p>
        </w:tc>
      </w:tr>
      <w:tr>
        <w:tc>
          <w:tcPr>
            <w:tcW w:type="dxa" w:w="3408"/>
          </w:tcPr>
          <w:p>
            <w:r>
              <w:t>Proposed approach &amp; technical fit</w:t>
            </w:r>
          </w:p>
        </w:tc>
        <w:tc>
          <w:tcPr>
            <w:tcW w:type="dxa" w:w="3408"/>
          </w:tcPr>
          <w:p>
            <w:r>
              <w:t>15%</w:t>
            </w:r>
          </w:p>
        </w:tc>
        <w:tc>
          <w:tcPr>
            <w:tcW w:type="dxa" w:w="3408"/>
          </w:tcPr>
          <w:p>
            <w:r>
              <w:t>________________________</w:t>
            </w:r>
          </w:p>
        </w:tc>
      </w:tr>
      <w:tr>
        <w:tc>
          <w:tcPr>
            <w:tcW w:type="dxa" w:w="3408"/>
          </w:tcPr>
          <w:p>
            <w:r>
              <w:t>Scope &amp; deliverables clarity</w:t>
            </w:r>
          </w:p>
        </w:tc>
        <w:tc>
          <w:tcPr>
            <w:tcW w:type="dxa" w:w="3408"/>
          </w:tcPr>
          <w:p>
            <w:r>
              <w:t>10%</w:t>
            </w:r>
          </w:p>
        </w:tc>
        <w:tc>
          <w:tcPr>
            <w:tcW w:type="dxa" w:w="3408"/>
          </w:tcPr>
          <w:p>
            <w:r>
              <w:t>________________________</w:t>
            </w:r>
          </w:p>
        </w:tc>
      </w:tr>
      <w:tr>
        <w:tc>
          <w:tcPr>
            <w:tcW w:type="dxa" w:w="3408"/>
          </w:tcPr>
          <w:p>
            <w:r>
              <w:t>Team &amp; communication model</w:t>
            </w:r>
          </w:p>
        </w:tc>
        <w:tc>
          <w:tcPr>
            <w:tcW w:type="dxa" w:w="3408"/>
          </w:tcPr>
          <w:p>
            <w:r>
              <w:t>10%</w:t>
            </w:r>
          </w:p>
        </w:tc>
        <w:tc>
          <w:tcPr>
            <w:tcW w:type="dxa" w:w="3408"/>
          </w:tcPr>
          <w:p>
            <w:r>
              <w:t>________________________</w:t>
            </w:r>
          </w:p>
        </w:tc>
      </w:tr>
      <w:tr>
        <w:tc>
          <w:tcPr>
            <w:tcW w:type="dxa" w:w="3408"/>
          </w:tcPr>
          <w:p>
            <w:r>
              <w:t>Timeline &amp; delivery plan</w:t>
            </w:r>
          </w:p>
        </w:tc>
        <w:tc>
          <w:tcPr>
            <w:tcW w:type="dxa" w:w="3408"/>
          </w:tcPr>
          <w:p>
            <w:r>
              <w:t>10%</w:t>
            </w:r>
          </w:p>
        </w:tc>
        <w:tc>
          <w:tcPr>
            <w:tcW w:type="dxa" w:w="3408"/>
          </w:tcPr>
          <w:p>
            <w:r>
              <w:t>________________________</w:t>
            </w:r>
          </w:p>
        </w:tc>
      </w:tr>
      <w:tr>
        <w:tc>
          <w:tcPr>
            <w:tcW w:type="dxa" w:w="3408"/>
          </w:tcPr>
          <w:p>
            <w:r>
              <w:t>Price &amp; commercial terms</w:t>
            </w:r>
          </w:p>
        </w:tc>
        <w:tc>
          <w:tcPr>
            <w:tcW w:type="dxa" w:w="3408"/>
          </w:tcPr>
          <w:p>
            <w:r>
              <w:t>10%</w:t>
            </w:r>
          </w:p>
        </w:tc>
        <w:tc>
          <w:tcPr>
            <w:tcW w:type="dxa" w:w="3408"/>
          </w:tcPr>
          <w:p>
            <w:r>
              <w:t>________________________</w:t>
            </w:r>
          </w:p>
        </w:tc>
      </w:tr>
      <w:tr>
        <w:tc>
          <w:tcPr>
            <w:tcW w:type="dxa" w:w="3408"/>
          </w:tcPr>
          <w:p>
            <w:r>
              <w:t>Support / maintenance / handover</w:t>
            </w:r>
          </w:p>
        </w:tc>
        <w:tc>
          <w:tcPr>
            <w:tcW w:type="dxa" w:w="3408"/>
          </w:tcPr>
          <w:p>
            <w:r>
              <w:t>5%</w:t>
            </w:r>
          </w:p>
        </w:tc>
        <w:tc>
          <w:tcPr>
            <w:tcW w:type="dxa" w:w="3408"/>
          </w:tcPr>
          <w:p>
            <w:r>
              <w:t>________________________</w:t>
            </w:r>
          </w:p>
        </w:tc>
      </w:tr>
      <w:tr>
        <w:tc>
          <w:tcPr>
            <w:tcW w:type="dxa" w:w="3408"/>
          </w:tcPr>
          <w:p>
            <w:r>
              <w:t>Risks, assumptions &amp; transparency</w:t>
            </w:r>
          </w:p>
        </w:tc>
        <w:tc>
          <w:tcPr>
            <w:tcW w:type="dxa" w:w="3408"/>
          </w:tcPr>
          <w:p>
            <w:r>
              <w:t>5%</w:t>
            </w:r>
          </w:p>
        </w:tc>
        <w:tc>
          <w:tcPr>
            <w:tcW w:type="dxa" w:w="3408"/>
          </w:tcPr>
          <w:p>
            <w:r>
              <w:t>________________________</w:t>
            </w:r>
          </w:p>
        </w:tc>
      </w:tr>
    </w:tbl>
    <w:p>
      <w:pPr>
        <w:pStyle w:val="Heading1"/>
      </w:pPr>
      <w:r>
        <w:t>Questions to Ask Every Shortlisted Agency</w:t>
      </w:r>
    </w:p>
    <w:p>
      <w:pPr>
        <w:pStyle w:val="ListNumber"/>
      </w:pPr>
      <w:r>
        <w:t>Who exactly will work on the project, and what will each person own?</w:t>
      </w:r>
    </w:p>
    <w:p>
      <w:pPr>
        <w:pStyle w:val="ListNumber"/>
      </w:pPr>
      <w:r>
        <w:t>What assumptions have you made that could change the estimate?</w:t>
      </w:r>
    </w:p>
    <w:p>
      <w:pPr>
        <w:pStyle w:val="ListNumber"/>
      </w:pPr>
      <w:r>
        <w:t>Which parts of the scope are most likely to create change requests?</w:t>
      </w:r>
    </w:p>
    <w:p>
      <w:pPr>
        <w:pStyle w:val="ListNumber"/>
      </w:pPr>
      <w:r>
        <w:t>How do you handle changes after the scope is approved?</w:t>
      </w:r>
    </w:p>
    <w:p>
      <w:pPr>
        <w:pStyle w:val="ListNumber"/>
      </w:pPr>
      <w:r>
        <w:t>How will we review progress and approve deliverables?</w:t>
      </w:r>
    </w:p>
    <w:p>
      <w:pPr>
        <w:pStyle w:val="ListNumber"/>
      </w:pPr>
      <w:r>
        <w:t>What happens after launch if we find a defect?</w:t>
      </w:r>
    </w:p>
    <w:p>
      <w:pPr>
        <w:pStyle w:val="ListNumber"/>
      </w:pPr>
      <w:r>
        <w:t>What documentation, source code, credentials, and assets will be handed over?</w:t>
      </w:r>
    </w:p>
    <w:p>
      <w:pPr>
        <w:pStyle w:val="ListNumber"/>
      </w:pPr>
      <w:r>
        <w:t>Which similar project can you show us, and what did you personally deliver?</w:t>
      </w:r>
    </w:p>
    <w:p>
      <w:pPr>
        <w:pStyle w:val="ListNumber"/>
      </w:pPr>
      <w:r>
        <w:t>What risks do you see in our current brief?</w:t>
      </w:r>
    </w:p>
    <w:p>
      <w:pPr>
        <w:pStyle w:val="ListNumber"/>
      </w:pPr>
      <w:r>
        <w:t>What would you change or clarify before starting?</w:t>
      </w:r>
    </w:p>
    <w:p>
      <w:pPr>
        <w:pStyle w:val="Heading1"/>
      </w:pPr>
      <w:r>
        <w:t>Final Pre-Send Checklist</w:t>
      </w:r>
    </w:p>
    <w:p>
      <w:r>
        <w:t>☐ Business problem and desired outcomes are clear.</w:t>
      </w:r>
    </w:p>
    <w:p>
      <w:r>
        <w:t>☐ Primary users and important workflows are identified.</w:t>
      </w:r>
    </w:p>
    <w:p>
      <w:r>
        <w:t>☐ Must-have, nice-to-have, and out-of-scope items are separated.</w:t>
      </w:r>
    </w:p>
    <w:p>
      <w:r>
        <w:t>☐ Known integrations and technical constraints are listed.</w:t>
      </w:r>
    </w:p>
    <w:p>
      <w:r>
        <w:t>☐ Content, design, SEO, analytics, accessibility, and migration responsibilities are clear.</w:t>
      </w:r>
    </w:p>
    <w:p>
      <w:r>
        <w:t>☐ Budget range or commercial guidance is provided where possible.</w:t>
      </w:r>
    </w:p>
    <w:p>
      <w:r>
        <w:t>☐ Timeline and hard dependencies are realistic.</w:t>
      </w:r>
    </w:p>
    <w:p>
      <w:r>
        <w:t>☐ Proposal requirements are identical for all agencies.</w:t>
      </w:r>
    </w:p>
    <w:p>
      <w:r>
        <w:t>☐ Evaluation criteria are agreed internally before proposals arrive.</w:t>
      </w:r>
    </w:p>
    <w:p>
      <w:r>
        <w:t>☐ A single person owns agency questions and final approvals.</w:t>
      </w:r>
    </w:p>
    <w:p>
      <w:pPr>
        <w:pStyle w:val="Heading1"/>
      </w:pPr>
      <w:r>
        <w:t>Buyer Note</w:t>
      </w:r>
    </w:p>
    <w:p>
      <w:r>
        <w:t>A good RFP is not a specification of every implementation detail. Its job is to give agencies enough context to understand the problem, scope the work responsibly, identify risks, and explain their approach. If you prescribe a technical solution where you are not certain it is the right one, ask agencies to explain alternatives and trade-offs.</w:t>
      </w:r>
    </w:p>
    <w:p>
      <w:pPr>
        <w:pStyle w:val="Heading1"/>
      </w:pPr>
      <w:r>
        <w:t>About AgencyOra</w:t>
      </w:r>
    </w:p>
    <w:p>
      <w:r>
        <w:t>AgencyOra helps businesses discover and evaluate agencies across web development, software, mobile apps, design, digital marketing, and related services. Use this template to prepare your project before shortlisting agencies.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