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ZAJEDNICA SPORTSKIH UDRUGA OPĆINE BISTRA</w:t>
        <w:br/>
        <w:t>Javni natječaj za dodatna financijska sredstva u 2026. godini</w:t>
        <w:br/>
      </w:r>
    </w:p>
    <w:p>
      <w:pPr>
        <w:jc w:val="center"/>
      </w:pPr>
      <w:r>
        <w:rPr>
          <w:b/>
          <w:sz w:val="28"/>
        </w:rPr>
        <w:t>OBRAZAC 1 – PRIJAVNI OBRAZAC</w:t>
      </w:r>
    </w:p>
    <w:p>
      <w:pPr>
        <w:pStyle w:val="Heading3"/>
      </w:pPr>
      <w:r>
        <w:t>1. OSNOVNI PODACI O PRIJAVITELJU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Puni naziv sportske udruge: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OIB udruge: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Osoba ovlaštena za zastupanje (Ime, prezime, funkcija):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Kontakt podaci (Mobitel i e-pošta):</w:t>
            </w:r>
          </w:p>
        </w:tc>
        <w:tc>
          <w:tcPr>
            <w:tcW w:type="dxa" w:w="4680"/>
          </w:tcPr>
          <w:p>
            <w:r/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IBAN žiro-računa i naziv banke:</w:t>
            </w:r>
          </w:p>
        </w:tc>
        <w:tc>
          <w:tcPr>
            <w:tcW w:type="dxa" w:w="4680"/>
          </w:tcPr>
          <w:p>
            <w:r/>
          </w:p>
        </w:tc>
      </w:tr>
    </w:tbl>
    <w:p>
      <w:r>
        <w:br/>
        <w:t>STATUS FINANCIRANJA U TEKUĆOJ GODINI: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Je li udruga već ostvarila sredstva od ZSU Općine Bistra u 2026. godini? (Označiti s X)</w:t>
            </w:r>
          </w:p>
        </w:tc>
        <w:tc>
          <w:tcPr>
            <w:tcW w:type="dxa" w:w="4680"/>
          </w:tcPr>
          <w:p>
            <w:r>
              <w:t>[  ] DA  (Ugovoreni iznos: __________________ EUR)</w:t>
              <w:br/>
              <w:br/>
              <w:t>[  ] NE</w:t>
            </w:r>
          </w:p>
        </w:tc>
      </w:tr>
    </w:tbl>
    <w:p>
      <w:pPr>
        <w:pStyle w:val="Heading3"/>
      </w:pPr>
      <w:r>
        <w:t>2. DETALJNO OBRAZLOŽENJE POTREBE ZA DODATNIM SREDSTVIMA</w:t>
      </w:r>
    </w:p>
    <w:p>
      <w:r>
        <w:t>Molimo Vas da u prostoru ispod kratko i jasno opišete nepredviđene okolnosti, izvanredne sportske potrebe ili planirano proširenje aktivnosti u 2026. godini zbog kojih su vam potrebna ova dodatna sredstva te kako će to utjecati na rad kluba (maksimalno 10 rečenica).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rPr>
          <w:trHeight w:val="4500" w:hRule="atLeast"/>
        </w:trPr>
        <w:tc>
          <w:tcPr>
            <w:tcW w:type="dxa" w:w="9360"/>
          </w:tcPr>
          <w:p>
            <w:r>
              <w:br/>
              <w:br/>
              <w:br/>
              <w:br/>
              <w:br/>
              <w:br/>
              <w:br/>
              <w:br/>
              <w:br/>
            </w:r>
          </w:p>
        </w:tc>
      </w:tr>
    </w:tbl>
    <w:p>
      <w:r>
        <w:br/>
        <w:t>Broj sportaša/korisnika s područja Općine Bistra koji će imati izravnu korist od ovih sredstava: __________________</w:t>
      </w:r>
    </w:p>
    <w:p>
      <w:r>
        <w:br/>
        <w:br/>
        <w:t>U ______________________, dana ____________ 2026. godine.</w:t>
        <w:br/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08"/>
          </w:tcPr>
          <w:p>
            <w:pPr>
              <w:jc w:val="center"/>
            </w:pPr>
            <w:r>
              <w:t>M.P.</w:t>
            </w:r>
          </w:p>
        </w:tc>
        <w:tc>
          <w:tcPr>
            <w:tcW w:type="dxa" w:w="4608"/>
          </w:tcPr>
          <w:p>
            <w:pPr>
              <w:jc w:val="center"/>
            </w:pPr>
            <w:r>
              <w:t>_____________________________________</w:t>
              <w:br/>
              <w:t>Potpis osobe ovlaštene za zastupanje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1 - Prijavni obrazac za dodatna sredstva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