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9C2" w:rsidRDefault="00E026AB">
      <w:pPr>
        <w:pStyle w:val="Title"/>
      </w:pPr>
      <w:r>
        <w:t>DEEPA GALLA</w:t>
      </w:r>
    </w:p>
    <w:p w:rsidR="008C39C2" w:rsidRDefault="00E026AB">
      <w:r>
        <w:t xml:space="preserve">Visakhapatnam, India | deepagalla28@gmail.com | 8497944665 | </w:t>
      </w:r>
      <w:r w:rsidRPr="00E026AB">
        <w:t>https://www.linkedin.com/in/deepa-galla-b88376186</w:t>
      </w:r>
    </w:p>
    <w:p w:rsidR="008C39C2" w:rsidRDefault="00E026AB">
      <w:pPr>
        <w:pStyle w:val="Heading1"/>
      </w:pPr>
      <w:r>
        <w:t>PROFESSIONAL SUMMARY</w:t>
      </w:r>
    </w:p>
    <w:p w:rsidR="008C39C2" w:rsidRDefault="00E026AB">
      <w:r>
        <w:t xml:space="preserve">Backend-focused Software Engineer with 3+ years of experience designing and scaling distributed systems using Java and Spring Boot. Strong </w:t>
      </w:r>
      <w:r>
        <w:t>expertise in microservices architecture, system design, and cloud-native applications. Proven ability to own end-to-end features, optimize performance, and deliver highly available systems at scale. Experienced in Kubernetes, Azure DevOps, and database per</w:t>
      </w:r>
      <w:r>
        <w:t>formance tuning.</w:t>
      </w:r>
    </w:p>
    <w:p w:rsidR="008C39C2" w:rsidRDefault="00E026AB">
      <w:pPr>
        <w:pStyle w:val="Heading1"/>
      </w:pPr>
      <w:r>
        <w:t>TECHNICAL SKILLS</w:t>
      </w:r>
    </w:p>
    <w:p w:rsidR="008C39C2" w:rsidRDefault="00E026AB">
      <w:pPr>
        <w:pStyle w:val="ListBullet"/>
      </w:pPr>
      <w:r>
        <w:t>Languages: Java</w:t>
      </w:r>
    </w:p>
    <w:p w:rsidR="008C39C2" w:rsidRDefault="00E026AB">
      <w:pPr>
        <w:pStyle w:val="ListBullet"/>
      </w:pPr>
      <w:r>
        <w:t>Frameworks: Spring Boot, Microservices, REST APIs</w:t>
      </w:r>
    </w:p>
    <w:p w:rsidR="008C39C2" w:rsidRDefault="00E026AB">
      <w:pPr>
        <w:pStyle w:val="ListBullet"/>
      </w:pPr>
      <w:r>
        <w:t>Cloud &amp; DevOps: Kubernetes, Docker, Azure DevOps, CI/CD</w:t>
      </w:r>
    </w:p>
    <w:p w:rsidR="008C39C2" w:rsidRDefault="00E026AB">
      <w:pPr>
        <w:pStyle w:val="ListBullet"/>
      </w:pPr>
      <w:r>
        <w:t>Databases: MySQL, SQL (Indexing, Query Optimization)</w:t>
      </w:r>
    </w:p>
    <w:p w:rsidR="008C39C2" w:rsidRDefault="00E026AB">
      <w:pPr>
        <w:pStyle w:val="ListBullet"/>
      </w:pPr>
      <w:r>
        <w:t>Concepts: Distributed Systems, System Design, S</w:t>
      </w:r>
      <w:r>
        <w:t>calability, High Availability</w:t>
      </w:r>
    </w:p>
    <w:p w:rsidR="008C39C2" w:rsidRDefault="00E026AB">
      <w:pPr>
        <w:pStyle w:val="ListBullet"/>
      </w:pPr>
      <w:r>
        <w:t>Tools: Git, Maven</w:t>
      </w:r>
    </w:p>
    <w:p w:rsidR="008C39C2" w:rsidRDefault="00E026AB">
      <w:pPr>
        <w:pStyle w:val="Heading1"/>
      </w:pPr>
      <w:r>
        <w:t>PROFESSIONAL EXPERIENCE</w:t>
      </w:r>
    </w:p>
    <w:p w:rsidR="008C39C2" w:rsidRDefault="00E026AB">
      <w:r>
        <w:t>Software Engineer | Imaginnovate Tech Solutions Pvt Ltd | 3+ Years</w:t>
      </w:r>
    </w:p>
    <w:p w:rsidR="008C39C2" w:rsidRDefault="00E026AB">
      <w:pPr>
        <w:pStyle w:val="ListBullet"/>
      </w:pPr>
      <w:r>
        <w:t>Owned end-to-end development of backend services using Java and Spring Boot, supporting 100K+ users and critical busi</w:t>
      </w:r>
      <w:r>
        <w:t>ness workflows.</w:t>
      </w:r>
    </w:p>
    <w:p w:rsidR="008C39C2" w:rsidRDefault="00E026AB">
      <w:pPr>
        <w:pStyle w:val="ListBullet"/>
      </w:pPr>
      <w:r>
        <w:t>Led migration from monolithic architecture to microservices, reducing deployment failures by 40% and improving scalability.</w:t>
      </w:r>
    </w:p>
    <w:p w:rsidR="008C39C2" w:rsidRDefault="00E026AB">
      <w:pPr>
        <w:pStyle w:val="ListBullet"/>
      </w:pPr>
      <w:r>
        <w:t>Designed scalable REST APIs handling high concurrency and optimized for low latency (~35% improvement).</w:t>
      </w:r>
    </w:p>
    <w:p w:rsidR="008C39C2" w:rsidRDefault="00E026AB">
      <w:pPr>
        <w:pStyle w:val="ListBullet"/>
      </w:pPr>
      <w:r>
        <w:t>Deployed and</w:t>
      </w:r>
      <w:r>
        <w:t xml:space="preserve"> managed containerized services on Kubernetes, achieving 99.9% system uptime.</w:t>
      </w:r>
    </w:p>
    <w:p w:rsidR="008C39C2" w:rsidRDefault="00E026AB">
      <w:pPr>
        <w:pStyle w:val="ListBullet"/>
      </w:pPr>
      <w:r>
        <w:t>Implemented CI/CD pipelines using Azure DevOps, reducing release cycles by 60% and enabling faster feature delivery.</w:t>
      </w:r>
    </w:p>
    <w:p w:rsidR="008C39C2" w:rsidRDefault="00E026AB">
      <w:pPr>
        <w:pStyle w:val="ListBullet"/>
      </w:pPr>
      <w:r>
        <w:t>Optimized MySQL database performance through indexing and que</w:t>
      </w:r>
      <w:r>
        <w:t>ry tuning, improving query efficiency by 40%.</w:t>
      </w:r>
    </w:p>
    <w:p w:rsidR="008C39C2" w:rsidRDefault="00E026AB">
      <w:pPr>
        <w:pStyle w:val="ListBullet"/>
      </w:pPr>
      <w:r>
        <w:t>Actively participated in system design discussions and contributed to architectural decisions for scalable systems.</w:t>
      </w:r>
    </w:p>
    <w:p w:rsidR="008C39C2" w:rsidRDefault="00E026AB">
      <w:pPr>
        <w:pStyle w:val="ListBullet"/>
      </w:pPr>
      <w:r>
        <w:t>Mentored junior developers and conducted code reviews to improve code quality and team product</w:t>
      </w:r>
      <w:r>
        <w:t>ivity.</w:t>
      </w:r>
    </w:p>
    <w:p w:rsidR="008C39C2" w:rsidRDefault="00E026AB">
      <w:pPr>
        <w:pStyle w:val="ListBullet"/>
      </w:pPr>
      <w:r>
        <w:lastRenderedPageBreak/>
        <w:t>Collaborated with product and cross-functional teams to deliver features 25% faster in Agile sprints.</w:t>
      </w:r>
    </w:p>
    <w:p w:rsidR="008C39C2" w:rsidRDefault="00E026AB">
      <w:pPr>
        <w:pStyle w:val="Heading1"/>
      </w:pPr>
      <w:r>
        <w:t>KEY PROJECTS</w:t>
      </w:r>
    </w:p>
    <w:p w:rsidR="008C39C2" w:rsidRDefault="00E026AB">
      <w:r>
        <w:rPr>
          <w:b/>
        </w:rPr>
        <w:t xml:space="preserve">Distributed Microservices Platform: </w:t>
      </w:r>
      <w:r>
        <w:t>Designed and implemented microservices using Spring Boot and Kubernetes, improving system throughp</w:t>
      </w:r>
      <w:r>
        <w:t>ut by 50% and enabling independent deployments.</w:t>
      </w:r>
    </w:p>
    <w:p w:rsidR="008C39C2" w:rsidRDefault="00E026AB">
      <w:r>
        <w:rPr>
          <w:b/>
        </w:rPr>
        <w:t xml:space="preserve">CI/CD Platform Enhancement: </w:t>
      </w:r>
      <w:r>
        <w:t>Built automated pipelines in Azure DevOps reducing deployment time from hours to minutes and improving release reliability.</w:t>
      </w:r>
    </w:p>
    <w:p w:rsidR="008C39C2" w:rsidRDefault="00E026AB">
      <w:r>
        <w:rPr>
          <w:b/>
        </w:rPr>
        <w:t xml:space="preserve">Database Optimization Initiative: </w:t>
      </w:r>
      <w:r>
        <w:t xml:space="preserve">Redesigned schema and </w:t>
      </w:r>
      <w:r>
        <w:t>optimized queries resulting in 40% faster response times for high-traffic APIs.</w:t>
      </w:r>
    </w:p>
    <w:p w:rsidR="008C39C2" w:rsidRDefault="00E026AB">
      <w:pPr>
        <w:pStyle w:val="Heading1"/>
      </w:pPr>
      <w:r>
        <w:t>EDUCATION</w:t>
      </w:r>
    </w:p>
    <w:p w:rsidR="008C39C2" w:rsidRDefault="00E026AB">
      <w:r>
        <w:t>Bachelor’s Degree in Computer Science And Engineering</w:t>
      </w:r>
      <w:bookmarkStart w:id="0" w:name="_GoBack"/>
      <w:bookmarkEnd w:id="0"/>
    </w:p>
    <w:sectPr w:rsidR="008C39C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C39C2"/>
    <w:rsid w:val="00AA1D8D"/>
    <w:rsid w:val="00B47730"/>
    <w:rsid w:val="00CB0664"/>
    <w:rsid w:val="00E026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5EF404"/>
  <w14:defaultImageDpi w14:val="300"/>
  <w15:docId w15:val="{EFD4B219-2B9B-4EC9-B2F6-4DA81043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FF4009-7EEF-49EE-8236-A6FE6E549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2026-04-01T05:59:00Z</dcterms:created>
  <dcterms:modified xsi:type="dcterms:W3CDTF">2026-04-01T05:59:00Z</dcterms:modified>
  <cp:category/>
</cp:coreProperties>
</file>